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厦门大学教育研究院2026年优秀大学生高等教育学科夏令营活动报名指南</w:t>
      </w:r>
    </w:p>
    <w:p>
      <w:r>
        <w:t>发布时间：2026年6月11日</w:t>
      </w:r>
    </w:p>
    <w:p>
      <w:r>
        <w:t>来源URL：https://ihe.xmu.edu.cn/info/1311/42722.htm</w:t>
      </w:r>
    </w:p>
    <w:p>
      <w:r>
        <w:t>========================================</w:t>
      </w:r>
    </w:p>
    <w:p>
      <w:r>
        <w:t>&gt;</w:t>
      </w:r>
    </w:p>
    <w:p>
      <w:r>
        <w:t>2026年，厦门大学教育研究院将继续举办全国优秀大学生高等教育学科夏令营活动，为一批热爱科研、基础扎实、素质全面、德才兼备的应届本科毕业生开阔学科视野、激发新的学术兴趣构建平台、创造机遇。</w:t>
      </w:r>
    </w:p>
    <w:p>
      <w:r>
        <w:t>本届“全国优秀大学生高等教育学科夏令营”活动预计于2026年7月6日至8日在厦门大学教育研究院举行，主要活动包括学科前沿与热点专题讲座、主要学术带头人与夏令营营员交流会等。该活动即日起报名。</w:t>
      </w:r>
    </w:p>
    <w:p>
      <w:r>
        <w:t>欢迎对高等教育学科有兴趣的同学踊跃报名、积极参与。</w:t>
      </w:r>
    </w:p>
    <w:p>
      <w:r>
        <w:t>一、申请条件</w:t>
      </w:r>
    </w:p>
    <w:p>
      <w:r>
        <w:t>1.申请对象：2027年普通全日制应届本科毕业生。</w:t>
      </w:r>
    </w:p>
    <w:p>
      <w:r>
        <w:t>2.申请条件：</w:t>
      </w:r>
    </w:p>
    <w:p>
      <w:r>
        <w:t>（1）中华人民共和国公民；</w:t>
      </w:r>
    </w:p>
    <w:p>
      <w:r>
        <w:t>（2）具有坚定的社会主义理想信念，拥护中国共产党的领导，遵纪守法，品德良好，诚实守信，学风端正，身心健康，不存在任何有违学术道德、专业伦理的行为；</w:t>
      </w:r>
    </w:p>
    <w:p>
      <w:r>
        <w:t>（3）学习成绩优秀，专业成绩和综合成绩均名列本专业前茅；</w:t>
      </w:r>
    </w:p>
    <w:p>
      <w:r>
        <w:t>（4）对高等教育学有浓厚的兴趣，有志于高等教育学的研究工作，具有较强的创新能力和培养潜质；</w:t>
      </w:r>
    </w:p>
    <w:p>
      <w:r>
        <w:t>（5）英语水平良好，全国大学英语四级考试成绩达到425分及以上，或TOEFL、GMAT、GRE、IELTS任一项考试成绩达到总分的60%及以上。</w:t>
      </w:r>
    </w:p>
    <w:p>
      <w:r>
        <w:t>二、申请步骤</w:t>
      </w:r>
    </w:p>
    <w:p>
      <w:r>
        <w:t>（一）网上报名</w:t>
      </w:r>
    </w:p>
    <w:p>
      <w:r>
        <w:t>即日起至6月22日登录报名系统https://dxsxly.xmu.edu.cn进行网上填报。</w:t>
      </w:r>
    </w:p>
    <w:p>
      <w:r>
        <w:t>（二）材料提交</w:t>
      </w:r>
    </w:p>
    <w:p>
      <w:r>
        <w:t>申请人请将以下申请材料按顺序扫描后（要求彩色扫描）合并成一个PDF文件，通过报名系统上传，文件命名格式为：报名编号（报名后系统生成）-姓名。在保证清晰不影响阅读的前提下，PDF文件尽量不超过10M。未上传附件者视为报名无效。</w:t>
      </w:r>
    </w:p>
    <w:p>
      <w:r>
        <w:t>①报名表（通过报名系统生成，并按照申请表要求由院系负责人签字并加盖学院公章；在申请人签字部分由本人手签，复印件无效）；</w:t>
      </w:r>
    </w:p>
    <w:p>
      <w:r>
        <w:t>②身份证原件；</w:t>
      </w:r>
    </w:p>
    <w:p>
      <w:r>
        <w:t>③学生证原件；</w:t>
      </w:r>
    </w:p>
    <w:p>
      <w:r>
        <w:t>④个人陈述；</w:t>
      </w:r>
    </w:p>
    <w:p>
      <w:r>
        <w:t>⑤本科在学期间成绩单原件（含学业排名证明，须加盖所在学校或学院教务部门公章，复印件无效）；</w:t>
      </w:r>
    </w:p>
    <w:p>
      <w:r>
        <w:t>⑥外语成绩证明；</w:t>
      </w:r>
    </w:p>
    <w:p>
      <w:r>
        <w:t>⑦两位副教授及以上职称专家推荐信；</w:t>
      </w:r>
    </w:p>
    <w:p>
      <w:r>
        <w:t>*⑧获奖（资格）证书复印件、已发表论文的复印件或原创性科研成果等（须加盖就读学院公章）。如申请者在报名资料中提供了公开发表的论文，请同时将其中一篇代表作电子版（word版）以“姓名+2026年夏令营申请”为邮件主题，发送至gjs@xmu.edu.cn。</w:t>
      </w:r>
    </w:p>
    <w:p>
      <w:r>
        <w:t>打*项目若无可不提交。</w:t>
      </w:r>
    </w:p>
    <w:p>
      <w:r>
        <w:t>网上申请确定完成后，营员须按上述报名材料清单顺序装订成册，通过顺丰（指定，不接收其他快递公司）向我院寄（送）上述报名材料，信封注明“厦大教育研究院2026年夏令营申请”字样。其中，身份证、学生证、外语成绩证明、获奖证书和科研成果提交复印件。申请材料邮寄截止日期为6月22日（以发件邮戳为准），逾期未寄送材料的，视为放弃入营。</w:t>
      </w:r>
    </w:p>
    <w:p>
      <w:r>
        <w:t>若申请者通过我院的审核，请来我校参加夏令营时随身携带以上②③⑥⑧申请材料原件并交给研究院，查验后退还给申请者。</w:t>
      </w:r>
    </w:p>
    <w:p>
      <w:r>
        <w:t>地址：福建省厦门市思明区厦门大学教育研究院（黄宜弘楼）216室</w:t>
      </w:r>
    </w:p>
    <w:p>
      <w:r>
        <w:t>邮编：361005</w:t>
      </w:r>
    </w:p>
    <w:p>
      <w:r>
        <w:t>联系人：陈老师</w:t>
      </w:r>
    </w:p>
    <w:p>
      <w:r>
        <w:t>电话：0592-2189510</w:t>
      </w:r>
    </w:p>
    <w:p>
      <w:r>
        <w:t>教育研究院2026年夏令营QQ交流群：468162184</w:t>
      </w:r>
    </w:p>
    <w:p>
      <w:r>
        <w:t>三、入营选拔</w:t>
      </w:r>
    </w:p>
    <w:p>
      <w:r>
        <w:t>院系成立材料审查组，根据综合评价结果择优确定入营名单。</w:t>
      </w:r>
    </w:p>
    <w:p>
      <w:r>
        <w:t>我院计划营员人数约70名，实际人数将根据报名等情况调整。</w:t>
      </w:r>
    </w:p>
    <w:p>
      <w:r>
        <w:t>入营名单预计于6月底之前通过邮件通知本人。未入选者不再另行通知。</w:t>
      </w:r>
    </w:p>
    <w:p>
      <w:r>
        <w:t>四、其他说明</w:t>
      </w:r>
    </w:p>
    <w:p>
      <w:r>
        <w:t>1.申请人提供的材料必须真实有效，因材料虚假带来的一切后果与责任由申请人承担。</w:t>
      </w:r>
    </w:p>
    <w:p>
      <w:r>
        <w:t>2.入选营员必须遵守厦门大学和我院相关规定，按照统一安排准时参加活动，请勿私自外出活动。严禁擅自离队和下水游泳，如有意外，后果自负。</w:t>
      </w:r>
    </w:p>
    <w:p>
      <w:r>
        <w:t>3.我院将为参营学生提供自夏令营营员大学所在城市往返厦门之间的交通费用，仅限报销学校所在地至厦门的直达往返火车票，如选坐飞机等其它交通工具，按照火车硬座、硬卧或动车/高铁二等座标准报销。具体报销办法另行通知，无法提供票据原件、不符合财务政策和要求的不予报销。同时，我院还将提供活动期间在厦的食宿，安排夏令营营员住宿校内学生公寓，提供统一购置的蚊帐、草席、线毯、枕头、床垫等五件套寝室用具，并为夏令营营员协办可在餐厅消费的校园“e通卡”。</w:t>
      </w:r>
    </w:p>
    <w:p>
      <w:r>
        <w:t>4.在夏令营期间发生的医疗费用及因个人行为导致的意外事故，由营员本人或其派出单位负责承担。</w:t>
      </w:r>
    </w:p>
    <w:p>
      <w:r>
        <w:t>5.如因不可抗力影响或上级部门出台新政策等，导致夏令营工作安排或信息变化的，我院将另行通知。</w:t>
      </w:r>
    </w:p>
    <w:p>
      <w:r>
        <w:t>五、联系方式</w:t>
      </w:r>
    </w:p>
    <w:p>
      <w:r>
        <w:t>厦门大学教育研究院 陈老师</w:t>
      </w:r>
    </w:p>
    <w:p>
      <w:r>
        <w:t>电话：0592-2189510</w:t>
      </w:r>
    </w:p>
    <w:p>
      <w:r>
        <w:t>邮箱：rnchen@xmu.edu.cn</w:t>
      </w:r>
    </w:p>
    <w:p>
      <w:r>
        <w:t>学院网站:https://ihe.xmu.edu.cn/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