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福建中医药大学2026年优秀应届本科毕业生推荐免试攻读研究生名单公示</w:t>
      </w:r>
    </w:p>
    <w:p>
      <w:r>
        <w:t>发布时间：2025年9月17日</w:t>
      </w:r>
    </w:p>
    <w:p>
      <w:r>
        <w:t>来源URL：https://jwc.fjtcm.edu.cn/2025/0917/c943a107753/page.htm</w:t>
      </w:r>
    </w:p>
    <w:p>
      <w:r>
        <w:t>========================================</w:t>
      </w:r>
    </w:p>
    <w:p>
      <w:r>
        <w:t>福建中医药大学2026年优秀应届本科毕业生推荐免试攻读研究生名单公示</w:t>
      </w:r>
    </w:p>
    <w:p>
      <w:r>
        <w:t>发布时间：2025-09-17来源：教务处作者：动态浏览次数：14</w:t>
      </w:r>
    </w:p>
    <w:p>
      <w:r>
        <w:t>根据2026年推免有关文件要求和《福建中医药大学2026年推荐优秀应届本科毕业生免试攻读研究生工作办法》（闽中医教〔2025〕86号）精神，经学生个人申请，各学院推免遴选工作领导小组推荐，教务处会同学工处、纪检监察室、各学院会议讨论，并报请校推免生推荐工作领导小组审核及学校党委常委会会议审议，同意推荐叶妍姗等185名学生为我校2026年优秀应届本科毕业生免试攻读研究生人选，现予以公示。</w:t>
      </w:r>
    </w:p>
    <w:p>
      <w:r>
        <w:t>公示期内（2025.9.17-2025.9.23）有异议，请与校推免工作领导小组办公室联系。</w:t>
      </w:r>
    </w:p>
    <w:p>
      <w:r>
        <w:t>教务处联系电话：0591-22861010</w:t>
      </w:r>
    </w:p>
    <w:p>
      <w:r>
        <w:t>纪检监察室联系电话：0591-22861314</w:t>
      </w:r>
    </w:p>
    <w:p>
      <w:r>
        <w:t>附件：2026年优秀应届本科毕业生推荐免试攻读研究生名单</w:t>
      </w:r>
    </w:p>
    <w:p>
      <w:r>
        <w:t>校推免工作领导小组办公室</w:t>
      </w:r>
    </w:p>
    <w:p>
      <w:r>
        <w:t>2025年9月17日</w:t>
      </w:r>
    </w:p>
    <w:p>
      <w:r>
        <w:t>附件：</w:t>
      </w:r>
    </w:p>
    <w:p>
      <w:r>
        <w:t>2026年优秀应届本科毕业生推荐免试攻读研究生名单</w:t>
      </w:r>
    </w:p>
    <w:p>
      <w:r>
        <w:t>序号</w:t>
      </w:r>
    </w:p>
    <w:p>
      <w:r>
        <w:t>学院</w:t>
      </w:r>
    </w:p>
    <w:p>
      <w:r>
        <w:t>学号</w:t>
      </w:r>
    </w:p>
    <w:p>
      <w:r>
        <w:t>学生姓名</w:t>
      </w:r>
    </w:p>
    <w:p>
      <w:r>
        <w:t>性别</w:t>
      </w:r>
    </w:p>
    <w:p>
      <w:r>
        <w:t>年级</w:t>
      </w:r>
    </w:p>
    <w:p>
      <w:r>
        <w:t>专业名称</w:t>
      </w:r>
    </w:p>
    <w:p>
      <w:r>
        <w:t>1</w:t>
      </w:r>
    </w:p>
    <w:p>
      <w:r>
        <w:t>中医学院</w:t>
      </w:r>
    </w:p>
    <w:p>
      <w:r>
        <w:t>321**02012</w:t>
      </w:r>
    </w:p>
    <w:p>
      <w:r>
        <w:t>叶妍姗</w:t>
      </w:r>
    </w:p>
    <w:p>
      <w:r>
        <w:t>女</w:t>
      </w:r>
    </w:p>
    <w:p>
      <w:r>
        <w:t>2021</w:t>
      </w:r>
    </w:p>
    <w:p>
      <w:r>
        <w:t>中医学</w:t>
      </w:r>
    </w:p>
    <w:p>
      <w:r>
        <w:t>2</w:t>
      </w:r>
    </w:p>
    <w:p>
      <w:r>
        <w:t>中医学院</w:t>
      </w:r>
    </w:p>
    <w:p>
      <w:r>
        <w:t>321**02038</w:t>
      </w:r>
    </w:p>
    <w:p>
      <w:r>
        <w:t>张婷钰</w:t>
      </w:r>
    </w:p>
    <w:p>
      <w:r>
        <w:t>女</w:t>
      </w:r>
    </w:p>
    <w:p>
      <w:r>
        <w:t>2021</w:t>
      </w:r>
    </w:p>
    <w:p>
      <w:r>
        <w:t>中医学</w:t>
      </w:r>
    </w:p>
    <w:p>
      <w:r>
        <w:t>3</w:t>
      </w:r>
    </w:p>
    <w:p>
      <w:r>
        <w:t>中医学院</w:t>
      </w:r>
    </w:p>
    <w:p>
      <w:r>
        <w:t>320**08104</w:t>
      </w:r>
    </w:p>
    <w:p>
      <w:r>
        <w:t>罗秋芳</w:t>
      </w:r>
    </w:p>
    <w:p>
      <w:r>
        <w:t>女</w:t>
      </w:r>
    </w:p>
    <w:p>
      <w:r>
        <w:t>2021</w:t>
      </w:r>
    </w:p>
    <w:p>
      <w:r>
        <w:t>中医学</w:t>
      </w:r>
    </w:p>
    <w:p>
      <w:r>
        <w:t>4</w:t>
      </w:r>
    </w:p>
    <w:p>
      <w:r>
        <w:t>中医学院</w:t>
      </w:r>
    </w:p>
    <w:p>
      <w:r>
        <w:t>321**02055</w:t>
      </w:r>
    </w:p>
    <w:p>
      <w:r>
        <w:t>刘鑫卫</w:t>
      </w:r>
    </w:p>
    <w:p>
      <w:r>
        <w:t>男</w:t>
      </w:r>
    </w:p>
    <w:p>
      <w:r>
        <w:t>2021</w:t>
      </w:r>
    </w:p>
    <w:p>
      <w:r>
        <w:t>中医学</w:t>
      </w:r>
    </w:p>
    <w:p>
      <w:r>
        <w:t>5</w:t>
      </w:r>
    </w:p>
    <w:p>
      <w:r>
        <w:t>中医学院</w:t>
      </w:r>
    </w:p>
    <w:p>
      <w:r>
        <w:t>320**08087</w:t>
      </w:r>
    </w:p>
    <w:p>
      <w:r>
        <w:t>张埼</w:t>
      </w:r>
    </w:p>
    <w:p>
      <w:r>
        <w:t>女</w:t>
      </w:r>
    </w:p>
    <w:p>
      <w:r>
        <w:t>2021</w:t>
      </w:r>
    </w:p>
    <w:p>
      <w:r>
        <w:t>中医学</w:t>
      </w:r>
    </w:p>
    <w:p>
      <w:r>
        <w:t>6</w:t>
      </w:r>
    </w:p>
    <w:p>
      <w:r>
        <w:t>中医学院</w:t>
      </w:r>
    </w:p>
    <w:p>
      <w:r>
        <w:t>321**02037</w:t>
      </w:r>
    </w:p>
    <w:p>
      <w:r>
        <w:t>林钰禛</w:t>
      </w:r>
    </w:p>
    <w:p>
      <w:r>
        <w:t>女</w:t>
      </w:r>
    </w:p>
    <w:p>
      <w:r>
        <w:t>2021</w:t>
      </w:r>
    </w:p>
    <w:p>
      <w:r>
        <w:t>中医学</w:t>
      </w:r>
    </w:p>
    <w:p>
      <w:r>
        <w:t>7</w:t>
      </w:r>
    </w:p>
    <w:p>
      <w:r>
        <w:t>中医学院</w:t>
      </w:r>
    </w:p>
    <w:p>
      <w:r>
        <w:t>321**02113</w:t>
      </w:r>
    </w:p>
    <w:p>
      <w:r>
        <w:t>黄萱萱</w:t>
      </w:r>
    </w:p>
    <w:p>
      <w:r>
        <w:t>女</w:t>
      </w:r>
    </w:p>
    <w:p>
      <w:r>
        <w:t>2021</w:t>
      </w:r>
    </w:p>
    <w:p>
      <w:r>
        <w:t>中医学</w:t>
      </w:r>
    </w:p>
    <w:p>
      <w:r>
        <w:t>8</w:t>
      </w:r>
    </w:p>
    <w:p>
      <w:r>
        <w:t>中医学院</w:t>
      </w:r>
    </w:p>
    <w:p>
      <w:r>
        <w:t>318**07031</w:t>
      </w:r>
    </w:p>
    <w:p>
      <w:r>
        <w:t>田齐旺</w:t>
      </w:r>
    </w:p>
    <w:p>
      <w:r>
        <w:t>男</w:t>
      </w:r>
    </w:p>
    <w:p>
      <w:r>
        <w:t>2021&lt;td valign="center" nowrap="nowrap" style="padding:0px 7px;border-left:none;border-right:1px solid #000000;border-top:none;border-bottom:1px solid #000000;word-brea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