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内蒙古民族大学2026年关于接收推荐免试攻读硕士学位研究生工作的通知</w:t>
      </w:r>
    </w:p>
    <w:p>
      <w:r>
        <w:t>发布时间：2025年9月22日</w:t>
      </w:r>
    </w:p>
    <w:p>
      <w:r>
        <w:t>来源URL：https://yjsy.imun.edu.cn/info/1081/1406.htm</w:t>
      </w:r>
    </w:p>
    <w:p>
      <w:r>
        <w:t>========================================</w:t>
      </w:r>
    </w:p>
    <w:p>
      <w:r>
        <w:t>内蒙古民族大学2026年关于接收推荐免试攻读硕士学位研究生工作的通知</w:t>
      </w:r>
    </w:p>
    <w:p>
      <w:r>
        <w:t>发布日期：2025-09-22 作者：招生科 来源： 点击：</w:t>
      </w:r>
    </w:p>
    <w:p>
      <w:r>
        <w:t>附件【内蒙古民族大学2026年拟接收推荐免试攻读硕士学位研究生专业目录.pdf】已下载 次</w:t>
      </w:r>
    </w:p>
    <w:p>
      <w:r>
        <w:t>附件【内蒙古民族大学2026年接收推荐免试攻读硕士学位研究生申请表.doc】已下载 次</w:t>
      </w:r>
    </w:p>
    <w:p>
      <w:r>
        <w:t>版 权：@2021 内蒙古民族大学研究生院</w:t>
      </w:r>
    </w:p>
    <w:p>
      <w:r>
        <w:t>地 址：内蒙古自治区通辽市科尔沁区霍林河大街西536号</w:t>
      </w:r>
    </w:p>
    <w:p>
      <w:r>
        <w:t>邮编：028000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