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教务处职权流程</w:t>
      </w:r>
    </w:p>
    <w:p>
      <w:r>
        <w:t>发布时间：2021年11月4日</w:t>
      </w:r>
    </w:p>
    <w:p>
      <w:r>
        <w:t>来源URL：https://hituc.hit.edu.cn/2021/1104/c17851a325445/page.htm</w:t>
      </w:r>
    </w:p>
    <w:p>
      <w:r>
        <w:t>========================================</w:t>
      </w:r>
    </w:p>
    <w:p>
      <w:r>
        <w:t>教务处职权流程</w:t>
      </w:r>
    </w:p>
    <w:p>
      <w:r>
        <w:t>03. 推免生资格审核</w:t>
      </w:r>
    </w:p>
    <w:p>
      <w:r>
        <w:t>发布者：程彦宇发布时间：2021-11-04浏览次数：2696</w:t>
      </w:r>
    </w:p>
    <w:p>
      <w:r>
        <w:t>序号</w:t>
      </w:r>
    </w:p>
    <w:p>
      <w:r>
        <w:t>职权名称</w:t>
      </w:r>
    </w:p>
    <w:p>
      <w:r>
        <w:t>推免生资格审核</w:t>
      </w:r>
    </w:p>
    <w:p>
      <w:r>
        <w:t>03</w:t>
      </w:r>
    </w:p>
    <w:p>
      <w:r>
        <w:t>职权内容</w:t>
      </w:r>
    </w:p>
    <w:p>
      <w:r>
        <w:t>审核应届本科毕业生是否具有推免生资格。</w:t>
      </w:r>
    </w:p>
    <w:p>
      <w:r>
        <w:t>权力运行外部流程</w:t>
      </w:r>
    </w:p>
    <w:p>
      <w:r>
        <w:t>办理主体</w:t>
      </w:r>
    </w:p>
    <w:p>
      <w:r>
        <w:t>学院、本科生院教务处</w:t>
      </w:r>
    </w:p>
    <w:p>
      <w:r>
        <w:t>办理依据</w:t>
      </w:r>
    </w:p>
    <w:p>
      <w:r>
        <w:t>1.《哈尔滨工业大学本科生学籍管理规定》（哈工大本〔2020〕134号）</w:t>
      </w:r>
    </w:p>
    <w:p>
      <w:r>
        <w:t>2.《哈尔滨工业大学本科生申请推荐免试攻读硕士学位研究生实施细则》（哈工大本〔2018〕100号）</w:t>
      </w:r>
    </w:p>
    <w:p>
      <w:r>
        <w:t>3.《哈尔滨工业大学推荐优秀应届本科毕业生免试攻读硕士学位研究生（直博生）综合考评成绩计算细则》（校本教务〔2020〕37号）</w:t>
      </w:r>
    </w:p>
    <w:p>
      <w:r>
        <w:t>办理程序</w:t>
      </w:r>
    </w:p>
    <w:p>
      <w:r>
        <w:t>依据《哈尔滨工业大学本科生申请推荐免试攻读硕士学位研究生实施细则》和《哈尔滨工业大学推荐优秀应届本科毕业生免试攻读硕士学位研究生（直博生）综合考评成绩计算细则》工作程序。</w:t>
      </w:r>
    </w:p>
    <w:p>
      <w:r>
        <w:t>办理期限</w:t>
      </w:r>
    </w:p>
    <w:p>
      <w:r>
        <w:t>按通知要求的截止时间</w:t>
      </w:r>
    </w:p>
    <w:p>
      <w:r>
        <w:t>监督渠道</w:t>
      </w:r>
    </w:p>
    <w:p>
      <w:r>
        <w:t>院级公示，严格执行审核程序</w:t>
      </w:r>
    </w:p>
    <w:p>
      <w:r>
        <w:t>所需材料</w:t>
      </w:r>
    </w:p>
    <w:p>
      <w:r>
        <w:t>1.《哈尔滨工业大学XXXX年度推荐免试攻读硕士学位研究生排名名单（学院、专业（或方向）学分绩排名前50%）》</w:t>
      </w:r>
    </w:p>
    <w:p>
      <w:r>
        <w:t>2.《哈尔滨工业大学XXXX年度推荐免试攻读硕士学位研究生综合排名名单（前50%）》</w:t>
      </w:r>
    </w:p>
    <w:p>
      <w:r>
        <w:t>3.《哈尔滨工业大学XXXX年度推荐免试攻读硕士学位研究生优秀加分明细表》</w:t>
      </w:r>
    </w:p>
    <w:p>
      <w:r>
        <w:t>4.《哈尔滨工业大学XXXX年度推免数据汇总表》</w:t>
      </w:r>
    </w:p>
    <w:p>
      <w:r>
        <w:t>5.《学院、专业（或方向）推免指标分配情况汇总表》</w:t>
      </w:r>
    </w:p>
    <w:p>
      <w:r>
        <w:t>权力运行内部流程</w:t>
      </w:r>
    </w:p>
    <w:p>
      <w:r>
        <w:t>运行环节</w:t>
      </w:r>
    </w:p>
    <w:p>
      <w:r>
        <w:t>院、校两级公示、审核。</w:t>
      </w:r>
    </w:p>
    <w:p>
      <w:r>
        <w:t>责任主体</w:t>
      </w:r>
    </w:p>
    <w:p>
      <w:r>
        <w:t>学院、本科生院教务处</w:t>
      </w:r>
    </w:p>
    <w:p>
      <w:r>
        <w:t>办理事项</w:t>
      </w:r>
    </w:p>
    <w:p>
      <w:r>
        <w:t>审核</w:t>
      </w:r>
    </w:p>
    <w:p>
      <w:r>
        <w:t>廉政风险点及其防控措施</w:t>
      </w:r>
    </w:p>
    <w:p>
      <w:r>
        <w:t>廉政风险点：1.不执行或不严格执行相关工作程序；2.推免条件及相关材料审核存在弄虚作假。</w:t>
      </w:r>
    </w:p>
    <w:p>
      <w:r>
        <w:t>防控措施：1.加强纪律教育，严格执行国家与学校相关规定；2.建立责任追究制度，对审核不当要追究有关责任；3.建立健全投诉举报渠道。</w:t>
      </w:r>
    </w:p>
    <w:p>
      <w:r>
        <w:t>推免生资格审核</w:t>
      </w:r>
    </w:p>
    <w:p>
      <w:r>
        <w:t>联系我们</w:t>
      </w:r>
    </w:p>
    <w:p>
      <w:r>
        <w:t>院办公室：一校区格物楼701-1室</w:t>
      </w:r>
    </w:p>
    <w:p>
      <w:r>
        <w:t>联系电话：0451-86413267</w:t>
      </w:r>
    </w:p>
    <w:p>
      <w:r>
        <w:t>邮箱：hituc@hit.edu.cn</w:t>
      </w:r>
    </w:p>
    <w:p>
      <w:r>
        <w:t>常见问题</w:t>
      </w:r>
    </w:p>
    <w:p>
      <w:r>
        <w:t>友情链接</w:t>
      </w:r>
    </w:p>
    <w:p>
      <w:r>
        <w:t>本科生招生办公室</w:t>
      </w:r>
    </w:p>
    <w:p>
      <w:r>
        <w:t>学生工作部（处）</w:t>
      </w:r>
    </w:p>
    <w:p>
      <w:r>
        <w:t>Copyright （C）2023 哈尔滨工业大学本科生院 版权所有 技术支持 哈尔滨工业大学网络安全和信息化办公室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