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兰州理工大学2026年推荐优秀应届本科毕业生免试攻读研究生名单公示</w:t>
      </w:r>
    </w:p>
    <w:p>
      <w:r>
        <w:t>发布时间：2025年9月12日</w:t>
      </w:r>
    </w:p>
    <w:p>
      <w:r>
        <w:t>来源URL：https://jiaowu.lut.edu.cn/info/1036/1761.htm</w:t>
      </w:r>
    </w:p>
    <w:p>
      <w:r>
        <w:t>========================================</w:t>
      </w:r>
    </w:p>
    <w:p>
      <w:r>
        <w:t>&gt;</w:t>
      </w:r>
    </w:p>
    <w:p>
      <w:r>
        <w:t>兰州理工大学2026年推荐优秀应届本科毕业生免试攻读研究生名单公示期为2025年9月12日-9月18日，名单见附件。对以上拟推免结果有异议的单位或个人，请在公示期内通过以下方式进行监督和反映：</w:t>
      </w:r>
    </w:p>
    <w:p>
      <w:r>
        <w:t>招生工作办公室，联系电话：0931-2973947，邮箱：13919943106@163.com</w:t>
      </w:r>
    </w:p>
    <w:p>
      <w:r>
        <w:t>教务处，联系电话：0931-2975127，邮箱：20140009@lut.edu.cn</w:t>
      </w:r>
    </w:p>
    <w:p>
      <w:r>
        <w:t>纪委、监察专员办公室，联系电话：0931-2911556，邮箱：gdjw@lut.edu.cn</w:t>
      </w:r>
    </w:p>
    <w:p>
      <w:r>
        <w:t>推免生遴选工作领导小组办公室</w:t>
      </w:r>
    </w:p>
    <w:p>
      <w:r>
        <w:t>2025年9月12日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