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温州医科大学2026年各培养单位推荐免试研究生（含直博生）复试通知（10月9日更新）-研究生院、研究生工作部（新）</w:t>
      </w:r>
    </w:p>
    <w:p>
      <w:r>
        <w:t>发布时间：2025年9月19日</w:t>
      </w:r>
    </w:p>
    <w:p>
      <w:r>
        <w:t>来源URL：https://yjsy.wmu.edu.cn/info/3541/155531.htm</w:t>
      </w:r>
    </w:p>
    <w:p>
      <w:r>
        <w:t>========================================</w:t>
      </w:r>
    </w:p>
    <w:p>
      <w:r>
        <w:t>&gt;</w:t>
      </w:r>
    </w:p>
    <w:p>
      <w:r>
        <w:t>根据《温州医科大学2026年接收推荐免试攻读研究生（含直博生）招生简章》，我校于9月16日至9月18日进行推荐免试研究生（含直博生）的预报名，并将于9月22日开始正式报名。各培养单位根据报名情况组织复试，复试名单和复试通知链接如下：</w:t>
      </w:r>
    </w:p>
    <w:p>
      <w:r>
        <w:t>培养单位名称</w:t>
      </w:r>
    </w:p>
    <w:p>
      <w:r>
        <w:t>联系电话</w:t>
      </w:r>
    </w:p>
    <w:p>
      <w:r>
        <w:t>联系人</w:t>
      </w:r>
    </w:p>
    <w:p>
      <w:r>
        <w:t>复试通知链接</w:t>
      </w:r>
    </w:p>
    <w:p>
      <w:r>
        <w:t>第一临床医学院（信息与工程学院）</w:t>
      </w:r>
    </w:p>
    <w:p>
      <w:r>
        <w:t>0577-55578060</w:t>
      </w:r>
    </w:p>
    <w:p>
      <w:r>
        <w:t>0577-55578595</w:t>
      </w:r>
    </w:p>
    <w:p>
      <w:r>
        <w:t>周老师</w:t>
      </w:r>
    </w:p>
    <w:p>
      <w:r>
        <w:t>https://ygb.wzhospital.cn:8016/wyyy_gzb/yjsk/home/</w:t>
      </w:r>
    </w:p>
    <w:p>
      <w:r>
        <w:t>xwnr.aspx?ksdm=530&amp;id=146240</w:t>
      </w:r>
    </w:p>
    <w:p>
      <w:r>
        <w:t>第二临床医学院</w:t>
      </w:r>
    </w:p>
    <w:p>
      <w:r>
        <w:t>0577-85676876</w:t>
      </w:r>
    </w:p>
    <w:p>
      <w:r>
        <w:t>诸老师</w:t>
      </w:r>
    </w:p>
    <w:p>
      <w:r>
        <w:t>吴老师</w:t>
      </w:r>
    </w:p>
    <w:p>
      <w:r>
        <w:t>https://www.wzhealth.com/news/show-19526.html</w:t>
      </w:r>
    </w:p>
    <w:p>
      <w:r>
        <w:t>眼视光学院（生物医学工程学院）</w:t>
      </w:r>
    </w:p>
    <w:p>
      <w:r>
        <w:t>0577-88068950</w:t>
      </w:r>
    </w:p>
    <w:p>
      <w:r>
        <w:t>陈老师</w:t>
      </w:r>
    </w:p>
    <w:p>
      <w:r>
        <w:t>第一批：https://www.wzeye.cn/edu/news/show-65081.html</w:t>
      </w:r>
    </w:p>
    <w:p>
      <w:r>
        <w:t>第二批：https://www.wzeye.cn/edu/news/show-65159.html</w:t>
      </w:r>
    </w:p>
    <w:p>
      <w:r>
        <w:t>检验医学院（生命科学学院）</w:t>
      </w:r>
    </w:p>
    <w:p>
      <w:r>
        <w:t>0577-86699725</w:t>
      </w:r>
    </w:p>
    <w:p>
      <w:r>
        <w:t>魏老师</w:t>
      </w:r>
    </w:p>
    <w:p>
      <w:r>
        <w:t>郑老师</w:t>
      </w:r>
    </w:p>
    <w:p>
      <w:r>
        <w:t>第一批：https://jsxy.wmu.edu.cn/info/1029/49546.htm</w:t>
      </w:r>
    </w:p>
    <w:p>
      <w:r>
        <w:t>第二批：https://jsxy.wmu.edu.cn/info/1029/49586.htm</w:t>
      </w:r>
    </w:p>
    <w:p>
      <w:r>
        <w:t>药学院</w:t>
      </w:r>
    </w:p>
    <w:p>
      <w:r>
        <w:t>0577-86689630</w:t>
      </w:r>
    </w:p>
    <w:p>
      <w:r>
        <w:t>周老师</w:t>
      </w:r>
    </w:p>
    <w:p>
      <w:r>
        <w:t>第一批：https://yxy.wmu.edu.cn/info/1146/15978.htm</w:t>
      </w:r>
    </w:p>
    <w:p>
      <w:r>
        <w:t>第二批：https://yxy.wmu.edu.cn/info/1168/16268.htm</w:t>
      </w:r>
    </w:p>
    <w:p>
      <w:r>
        <w:t>基础医学院</w:t>
      </w:r>
    </w:p>
    <w:p>
      <w:r>
        <w:t>0577-86689961</w:t>
      </w:r>
    </w:p>
    <w:p>
      <w:r>
        <w:t>刘老师</w:t>
      </w:r>
    </w:p>
    <w:p>
      <w:r>
        <w:t>https://jcyxy.wmu.edu.cn/info/1050/9563.htm</w:t>
      </w:r>
    </w:p>
    <w:p>
      <w:r>
        <w:t>口腔医学院</w:t>
      </w:r>
    </w:p>
    <w:p>
      <w:r>
        <w:t>0577-88066005</w:t>
      </w:r>
    </w:p>
    <w:p>
      <w:r>
        <w:t>孙老师</w:t>
      </w:r>
    </w:p>
    <w:p>
      <w:r>
        <w:t>https://www.dentist.ac.cn/articleInfo/7721#content</w:t>
      </w:r>
    </w:p>
    <w:p>
      <w:r>
        <w:t>护理学院</w:t>
      </w:r>
    </w:p>
    <w:p>
      <w:r>
        <w:t>0577-86689836</w:t>
      </w:r>
    </w:p>
    <w:p>
      <w:r>
        <w:t>屈老师</w:t>
      </w:r>
    </w:p>
    <w:p>
      <w:r>
        <w:t>https://hlxy.wmu.edu.cn/info/1342/60157.htm</w:t>
      </w:r>
    </w:p>
    <w:p>
      <w:r>
        <w:t>公共卫生学院</w:t>
      </w:r>
    </w:p>
    <w:p>
      <w:r>
        <w:t>0577-86593350</w:t>
      </w:r>
    </w:p>
    <w:p>
      <w:r>
        <w:t>许老师</w:t>
      </w:r>
    </w:p>
    <w:p>
      <w:r>
        <w:t>https://sph.wmu.edu.cn/info/1141/11237.htm</w:t>
      </w:r>
    </w:p>
    <w:p>
      <w:r>
        <w:t>精神医学学院</w:t>
      </w:r>
    </w:p>
    <w:p>
      <w:r>
        <w:t>0577-86699862</w:t>
      </w:r>
    </w:p>
    <w:p>
      <w:r>
        <w:t>王老师</w:t>
      </w:r>
    </w:p>
    <w:p>
      <w:r>
        <w:t>第一批：https://jsyx.wmu.edu.cn/info/2045/18851.htm</w:t>
      </w:r>
    </w:p>
    <w:p>
      <w:r>
        <w:t>第二批：https://jsyx.wmu.edu.cn/info/2045/18871.htm</w:t>
      </w:r>
    </w:p>
    <w:p>
      <w:r>
        <w:t>医学人文与管理学院</w:t>
      </w:r>
    </w:p>
    <w:p>
      <w:r>
        <w:t>0577-88833827</w:t>
      </w:r>
    </w:p>
    <w:p>
      <w:r>
        <w:t>肖老师</w:t>
      </w:r>
    </w:p>
    <w:p>
      <w:r>
        <w:t>https://yxrwgl.wmu.edu.cn/info/1121/14741.htm</w:t>
      </w:r>
    </w:p>
    <w:p>
      <w:r>
        <w:t>康复医学院</w:t>
      </w:r>
    </w:p>
    <w:p>
      <w:r>
        <w:t>0577-88870736</w:t>
      </w:r>
    </w:p>
    <w:p>
      <w:r>
        <w:t>洪老师</w:t>
      </w:r>
    </w:p>
    <w:p>
      <w:r>
        <w:t>第一批：https://kfyxy.wmu.edu.cn/info/1131/6731.htm</w:t>
      </w:r>
    </w:p>
    <w:p>
      <w:r>
        <w:t>第二批：https://kfyxy.wmu.edu.cn/info/1131/6761.htm</w:t>
      </w:r>
    </w:p>
    <w:p>
      <w:r>
        <w:t>阿尔伯塔学院</w:t>
      </w:r>
    </w:p>
    <w:p>
      <w:r>
        <w:t>0577-88839888</w:t>
      </w:r>
    </w:p>
    <w:p>
      <w:r>
        <w:t>李老师</w:t>
      </w:r>
    </w:p>
    <w:p>
      <w:r>
        <w:t>中医药学院</w:t>
      </w:r>
    </w:p>
    <w:p>
      <w:r>
        <w:t>0577-88067925</w:t>
      </w:r>
    </w:p>
    <w:p>
      <w:r>
        <w:t>林老师</w:t>
      </w:r>
    </w:p>
    <w:p>
      <w:r>
        <w:t>研究生培养基地（丽水市中心医院）</w:t>
      </w:r>
    </w:p>
    <w:p>
      <w:r>
        <w:t>0578-2285116</w:t>
      </w:r>
    </w:p>
    <w:p>
      <w:r>
        <w:t>沈老师</w:t>
      </w:r>
    </w:p>
    <w:p>
      <w:r>
        <w:t>https://pyjd.wmu.edu.cn/pyjd/listDetail?menuIndex</w:t>
      </w:r>
    </w:p>
    <w:p>
      <w:r>
        <w:t>=0&amp;categoryCode=zsgz&amp;id=e032594a6ed4f32c3b</w:t>
      </w:r>
    </w:p>
    <w:p>
      <w:r>
        <w:t>1c640dca4706b8</w:t>
      </w:r>
    </w:p>
    <w:p>
      <w:r>
        <w:t>研究生培养基地（浙江省肿瘤医院）</w:t>
      </w:r>
    </w:p>
    <w:p>
      <w:r>
        <w:t>0571-88122515</w:t>
      </w:r>
    </w:p>
    <w:p>
      <w:r>
        <w:t>陈老师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