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重庆交通大学2026年优秀大学生夏令营暨2027年推免生（含直博生）活动公告</w:t>
      </w:r>
    </w:p>
    <w:p>
      <w:r>
        <w:t>发布时间：2026年6月5日</w:t>
      </w:r>
    </w:p>
    <w:p>
      <w:r>
        <w:t>来源URL：https://yjszs.cqjtu.edu.cn/info/1099/2716.htm</w:t>
      </w:r>
    </w:p>
    <w:p>
      <w:r>
        <w:t>========================================</w:t>
      </w:r>
    </w:p>
    <w:p>
      <w:r>
        <w:t>&gt;</w:t>
      </w:r>
    </w:p>
    <w:p>
      <w:r>
        <w:t>为深入贯彻落实国家研究生教育改革部署，服务重大战略需求，重庆交通大学拟于2026年举办优秀大学生学术夏令营暨2027年推免生（含直博生）选拔活动。本次活动旨在搭建跨校际学术交流平台，通过前沿讲座、国家级平台体验及导师深度对话，帮助优秀学子把握学科前沿、激发科研潜能；同时重点选拔品德优良、基础扎实、具有突出科研潜质及直博意愿的应届本科生，构建“以研促学、以学育才”的良性生态，助力学校高水平学科建设和研究生生源质量提升。</w:t>
      </w:r>
    </w:p>
    <w:p>
      <w:r>
        <w:t>一、活动组织</w:t>
      </w:r>
    </w:p>
    <w:p>
      <w:r>
        <w:t>2026年我校优秀大学生夏令营采取线下方式进行，由重庆交通大学研究生院主办，各研究生招生院系联合承办。研究生院统一举行开营仪式，各承办单位根据自身实际情况开展活动、考核营员工作。</w:t>
      </w:r>
    </w:p>
    <w:p>
      <w:r>
        <w:t>二、活动安排</w:t>
      </w:r>
    </w:p>
    <w:p>
      <w:r>
        <w:t>夏令营时间为2026年7月4日至7月5日，以现场活动方式进行，活动安排如下。</w:t>
      </w:r>
    </w:p>
    <w:p>
      <w:r>
        <w:t>（一）夏令营准备阶段安排</w:t>
      </w:r>
    </w:p>
    <w:p>
      <w:r>
        <w:t>（二）夏令营开营活动安排</w:t>
      </w:r>
    </w:p>
    <w:p>
      <w:r>
        <w:t>三、申请资格</w:t>
      </w:r>
    </w:p>
    <w:p>
      <w:r>
        <w:t>1. 拥护中国共产党的领导，遵守宪法和法律，品德良好，身体健康，在学校学习期间未受任何处分。</w:t>
      </w:r>
    </w:p>
    <w:p>
      <w:r>
        <w:t>2. 2027年优秀应届本科毕业生。</w:t>
      </w:r>
    </w:p>
    <w:p>
      <w:r>
        <w:t>3. 有较扎实专业知识，综合素质高，有较强的研究能力和研究生培养潜力，学风端正，对所报专业领域的科学研究有浓厚的兴趣，有较强的科研潜力。</w:t>
      </w:r>
    </w:p>
    <w:p>
      <w:r>
        <w:t>四、入营申请联系方式</w:t>
      </w:r>
    </w:p>
    <w:p>
      <w:r>
        <w:t>五、活动内容</w:t>
      </w:r>
    </w:p>
    <w:p>
      <w:r>
        <w:t>1.夏令营将以学科和专业领域活动为主，其他活动为辅。形式为宣讲、讲座、参观等，由各研招学院具体安排。</w:t>
      </w:r>
    </w:p>
    <w:p>
      <w:r>
        <w:t>2.我校将组织院士、国家级人才项目获得者等知名教授开展学术前沿报告。</w:t>
      </w:r>
    </w:p>
    <w:p>
      <w:r>
        <w:t>3.夏令营期间将对营员进行考核。考核优秀的营员，获得所在学校的研究生推荐免试资格的营员，报考我校相同或相近专业的，同等条件下可优先录取。</w:t>
      </w:r>
    </w:p>
    <w:p>
      <w:r>
        <w:t>报考我校相同或相近专业，统考考试成绩达到我校当年该专业复试基本分数线（含总分、单科分数）标准的合格营员，同等条件下优先录取。</w:t>
      </w:r>
    </w:p>
    <w:p>
      <w:r>
        <w:t>六、报名流程</w:t>
      </w:r>
    </w:p>
    <w:p>
      <w:r>
        <w:t>（一）网上报名</w:t>
      </w:r>
    </w:p>
    <w:p>
      <w:r>
        <w:t>申请人须在6月6日至6月15日期间，将材料发送至相应邮箱，土木工程学院tmyjsglbgs@vip.163.com，河海学院hhygb@cqjtu.edu.cn，交通运输学院1335649345@qq.com，数学与统计学院425079320@qq.com。邮件命名为：夏令营+本科所在院校＋姓名+联系电话。按下表2要求将报名材料压缩传送。报名表和安全告知书原件待报到时提交至各学院，其他材料原件报到时提交学院审核查验。</w:t>
      </w:r>
    </w:p>
    <w:p>
      <w:r>
        <w:t>申请人填报信息务必真实、准确，凡提供虚假信息的，一经查实，取消入营资格。</w:t>
      </w:r>
    </w:p>
    <w:p>
      <w:r>
        <w:t>表2 夏令营活动报名材料</w:t>
      </w:r>
    </w:p>
    <w:p>
      <w:r>
        <w:t>（二）公布入营名单</w:t>
      </w:r>
    </w:p>
    <w:p>
      <w:r>
        <w:t>夏令营营员名单经学院审查合格后，6月21日至25日期间在学校研招信息网以及各学院官网公示营员名单。</w:t>
      </w:r>
    </w:p>
    <w:p>
      <w:r>
        <w:t>重庆交通大学研招信息网</w:t>
      </w:r>
    </w:p>
    <w:p>
      <w:r>
        <w:t>https://yjszs.cqjtu.edu.cn/zsxx1/ssyjs.htm</w:t>
      </w:r>
    </w:p>
    <w:p>
      <w:r>
        <w:t>土木工程学院http://civil.cqjtu.edu.cn/index.htm</w:t>
      </w:r>
    </w:p>
    <w:p>
      <w:r>
        <w:t>河海学院http://hhxy.cqjtu.edu.cn/</w:t>
      </w:r>
    </w:p>
    <w:p>
      <w:r>
        <w:t>交通运输学院http://jtys.cqjtu.edu.cn/</w:t>
      </w:r>
    </w:p>
    <w:p>
      <w:r>
        <w:t>数学与统计学院http://math.cqjtu.edu.cn/</w:t>
      </w:r>
    </w:p>
    <w:p>
      <w:r>
        <w:t>七、接待安排</w:t>
      </w:r>
    </w:p>
    <w:p>
      <w:r>
        <w:t>1.住宿。本地营员不安排住宿，外地营员住宿统一安排。</w:t>
      </w:r>
    </w:p>
    <w:p>
      <w:r>
        <w:t>2.交通费。外地营员按不高于动车二等座据实报销。</w:t>
      </w:r>
    </w:p>
    <w:p>
      <w:r>
        <w:t>3.夏令营礼品，包括文化衫、U盘、笔记本、签字笔，文化衫印刷重庆交通大学logo，开营仪式统一穿着发放的文化衫。</w:t>
      </w:r>
    </w:p>
    <w:p>
      <w:r>
        <w:t>4.夏令营证书，分优秀营员证书和营员证书。</w:t>
      </w:r>
    </w:p>
    <w:p>
      <w:r>
        <w:t>5.住宿、就餐、礼品和证书由研究生院协调安排，学院负责组织营员。</w:t>
      </w:r>
    </w:p>
    <w:p>
      <w:r>
        <w:t>附件1：重庆交通大学2026年全国优秀大学生夏令营活动报名表</w:t>
      </w:r>
    </w:p>
    <w:p>
      <w:r>
        <w:t>附件2：重庆交通大学2026年优秀大学生夏令营活动安全告知书</w:t>
      </w:r>
    </w:p>
    <w:p>
      <w:r>
        <w:t>重庆交通大学研究生院</w:t>
      </w:r>
    </w:p>
    <w:p>
      <w:r>
        <w:t>2026年6月3日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