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中国地震局地质研究所2026年优秀大学生夏令营营员招收通知</w:t>
      </w:r>
    </w:p>
    <w:p>
      <w:r>
        <w:t>发布时间：2026年6月22日</w:t>
      </w:r>
    </w:p>
    <w:p>
      <w:r>
        <w:t>来源URL：https://eq-igl.ac.cn/sszsxx/info/2026/39189.html</w:t>
      </w:r>
    </w:p>
    <w:p>
      <w:r>
        <w:t>========================================</w:t>
      </w:r>
    </w:p>
    <w:p>
      <w:r>
        <w:t>中国地震局地质研究所2026年优秀大学生夏令营营员招收通知</w:t>
      </w:r>
    </w:p>
    <w:p>
      <w:r>
        <w:t>发布时间：</w:t>
      </w:r>
    </w:p>
    <w:p>
      <w:r>
        <w:t>2026-06-22 | 【 大 中 小 】</w:t>
      </w:r>
    </w:p>
    <w:p>
      <w:r>
        <w:t>发布时间：2026-06-22 | 【 大 中 小 】 | 【打印】 【关闭】</w:t>
      </w:r>
    </w:p>
    <w:p>
      <w:r>
        <w:t>中国地震局地质研究所是国内唯一以研究新构造运动和现今地球动力作用为主的国家级研究所，其前身是1950年至1951年期间组建的原中国科学院地质研究所，1971年隶属国家地震局领导，1978年更名为国家地震局地质研究所，1998年更名为中国地震局地质研究所。研究所有70多年的发展历史，在活动构造、地壳形变、深部构造、构造地貌等地震相关的地球科学研究上长期处于国际国内前沿，取得多项开创性成果，有效发展地球科学理论，为我国防震减灾事业做出了突出贡献。</w:t>
      </w:r>
    </w:p>
    <w:p>
      <w:r>
        <w:t>研究所拥有我国在地震研究领域唯一的国家级重点实验室—地震动力学与强震预测全国重点实验室以及一个中国地震局重点实验室—地震与火山灾害重点实验室。研究所依托共建单位建立了山西太原大陆裂谷动力学、吉林长白山火山、西藏拉萨地球物理和新疆帕米尔陆内俯冲等4个国家野外科学观测研究站。</w:t>
      </w:r>
    </w:p>
    <w:p>
      <w:r>
        <w:t>研究所面向科学前沿和国家需求，坚持四大主攻方向：开展地震构造环境、强震活动习性研究，以强震震源识别技术服务国家地震安全；探索地震孕育发生过程，以前兆物理模型服务地震预测；强化地震致灾机理、灾害预测、地震危险性评价技术研究，服务国家经济建设；开展活动火山发生机理、灾害过程与风险评估研究，服务国家区域发展战略。</w:t>
      </w:r>
    </w:p>
    <w:p>
      <w:r>
        <w:t>研究所拥有一支实力雄厚的科技队伍，高级科研人员150余人，活跃在地质学、地球物理学和地球化学等研究领域。1978年以来，共有7位科学家分别当选中国科学院院士和中国工程院院士，47人享受国务院政府特殊津贴待遇，8人被授予“有突出贡献中青年专家”荣誉称号，5人入选国家“百千万人才工程”，7人获国家自然科学基金青年科学基金项目A类和B类资助；3人入选国家“国家高层次人才计划”，4位科学家荣获“李四光地质科学奖”。2014年研究所入选科技部“创新人才培养示范基地”，成为地震系统首家入选的单位。自1991年起被授予“中央国家机关文明单位”荣誉称号，自2006年起被授予“首都文明单位”荣誉称号，2020年研究所被评为第六届“全国文明单位”和“2018-2020年首都文明单位标兵”，2021年荣获“中央和国家机关创建模范机关先进单位”。地震动力学国家重点实验室2021年荣获第六届“全国专业技术人才先进集体”荣誉称号。</w:t>
      </w:r>
    </w:p>
    <w:p>
      <w:r>
        <w:t>研究所具备完善的科学实验体系、科学探测体系、网络科技与模拟计算环境科技支撑条件。目前承担在研国家自然科学基金项目百余项，在研国家重点研发课题十余项，取得了大量的科研成果。</w:t>
      </w:r>
    </w:p>
    <w:p>
      <w:r>
        <w:t>研究所是国务院首批批准的博士学位和硕士学位授予单位。目前具有“地质学”和“地球物理学”2个专业一级学科博士和硕士学位授予权，同时设有“地质学”和“地球物理学”博士后流动站。这里培养了一大批地球科学精英，做出了一大批享誉海内外的重大科研成果，极大地发展了我国的地质科学。</w:t>
      </w:r>
    </w:p>
    <w:p>
      <w:r>
        <w:t>为促进全国地球科学相关专业优秀本科生更好地了解中国地震局地质研究所，了解学术前沿动态，我所将选拔40名左右2027届地学专业本科生，开展优秀大学生暑期夏令营活动。夏令营将展示地质所科研水平和学术氛围，推进优秀本科生熟悉研究所学科专业方向，与研究生导师零距离交流和沟通，激发学生学习兴趣、热情和了解学术前沿动态。欢迎具有推荐免试资格和有志报考我所研究生的毕业生参加。</w:t>
      </w:r>
    </w:p>
    <w:p>
      <w:r>
        <w:t>一、活动内容及形式</w:t>
      </w:r>
    </w:p>
    <w:p>
      <w:r>
        <w:t>1.举行时间：2026年7月21-23日。</w:t>
      </w:r>
    </w:p>
    <w:p>
      <w:r>
        <w:t>2.夏令营活动主要包括学术报告、招生政策解读及导师座谈交流、野外考察等。夏令营营员将获得中国地震局地质研究所“优秀大学生夏令营”活动结业证书。</w:t>
      </w:r>
    </w:p>
    <w:p>
      <w:r>
        <w:t>二、申请对象及申报资格</w:t>
      </w:r>
    </w:p>
    <w:p>
      <w:r>
        <w:t>1.2027年毕业本科生（在校三年级学生）；</w:t>
      </w:r>
    </w:p>
    <w:p>
      <w:r>
        <w:t>2.全日制高等院校的地质学、固体地球物理学、大地测量学、地理学等或其他相关学科专业；</w:t>
      </w:r>
    </w:p>
    <w:p>
      <w:r>
        <w:t>3.学习成绩优异，前五学期成绩专业排名均为前40%或综合测评专业前40%，无挂科；</w:t>
      </w:r>
    </w:p>
    <w:p>
      <w:r>
        <w:t>4.熟练掌握英语（CET6通过者优先）；</w:t>
      </w:r>
    </w:p>
    <w:p>
      <w:r>
        <w:t>5.对地学感兴趣有志于地学研究，并有意报考我所研究生继续深造的优秀本科生（有推免资格者优先）。</w:t>
      </w:r>
    </w:p>
    <w:p>
      <w:r>
        <w:t>三、申请材料及提交</w:t>
      </w:r>
    </w:p>
    <w:p>
      <w:r>
        <w:t>1.申请表（附件1网页下方下载）、个人信息表（问卷星https://v.wjx.cn/vm/Y0VHQrv.aspx）；</w:t>
      </w:r>
    </w:p>
    <w:p>
      <w:r>
        <w:t>2.本人有效身份证（正反面）、学生证；</w:t>
      </w:r>
    </w:p>
    <w:p>
      <w:r>
        <w:t>3.加盖教务处公章的在校成绩单、专业学习成绩排名证明（加盖公章）；</w:t>
      </w:r>
    </w:p>
    <w:p>
      <w:r>
        <w:t>4.英语水平证明；</w:t>
      </w:r>
    </w:p>
    <w:p>
      <w:r>
        <w:t>5.大学期间获奖材料、已发论文（文章首页）等。</w:t>
      </w:r>
    </w:p>
    <w:p>
      <w:r>
        <w:t>以上材料按照顺序做成一个PDF文件，（文件名为姓名+本科院校名+专业），发至该邮箱jy@ies.ac.cn（邮件名为2026年夏令营+姓名+本科院校名+专业）。</w:t>
      </w:r>
    </w:p>
    <w:p>
      <w:r>
        <w:t>四、申请相关事宜</w:t>
      </w:r>
    </w:p>
    <w:p>
      <w:r>
        <w:t>1.申请时间：2026年7月10日止；</w:t>
      </w:r>
    </w:p>
    <w:p>
      <w:r>
        <w:t>2.交流请加入QQ群，群号：526521085。</w:t>
      </w:r>
    </w:p>
    <w:p>
      <w:r>
        <w:t>五、材料审核</w:t>
      </w:r>
    </w:p>
    <w:p>
      <w:r>
        <w:t>1.若发现虚假报名材料或证明，即取消一切由此获得的资格，研究所保留追究的权利；</w:t>
      </w:r>
    </w:p>
    <w:p>
      <w:r>
        <w:t>2.信息审核工作将于2026年7月15日左右结束，夏令营录取名单将在我所网站上公布，未入选者，不再另行通知。录取参加学员名单将以电子邮件或电话形式通知本人。</w:t>
      </w:r>
    </w:p>
    <w:p>
      <w:r>
        <w:t>六、夏令营管理</w:t>
      </w:r>
    </w:p>
    <w:p>
      <w:r>
        <w:t>1.活动期间，我单位为入选学生提供食宿；</w:t>
      </w:r>
    </w:p>
    <w:p>
      <w:r>
        <w:t>2.我所为入选学生提供学校所在地至北京的往返交通费用，动车/高铁二等座（或硬卧）标准，凭票报销，凡超出部分由本人承担；</w:t>
      </w:r>
    </w:p>
    <w:p>
      <w:r>
        <w:t>3.入选学生必须征得学校同意，并告知家长；活动期间须遵守我单位的有关规定和夏令营活动的统一安排，按时参加活动，不得擅自离营；</w:t>
      </w:r>
    </w:p>
    <w:p>
      <w:r>
        <w:t>4.活动期间入选学生安全由学生本人及学籍所在学校负责。我单位为入选学生购买活动期间的短期人身意外伤害保险。入选学生报到时统一签署安全协议。</w:t>
      </w:r>
    </w:p>
    <w:p>
      <w:r>
        <w:t>七、注意事项</w:t>
      </w:r>
    </w:p>
    <w:p>
      <w:r>
        <w:t>1.被录取的同学应该按时参加夏令营，如因特殊原因不能参加夏令营的同学，请及时联系我们;</w:t>
      </w:r>
    </w:p>
    <w:p>
      <w:r>
        <w:t>2.详细的日程安排随后发布，请大家及时关注；</w:t>
      </w:r>
    </w:p>
    <w:p>
      <w:r>
        <w:t>3.为鼓励应届优秀毕业生报考我所研究生，参加夏令营的营员在2027年度硕士研究生招考中将予以优先考虑，营员后期获推免生资格并被我所录取或2027年报考我所并被录取者，研究所都将资助数量可观的科研补助。</w:t>
      </w:r>
    </w:p>
    <w:p>
      <w:r>
        <w:t>八、联系方式</w:t>
      </w:r>
    </w:p>
    <w:p>
      <w:r>
        <w:t>联系人：齐老师 吴老师</w:t>
      </w:r>
    </w:p>
    <w:p>
      <w:r>
        <w:t>联系电话：010-62009079</w:t>
      </w:r>
    </w:p>
    <w:p>
      <w:r>
        <w:t>邮箱：jy@ies.ac.cn</w:t>
      </w:r>
    </w:p>
    <w:p>
      <w:r>
        <w:t>通讯地址：北京市朝阳区华严里甲1号中国地震局地质研究所</w:t>
      </w:r>
    </w:p>
    <w:p>
      <w:r>
        <w:t>附件1：夏令营申请表.docx</w:t>
      </w:r>
    </w:p>
    <w:p>
      <w:r>
        <w:t>版权所有 © 中国地震局地质研究所 备案号：京ICP备09113569号-1 京公网安备 11010502042766号</w:t>
      </w:r>
    </w:p>
    <w:p>
      <w:r>
        <w:t>地址：北京市朝阳区华严里甲1号 邮编：100029</w:t>
      </w:r>
    </w:p>
    <w:p>
      <w:r>
        <w:t>电话：010-62009001 传真：010-62009001 主办单位：中国地震局地质研究所</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