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关于做好推荐2026届优秀本科毕业生免试攻读硕士研究生工作的通知-武汉纺织大学本科生院</w:t>
      </w:r>
    </w:p>
    <w:p>
      <w:r>
        <w:t>发布时间：2025年9月1日</w:t>
      </w:r>
    </w:p>
    <w:p>
      <w:r>
        <w:t>来源URL：https://jwc.wtu.edu.cn/info/1055/12092.htm</w:t>
      </w:r>
    </w:p>
    <w:p>
      <w:r>
        <w:t>========================================</w:t>
      </w:r>
    </w:p>
    <w:p>
      <w:r>
        <w:t>&gt;</w:t>
      </w:r>
    </w:p>
    <w:p>
      <w:r>
        <w:t>各学院：</w:t>
      </w:r>
    </w:p>
    <w:p>
      <w:r>
        <w:t>为做好我校推荐2026届优秀应届本科毕业生免试攻读硕士研究生（以下简称“推免”）工作，根据《教育部办公厅关于进一步规范和加强推荐优秀应届本科毕业生免试攻读研究生工作的通知》（教学厅〔2020〕12号）文件精神，结合《武汉纺织大学推荐优秀应届本科毕业生免试攻读硕士研究生管理办法（试行）》（武纺大教〔2025〕14号）相关规定，现将我校2026届优秀本科毕业生推免工作有关事项通知如下：</w:t>
      </w:r>
    </w:p>
    <w:p>
      <w:r>
        <w:t>一、推免工作组织机构</w:t>
      </w:r>
    </w:p>
    <w:p>
      <w:r>
        <w:t>学校成立推免工作领导小组，全面负责推免遴选推荐工作。</w:t>
      </w:r>
    </w:p>
    <w:p>
      <w:r>
        <w:t>组 长：傅欣</w:t>
      </w:r>
    </w:p>
    <w:p>
      <w:r>
        <w:t>副组长：罗锦银、姜明华、王栋</w:t>
      </w:r>
    </w:p>
    <w:p>
      <w:r>
        <w:t>成 员：王济平、吕永钢、吴刚、刘欣、张莎莎、张德科、陈建、李明、张霞</w:t>
      </w:r>
    </w:p>
    <w:p>
      <w:r>
        <w:t>学校推免工作领导小组办公室设在教务处，负责处理日常事务。</w:t>
      </w:r>
    </w:p>
    <w:p>
      <w:r>
        <w:t>各学院成立学院推免工作领导小组，负责本学院推免的具体工作；成立材料审核专家小组，负责对推免生特殊学术专长的审核。</w:t>
      </w:r>
    </w:p>
    <w:p>
      <w:r>
        <w:t>二、工作程序</w:t>
      </w:r>
    </w:p>
    <w:p>
      <w:r>
        <w:t>1.推免工作程序和相关要求按《武汉纺织大学推荐优秀应届本科毕业生免试攻读硕士研究生管理办法（试行）》（武纺大教〔2025〕14号）（附件1）执行，各相关单位须严格按照文件要求制定本单位推免工作实施方案。推免工作流程见《推免工作流程图》（附件2）。</w:t>
      </w:r>
    </w:p>
    <w:p>
      <w:r>
        <w:t>2.如推荐名单中出现取消资格情况，则从学院初选名单中依次递补，公示期结束后，不再进行递补。</w:t>
      </w:r>
    </w:p>
    <w:p>
      <w:r>
        <w:t>三、宣传动员工作</w:t>
      </w:r>
    </w:p>
    <w:p>
      <w:r>
        <w:t>1.推免生工作政策性强，涉及面广，各单位要认真学习相关政策，熟悉工作程序和要求。</w:t>
      </w:r>
    </w:p>
    <w:p>
      <w:r>
        <w:t>2.各学院及时将推免工作政策和具体要求向在校应届本科毕业生宣传、解读到位。</w:t>
      </w:r>
    </w:p>
    <w:p>
      <w:r>
        <w:t>四、学生申请流程</w:t>
      </w:r>
    </w:p>
    <w:p>
      <w:r>
        <w:t>1.本年度学校使用校内“硕士研究生推免”平台集中填报推免生资格申请。平台填报的时间是9月5日8:00—9月8日16:00。符合申请条件的学生在线上通过以下路径登录填报：学校一网通办→教育教学→推免系统→硕士研究生推免。具体申请流程见《学生推免申请使用手册》（附件3）,填报期间对申请资格如有疑问，联系陈老师：59367382，或胡老师：59367533。</w:t>
      </w:r>
    </w:p>
    <w:p>
      <w:r>
        <w:t>2.学生自本通知下发之日起至9月3日23:59前可以在“学工系统”“学生竞赛管理系统”补充填报个人奖励加分材料。路径为：“学校一网通办→教育教学→推免系统”。对补充材料如有疑问，涉及“荣誉表彰”联系曹老师：59367597、李老师：59367667；涉及“科研论文”联系李老师：59367667；涉及“竞赛奖励”联系孙老师：59367880。</w:t>
      </w:r>
    </w:p>
    <w:p>
      <w:r>
        <w:t>3.线上填报完成后，须线下填写《武汉纺织大学应届本科毕业生免试攻读硕士研究生申请审批表》（附件4）、《武汉纺织大学2026届推荐优秀应届本科毕业生免试攻读研究生承诺书》（附件5）、并将奖励证明等有关材料原件和复印件向所在学院提交。</w:t>
      </w:r>
    </w:p>
    <w:p>
      <w:r>
        <w:t>五、时间要求</w:t>
      </w:r>
    </w:p>
    <w:p>
      <w:r>
        <w:t>序号</w:t>
      </w:r>
    </w:p>
    <w:p>
      <w:r>
        <w:t>时间安排</w:t>
      </w:r>
    </w:p>
    <w:p>
      <w:r>
        <w:t>内 容</w:t>
      </w:r>
    </w:p>
    <w:p>
      <w:r>
        <w:t>责任单位</w:t>
      </w:r>
    </w:p>
    <w:p>
      <w:r>
        <w:t>1</w:t>
      </w:r>
    </w:p>
    <w:p>
      <w:r>
        <w:t>9月1日</w:t>
      </w:r>
    </w:p>
    <w:p>
      <w:r>
        <w:t>学校下发推免生工作通知。</w:t>
      </w:r>
    </w:p>
    <w:p>
      <w:r>
        <w:t>教务处</w:t>
      </w:r>
    </w:p>
    <w:p>
      <w:r>
        <w:t>2</w:t>
      </w:r>
    </w:p>
    <w:p>
      <w:r>
        <w:t>9月1日—4日</w:t>
      </w:r>
    </w:p>
    <w:p>
      <w:r>
        <w:t>1、各学院成立推免工作领导小组，制定推免工作实施细则，报校推免工作领导小组办公室审核备案。</w:t>
      </w:r>
    </w:p>
    <w:p>
      <w:r>
        <w:t>2、学院成立材料审核专家小组，负责审核推免生的奖励加分材料。</w:t>
      </w:r>
    </w:p>
    <w:p>
      <w:r>
        <w:t>3、有奖励加分的学生于9月3日前在相关系统补充提交材料。</w:t>
      </w:r>
    </w:p>
    <w:p>
      <w:r>
        <w:t>各学院</w:t>
      </w:r>
    </w:p>
    <w:p>
      <w:r>
        <w:t>3</w:t>
      </w:r>
    </w:p>
    <w:p>
      <w:r>
        <w:t>9月5日—8日</w:t>
      </w:r>
    </w:p>
    <w:p>
      <w:r>
        <w:t>1、学院公布实施细则，广泛宣传，组织动员本院2026届优秀应届本科毕业生积极申报。</w:t>
      </w:r>
    </w:p>
    <w:p>
      <w:r>
        <w:t>2、学生线上在校内推免平台申请，线下向学院提交申请表、承诺书及奖励加分的材料。</w:t>
      </w:r>
    </w:p>
    <w:p>
      <w:r>
        <w:t>3、学院完成申请推免生的资格确认。</w:t>
      </w:r>
    </w:p>
    <w:p>
      <w:r>
        <w:t>各学院</w:t>
      </w:r>
    </w:p>
    <w:p>
      <w:r>
        <w:t>4</w:t>
      </w:r>
    </w:p>
    <w:p>
      <w:r>
        <w:t>9月9日—11日</w:t>
      </w:r>
    </w:p>
    <w:p>
      <w:r>
        <w:t>各学院汇总综合成绩并排序后，按照推免名额的1.2倍左右确定初选推荐名单并院内公示3日。</w:t>
      </w:r>
    </w:p>
    <w:p>
      <w:r>
        <w:t>各学院</w:t>
      </w:r>
    </w:p>
    <w:p>
      <w:r>
        <w:t>5</w:t>
      </w:r>
    </w:p>
    <w:p>
      <w:r>
        <w:t>9月12日10:00前</w:t>
      </w:r>
    </w:p>
    <w:p>
      <w:r>
        <w:t>各学院将公示且无异议的拟推荐名单由高到低排序并等额报学校推免工作领导小组办公室，同时提交附件4纸质加盖公章材料（不能使用签字章）、附件5的纸质材料以及推免生成绩单PDF扫描件。</w:t>
      </w:r>
    </w:p>
    <w:p>
      <w:r>
        <w:t>各学院</w:t>
      </w:r>
    </w:p>
    <w:p>
      <w:r>
        <w:t>6</w:t>
      </w:r>
    </w:p>
    <w:p>
      <w:r>
        <w:t>9月12日—18日</w:t>
      </w:r>
    </w:p>
    <w:p>
      <w:r>
        <w:t>学校推免工作领导小组办公室汇总各单位推荐名单并报学校推免工作领导小组审定，审定通过的最终名单在全校公示7日。</w:t>
      </w:r>
    </w:p>
    <w:p>
      <w:r>
        <w:t>教务处</w:t>
      </w:r>
    </w:p>
    <w:p>
      <w:r>
        <w:t>7</w:t>
      </w:r>
    </w:p>
    <w:p>
      <w:r>
        <w:t>9月19日</w:t>
      </w:r>
    </w:p>
    <w:p>
      <w:r>
        <w:t>上报获得推免生资格的学生名单等相关数据和文件。</w:t>
      </w:r>
    </w:p>
    <w:p>
      <w:r>
        <w:t>教务处</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