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南开大学2026年接收优秀应届本科毕业生免试攻读研究生预报名的通知</w:t>
      </w:r>
    </w:p>
    <w:p>
      <w:r>
        <w:t>发布时间：2025年7月7日</w:t>
      </w:r>
    </w:p>
    <w:p>
      <w:r>
        <w:t>来源URL：https://yzb.nankai.edu.cn/2025/0706/c2583a574948/page.htm</w:t>
      </w:r>
    </w:p>
    <w:p>
      <w:r>
        <w:t>========================================</w:t>
      </w:r>
    </w:p>
    <w:p>
      <w:r>
        <w:t>南开大学2026年接收优秀应届本科毕业生免试攻读研究生预报名的通知</w:t>
      </w:r>
    </w:p>
    <w:p>
      <w:r>
        <w:t>时间：2025-07-07浏览：65</w:t>
      </w:r>
    </w:p>
    <w:p>
      <w:r>
        <w:t>返回原图</w:t>
      </w:r>
    </w:p>
    <w:p>
      <w:r>
        <w:t>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