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2026年推免生拟录取名单公示</w:t>
      </w:r>
    </w:p>
    <w:p>
      <w:r>
        <w:t>发布时间：2025年10月21日</w:t>
      </w:r>
    </w:p>
    <w:p>
      <w:r>
        <w:t>来源URL：https://yz.cumtb.edu.cn/index/detail.html?id=068f8b36638740</w:t>
      </w:r>
    </w:p>
    <w:p>
      <w:r>
        <w:t>========================================</w:t>
      </w:r>
    </w:p>
    <w:p>
      <w:r>
        <w:t>2026年推免生拟录取名单公示如下：</w:t>
      </w:r>
    </w:p>
    <w:p>
      <w:r>
        <w:t>公示时间：2025年10月21日至10月27日，如有异议可在工作日办公时间致电研究生招生办公室010-62331208，非办公时间可发送电子邮件至yzb@cumtb.edu.cn反映问题。</w:t>
      </w:r>
    </w:p>
    <w:p>
      <w:r>
        <w:t>请牢记学校编制的考生编号，入学报到登录迎新系统会使用。</w:t>
      </w:r>
    </w:p>
    <w:p>
      <w:r>
        <w:t>附件：2026年推免生拟录取名单</w:t>
      </w:r>
    </w:p>
    <w:p>
      <w:r>
        <w:t>Email：yzb@cumtb.edu.cn</w:t>
      </w:r>
    </w:p>
    <w:p>
      <w:r>
        <w:t>电话： 010-62331208</w:t>
      </w:r>
    </w:p>
    <w:p>
      <w:r>
        <w:t>工作时间：9:00 - 18:00（工作日）</w:t>
      </w:r>
    </w:p>
    <w:p>
      <w:r>
        <w:t>快速入口</w:t>
      </w:r>
    </w:p>
    <w:p>
      <w:r>
        <w:t>中国矿业大学（北京）</w:t>
      </w:r>
    </w:p>
    <w:p>
      <w:r>
        <w:t>中国研究生招生信息网</w:t>
      </w:r>
    </w:p>
    <w:p>
      <w:r>
        <w:t>中华人民共和国教育部</w:t>
      </w:r>
    </w:p>
    <w:p>
      <w:r>
        <w:t>中国矿业大学（北京）研究生院</w:t>
      </w:r>
    </w:p>
    <w:p>
      <w:r>
        <w:t>官方微信</w:t>
      </w:r>
    </w:p>
    <w:p>
      <w:r>
        <w:t>版权所有：中国矿业大学（北京） 研究生办公室技术支持：北京睿青科技有限公司</w:t>
      </w:r>
    </w:p>
    <w:p>
      <w:r>
        <w:t>京ICP备123456789号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