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湖北中医药大学2026届优秀应届本科毕业生免试攻读硕士学位学生名单公示</w:t>
      </w:r>
    </w:p>
    <w:p>
      <w:r>
        <w:t>发布时间：2025年9月14日</w:t>
      </w:r>
    </w:p>
    <w:p>
      <w:r>
        <w:t>来源URL：https://www.hbucm.edu.cn/zhuanyejianshe/info/1002/2252.htm</w:t>
      </w:r>
    </w:p>
    <w:p>
      <w:r>
        <w:t>========================================</w:t>
      </w:r>
    </w:p>
    <w:p>
      <w:r>
        <w:t>&gt;</w:t>
      </w:r>
    </w:p>
    <w:p>
      <w:r>
        <w:t>根据《湖北中医药大学推荐优秀应届本科毕业生免试攻读硕士学位研究生工作实施办法》文件规定和《关于做好推荐2026届优秀本科毕业生免试为硕士研究生工作的通知》的精神，经学生本人申请、各学院组织审核、学校推免生遴选工作领导小组审定，245名同学获2026届推免生及候补资格，现予公示。公示时间：2025年9月14日至2025年9月20日，若有异议，请于公示期内向学校教务处反映。</w:t>
      </w:r>
    </w:p>
    <w:p>
      <w:r>
        <w:t>电话：027-68890054；</w:t>
      </w:r>
    </w:p>
    <w:p>
      <w:r>
        <w:t>电子邮箱：hbzyjwc@163.com。</w:t>
      </w:r>
    </w:p>
    <w:p>
      <w:r>
        <w:t>湖北中医药大学</w:t>
      </w:r>
    </w:p>
    <w:p>
      <w:r>
        <w:t>二〇二五年九月十四日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