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长春工业大学2026年接收推荐免试攻读硕士学位研究生招生工作办法-长春工业大学研究生院</w:t>
      </w:r>
    </w:p>
    <w:p>
      <w:r>
        <w:t>发布时间：2025年9月17日</w:t>
      </w:r>
    </w:p>
    <w:p>
      <w:r>
        <w:t>来源URL：https://yjsy.ccut.edu.cn/info/1121/3147.htm</w:t>
      </w:r>
    </w:p>
    <w:p>
      <w:r>
        <w:t>========================================</w:t>
      </w:r>
    </w:p>
    <w:p>
      <w:r>
        <w:t>﻿</w:t>
      </w:r>
    </w:p>
    <w:p>
      <w:r>
        <w:t>学校主页</w:t>
      </w:r>
    </w:p>
    <w:p>
      <w:r>
        <w:t>首页</w:t>
      </w:r>
    </w:p>
    <w:p>
      <w:r>
        <w:t>机构设置</w:t>
      </w:r>
    </w:p>
    <w:p>
      <w:r>
        <w:t>研究生院简介</w:t>
      </w:r>
    </w:p>
    <w:p>
      <w:r>
        <w:t>机构设置</w:t>
      </w:r>
    </w:p>
    <w:p>
      <w:r>
        <w:t>人员信息</w:t>
      </w:r>
    </w:p>
    <w:p>
      <w:r>
        <w:t>招生工作</w:t>
      </w:r>
    </w:p>
    <w:p>
      <w:r>
        <w:t>招生宣传</w:t>
      </w:r>
    </w:p>
    <w:p>
      <w:r>
        <w:t>2027研招信息公开</w:t>
      </w:r>
    </w:p>
    <w:p>
      <w:r>
        <w:t>2026研招信息公开</w:t>
      </w:r>
    </w:p>
    <w:p>
      <w:r>
        <w:t>招生简章</w:t>
      </w:r>
    </w:p>
    <w:p>
      <w:r>
        <w:t>政策法规</w:t>
      </w:r>
    </w:p>
    <w:p>
      <w:r>
        <w:t>培养工作</w:t>
      </w:r>
    </w:p>
    <w:p>
      <w:r>
        <w:t>通知公告</w:t>
      </w:r>
    </w:p>
    <w:p>
      <w:r>
        <w:t>导师风采</w:t>
      </w:r>
    </w:p>
    <w:p>
      <w:r>
        <w:t>导师队伍建设</w:t>
      </w:r>
    </w:p>
    <w:p>
      <w:r>
        <w:t>课程与教材建设</w:t>
      </w:r>
    </w:p>
    <w:p>
      <w:r>
        <w:t>实习实践基地建设</w:t>
      </w:r>
    </w:p>
    <w:p>
      <w:r>
        <w:t>专业学位案例库建设</w:t>
      </w:r>
    </w:p>
    <w:p>
      <w:r>
        <w:t>学习资源</w:t>
      </w:r>
    </w:p>
    <w:p>
      <w:r>
        <w:t>学位管理</w:t>
      </w:r>
    </w:p>
    <w:p>
      <w:r>
        <w:t>通知公告</w:t>
      </w:r>
    </w:p>
    <w:p>
      <w:r>
        <w:t>学位评定委员会</w:t>
      </w:r>
    </w:p>
    <w:p>
      <w:r>
        <w:t>优秀博硕论文</w:t>
      </w:r>
    </w:p>
    <w:p>
      <w:r>
        <w:t>学位信息采集</w:t>
      </w:r>
    </w:p>
    <w:p>
      <w:r>
        <w:t>学科建设</w:t>
      </w:r>
    </w:p>
    <w:p>
      <w:r>
        <w:t>学科概况</w:t>
      </w:r>
    </w:p>
    <w:p>
      <w:r>
        <w:t>通知公告</w:t>
      </w:r>
    </w:p>
    <w:p>
      <w:r>
        <w:t>学科动态</w:t>
      </w:r>
    </w:p>
    <w:p>
      <w:r>
        <w:t>政策文件</w:t>
      </w:r>
    </w:p>
    <w:p>
      <w:r>
        <w:t>质量监控</w:t>
      </w:r>
    </w:p>
    <w:p>
      <w:r>
        <w:t>招生工作</w:t>
      </w:r>
    </w:p>
    <w:p>
      <w:r>
        <w:t>招生宣传</w:t>
      </w:r>
    </w:p>
    <w:p>
      <w:r>
        <w:t>2027研招信息公开</w:t>
      </w:r>
    </w:p>
    <w:p>
      <w:r>
        <w:t>2026研招信息公开</w:t>
      </w:r>
    </w:p>
    <w:p>
      <w:r>
        <w:t>招生简章</w:t>
      </w:r>
    </w:p>
    <w:p>
      <w:r>
        <w:t>政策法规</w:t>
      </w:r>
    </w:p>
    <w:p>
      <w:r>
        <w:t>您所在的位置：</w:t>
      </w:r>
    </w:p>
    <w:p>
      <w:r>
        <w:t>首页</w:t>
      </w:r>
    </w:p>
    <w:p>
      <w:r>
        <w:t>&gt;</w:t>
      </w:r>
    </w:p>
    <w:p>
      <w:r>
        <w:t>招生工作</w:t>
      </w:r>
    </w:p>
    <w:p>
      <w:r>
        <w:t>&gt;</w:t>
      </w:r>
    </w:p>
    <w:p>
      <w:r>
        <w:t>2026研招信息公开</w:t>
      </w:r>
    </w:p>
    <w:p>
      <w:r>
        <w:t>&gt;</w:t>
      </w:r>
    </w:p>
    <w:p>
      <w:r>
        <w:t>正文</w:t>
      </w:r>
    </w:p>
    <w:p>
      <w:r>
        <w:t>2026研招信息公开</w:t>
      </w:r>
    </w:p>
    <w:p>
      <w:r>
        <w:t>长春工业大学2026年接收推荐免试攻读硕士学位研究生招生工作办法</w:t>
      </w:r>
    </w:p>
    <w:p>
      <w:r>
        <w:t>发布者：张艳 来源：研究生院</w:t>
      </w:r>
    </w:p>
    <w:p>
      <w:r>
        <w:t>日期：2025-09-17 16:28:07</w:t>
      </w:r>
    </w:p>
    <w:p>
      <w:r>
        <w:t>附件【长春工业大学2026年接收推荐免试攻读硕士学位研究生招生专业目录 .xls】已下载 次</w:t>
      </w:r>
    </w:p>
    <w:p>
      <w:r>
        <w:t>长春工业大学 吉ICP备05002091号-1 管理入口</w:t>
      </w:r>
    </w:p>
    <w:p>
      <w:r>
        <w:t>当前访问量：</w:t>
      </w:r>
    </w:p>
    <w:p>
      <w:r>
        <w:t>次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