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挼挼挼挼挼挼挼挼7dc</w:t>
      </w:r>
    </w:p>
    <w:p>
      <w:r>
        <w:t>发布时间：未标注</w:t>
      </w:r>
    </w:p>
    <w:p>
      <w:r>
        <w:t>来源URL：https://www.ynufe.edu.cn/__local/4/4C/05/3A4C9E1F7841A079BE31BE70761_D8D19660_9159C.pdf?e=.pdf</w:t>
      </w:r>
    </w:p>
    <w:p>
      <w:r>
        <w:t>========================================</w:t>
      </w:r>
    </w:p>
    <w:p>
      <w:r>
        <w:t>挼挼挼挼挼挼挼挼7dc#-*WbAƧCLx#n8φQJ&amp;Q+sbmro2{ZXhCXe0=խ؅:Oc[^?-c ^Q3.|c4h."\D@"_W9vjEW.H±plTZRRR2%ۚ6VRD|4u8@I-^5P0P}R\uR9׎ɴ`iHK</w:t>
      </w:r>
    </w:p>
    <w:p>
      <w:r>
        <w:t>997).)</w:t>
      </w:r>
    </w:p>
    <w:p>
      <w:r>
        <w:t>endstream</w:t>
      </w:r>
    </w:p>
    <w:p>
      <w:r>
        <w:t>endobj</w:t>
      </w:r>
    </w:p>
    <w:p>
      <w:r>
        <w:t>600 0 obj</w:t>
      </w:r>
    </w:p>
    <w:p>
      <w:r>
        <w:t>&gt;</w:t>
      </w:r>
    </w:p>
    <w:p>
      <w:r>
        <w:t>stream</w:t>
      </w:r>
    </w:p>
    <w:p>
      <w:r>
        <w:t>x}</w:t>
        <w:br/>
        <w:t>\yhnU]A(2%{lui#frw׻^JK,g[ҴJqW"^^</w:t>
        <w:br/>
        <w:t>d1+1`p[ U4$2uaԒZ0NC9}wf弹ƈݟ715x~M)|5?ւ3&amp;g\'XZlt-I|[T{5kp@?Nk~JTCWb4GI|]aj 0@ļz:DGϓ FC;ARU]"W</w:t>
      </w:r>
    </w:p>
    <w:p>
      <w:r>
        <w:t>WB1:{@yzdpsdS`^ጄ#</w:t>
        <w:br/>
        <w:t>u-#^10@LdrpO`QPv,</w:t>
      </w:r>
    </w:p>
    <w:p>
      <w:r>
        <w:t>kD(LGVRCyǉt-)~-</w:t>
      </w:r>
    </w:p>
    <w:p>
      <w:r>
        <w:t>c".h)Ib,p0pbjn4\Kī&gt;֊*ÐD@#FOІ8T-#V&gt;YtCP:+ ?|5ys ͊3?q$o6%ĉH4yr</w:t>
        <w:br/>
        <w:t>P? '|`&gt;PuRS&gt;'J</w:t>
      </w:r>
    </w:p>
    <w:p>
      <w:r>
        <w:t>8v</w:t>
        <w:br/>
        <w:t>C(</w:t>
      </w:r>
    </w:p>
    <w:p>
      <w:r>
        <w:t>)x5Ÿb`1qyz`H+YS{1#h O{*O*lLJ {!@Ae)ihCh%ẗ́d@-/+@,8</w:t>
      </w:r>
    </w:p>
    <w:p>
      <w:r>
        <w:t>ELqQ6L@h,1)2e;!cJ,#.G-</w:t>
      </w:r>
    </w:p>
    <w:p>
      <w:r>
        <w:t>-Zy</w:t>
        <w:br/>
        <w:t>2|DaX?苏9^DVDg|Zk [w!#</w:t>
      </w:r>
    </w:p>
    <w:p>
      <w:r>
        <w:t>aΘbE)+HJ}z;} &gt;L)zpgتPcEKUN.r</w:t>
        <w:br/>
        <w:t>SCQJU2"&gt;Z%-$V֏NcSc4</w:t>
      </w:r>
    </w:p>
    <w:p>
      <w:r>
        <w:t>DvHseeP #{E</w:t>
      </w:r>
    </w:p>
    <w:p>
      <w:r>
        <w:t>ÖRǊRnu7is@wa~̾(qbT£A}D\ep4IŌX, -zر'JgNe(CQQq$;Z35Ȁa&gt;:/@+~kX,&amp;OW96+x</w:t>
        <w:br/>
        <w:t>2@JGVR ChFUJH4fҴnR~ִn1/֭</w:t>
        <w:br/>
        <w:t>}a4`&gt;Ђ8^&amp;Jӌ̰&amp;M6ԚmRG0$Mb)nH1(hZ,/Pk0EA""úFD$p4ke IGA}uc~2`lAM-1{lA[1hV:'ְM81sھ)Djfb&gt;,BpCX7̓uAF~a3֍PFML(Ä)OŞbAc W&amp;AAlB0"Xw2AȨerʄre)VOcDZ!X7t 4;@:@VZfFu%|jC}Ƽb0vKm2m5z)EaG*</w:t>
        <w:br/>
        <w:t>F6`z0Q`$hqUd(kȗQ:2`^K2O1LWȀ1"(</w:t>
        <w:br/>
        <w:t>`փ'oFH]</w:t>
        <w:br/>
        <w:t>z7zu,50</w:t>
        <w:br/>
        <w:t>$SX1_ש1aFCAAVe(6gE?G_(jau2h87k-a</w:t>
        <w:br/>
        <w:t>[@*Cf^~ac&gt;"x54E#:Q,(D \M&amp;b^dn_=n4`L1=*k*nYB{w&amp;~8nl6</w:t>
        <w:br/>
        <w:t>q&gt;+2;"2wRe)*lrݠRhrmەymm;ymGСOlj&gt;t_'߮md-&gt;^۶Uú^e</w:t>
        <w:br/>
        <w:t>ӟj7/&gt;vwkzlvom'9]4oi}LE-GFN&gt;y?yCO~P4+3'wO"]9K\8=}=O&gt;YW{|؃ˋǿ|۷ qe8Gu</w:t>
        <w:br/>
        <w:t>g |FgϞc.-^jҋ5y~ѩ76v^_\bY7uxX*lk8aҸC@{AWiT?ΠjNoҥ0O&gt;pZ@{rVܧ/@mSm4G9_l\93Hz[sLMl/Z[/ޗzngg="6!s</w:t>
        <w:br/>
        <w:t>.оj(8;j!W͕e2UUWNr&amp;8jߝ*꺝q 0AtZ..[+W-eZh@yjW5TRDSSyOIP}IP}IP}IP}IPD&gt;|</w:t>
      </w:r>
    </w:p>
    <w:p>
      <w:r>
        <w:t>/x^ x^ x</w:t>
      </w:r>
    </w:p>
    <w:p>
      <w:r>
        <w:t>^(x</w:t>
      </w:r>
    </w:p>
    <w:p>
      <w:r>
        <w:t>^(x</w:t>
      </w:r>
    </w:p>
    <w:p>
      <w:r>
        <w:t>^(xW`G~]v</w:t>
        <w:br/>
        <w:t>JCHYyln/oy7/[q΃/&gt;̾{~9'K\_'RK|I;&amp;X7L2!]J*t1t?:]K*</w:t>
      </w:r>
    </w:p>
    <w:p>
      <w:r>
        <w:t>no6&amp;l4ɓ7Fم'.6%oaq:iDbF$iDbFdM"*% ·3 f ;}{Wgk'\K;2dMƈ</w:t>
        <w:br/>
        <w:t>w\f~M6P^Ǵe|WH{6~[F\7/wn(]</w:t>
        <w:br/>
        <w:t xml:space="preserve"> ^U٠&amp;O(</w:t>
      </w:r>
    </w:p>
    <w:p>
      <w:r>
        <w:t>EPVx^Wðn),(f6n^cƊa:q@p\</w:t>
        <w:br/>
        <w:t>W \CU#OjratBO9BWu</w:t>
        <w:br/>
        <w:t>ݣE7o7Z(@ǃ~cXjSFk&gt;v)aج3r7&gt;COj1~6FkZ].FY#r5;uk1bW+ ca=cWÑXc9p$ÑXGb9p$sD!I%DK/DSO #Lz})^vlMAl]v,(</w:t>
      </w:r>
    </w:p>
    <w:p>
      <w:r>
        <w:t>eȴPWvz6*FUBHLzAuԹk2BAaMyW+FV6By߹s+g]-V2JvjA4N\V(WITVN&gt;%KXIXIXIXIXIXIXIXIXIXIXIXIXIXIXIXIXIXIXIX+K.U`8</w:t>
      </w:r>
    </w:p>
    <w:p>
      <w:r>
        <w:t>#deapħY1HXP088! &gt;}bp=}H18Ww,Qx</w:t>
      </w:r>
    </w:p>
    <w:p>
      <w:r>
        <w:t>_oNU)T#0-N</w:t>
      </w:r>
    </w:p>
    <w:p>
      <w:r>
        <w:t>Wh\+ݒοZFn-ym4#LIq5.7ʸ:.[[[[[[[[" `0!d(!d(!d(!d(!d(!d(!dHUX\]:&amp;Rbfmupbˌ</w:t>
        <w:br/>
        <w:t>KMZffe|ev[a&gt;T\9YfCμd_{dE+3Jm\@Y%JуcO:g^Z1%ʳdm&gt;uxinD\_f.Pև%/ڙڙڙڙڙڙڙڙڙڙڙڙڙڙҫd1:`X9j#~OJ3=&gt;~jͽo-fϦ/f\8˼+{#Li=$i]:ֺz{92NKRv#5=Pglk#PE\\wp8fDn{`Zfhq_͓'iiF݇M</w:t>
      </w:r>
    </w:p>
    <w:p>
      <w:r>
        <w:t>%?2hMӏy,σ\Ҵto-!lZK,y;5;1~y-c:ZWb [[9-흺=ӈc+cM~us;</w:t>
      </w:r>
    </w:p>
    <w:p>
      <w:r>
        <w:t>(Y]Ć&gt;&gt;&gt;g&gt;`yi߹&gt;&gt;&gt;&gt;&gt;&gt; W~qX4</w:t>
        <w:br/>
        <w:t>sW4(_1goY6).Z-.Zo;΢3F*MF*M&amp;\%r&amp;,1q좔Xr8ɾ?HVbUw]6;y;Wg$(YK}),q}Y</w:t>
      </w:r>
    </w:p>
    <w:p>
      <w:r>
        <w:t>@.BFFFF&amp;</w:t>
      </w:r>
    </w:p>
    <w:p>
      <w:r>
        <w:t>˵/cLɞwQ68}g</w:t>
        <w:br/>
        <w:t>-q}ڙdmkk"Vxq}'* U,T?7t&gt;"{'ٱsxZYx8T82]];㔰S_^6UNLD'Q'¾LDjp0r]$*RR$s)Ы,ҫ*y????????? rV&gt;ٝQtJ`W XiQ朌tJbjvs&gt;udjEe{V#ffnmO97}G6Olbr]_gI:czf[ߺcEvTg,^0*]oPclwߩg롽:&gt;S]F^`dd5F^`^b5Fh&amp;Xنo+KhNKbX{</w:t>
      </w:r>
    </w:p>
    <w:p>
      <w:r>
        <w:t>v{gb";xA彫P){[?];`N|!R4Πϼ!{C޿m&gt;7,?ۑ/T:,16:-*^6j_;X;!wF6^!AoQq;(5*6zb{c=͍Dm,T]k`W`</w:t>
        <w:br/>
        <w:t>*}qq}</w:t>
        <w:br/>
        <w:t>6</w:t>
        <w:br/>
        <w:t>ٚgoTOj۰÷÷C86haݬlHl"ٷȁEVֻ3[</w:t>
        <w:br/>
        <w:t>lQF]-0Փ7z`CZ;`dFeKjZZ8PĿ[m\E6WիU`*PL`GD27bձ7i|Wճ;3+yyC&amp;g&gt;fW,3</w:t>
      </w:r>
    </w:p>
    <w:p>
      <w:r>
        <w:t>d⭇^~' ?۝/V`8'ѓu_f)q⺴/ZZvqiri!lx5??5Ǯnj&gt;ud3r6![L&amp;k wW?M⾙}7_5d::HΓv;UƧSc?i+ة|:jdz]u*zCePYo7jgjWUs~)~gcW&amp;'̎ao*B~h\y&gt;vGmuM[]V׌5㯢G{;zTz*ڷʗʵmQ:fz"b!U@&gt;󥗼CSx!&gt;</w:t>
      </w:r>
    </w:p>
    <w:p>
      <w:r>
        <w:t>stream</w:t>
      </w:r>
    </w:p>
    <w:p>
      <w:r>
        <w:t>xogy-[MB)&amp;POڦeq]Q%Muݻݵ7뫕j׬v7BTb%@pJ _7~p_4:-CK16&amp;\+MLePlƮ.ơE^E^¬pɋPn%Q)ai":QͰ4{id{_ij?T[s/^uxpv{̓&gt;u7/|o{o\j9Z!?ɟҞ/|҆K;w ͝^ d2N:n1-S+%L$&amp;2:&amp; D`"2(LPOn0mW?Թo\EJ4lt &gt;y&gt;sg^اW?\zswok{r^3</w:t>
      </w:r>
    </w:p>
    <w:p>
      <w:r>
        <w:t>YsBs{ߺg~pՃϿK~aX.AsfaEt]&gt;g.?Y闺QUQUTȭR3s6d/|g'7ѯ+u_K/v?w{^y}ɦW~LcWktv^?x_s_ScӜ</w:t>
        <w:br/>
        <w:t>XMɪS@@@FGQӊB+W&gt;rz}kxows7|m;}y?'j=tIfrϋys/03b._}ݼgk7μ^曟TP?6k߼}XJR{ϩ}⫝̸(gI#8Rw#u7Rw#u7Rw#u7r6E&gt;JZ(2&gt;M=s`B֜5X!k2,sakYaNWTdLGiL4c{ڇQ✆iҏ}ᓐ7k 0+Dt8ٸsڻB_}|?̓5ysHw{o{:ȩu#Ɋdr&amp;'$DhrMN|;ʹaXz98qَ}?|kyl9-_-hNyW!mNuWWdE])Ld2D&amp;Qͩ</w:t>
      </w:r>
    </w:p>
    <w:p>
      <w:r>
        <w:t>Y{oC֜گ!ͩ</w:t>
      </w:r>
    </w:p>
    <w:p>
      <w:r>
        <w:t>YcbnZscJʍ^\OXߒu)g~?tv</w:t>
      </w:r>
    </w:p>
    <w:p>
      <w:r>
        <w:t>kޖQ{EcxSmN)WF(B</w:t>
        <w:br/>
        <w:t>+԰B</w:t>
        <w:br/>
        <w:t>+԰B</w:t>
        <w:br/>
        <w:t>=</w:t>
        <w:br/>
        <w:t>k4l&gt;0Q87o-sr޿?YC9:E&gt;wjgY4MOβ#STʦ9-ܞ#ޝuZXyyyyyyyKT!G׊Guؽ[rЧkN¦g1ݺw4=o0dZ?]xzbWz&gt;rS:Pُcd\-^W3˅z9nôCWn.wަTؙ*ur'-</w:t>
      </w:r>
    </w:p>
    <w:p>
      <w:r>
        <w:t>M=B׊o7g4vP~N,j~zX.~NaX9\.ebtp2w\Q9\.gr(?˅vq</w:t>
        <w:br/>
        <w:t>m_t^:,]JG$&gt;N!,*yz.aN-=K6Q</w:t>
      </w:r>
    </w:p>
    <w:p>
      <w:r>
        <w:t>s\n҅0ir=sUt@HW'pj9nF6~9\șu9ٛ^cb+0*ޠX}6</w:t>
      </w:r>
    </w:p>
    <w:p>
      <w:r>
        <w:t>ǹnZܡcv8\zo\-[SNiي</w:t>
        <w:br/>
        <w:t>Hvc횽83˅vl]i/A.riVU!W~Onr f©Yo\vArC43ۢrC6gJ3E=&gt;r3E|ru</w:t>
        <w:br/>
        <w:t>rR}ECukmMq.k(\4x|5|w^圶v|gj}wVe!P_6B9ԗqӞKӥ{.+i</w:t>
        <w:br/>
        <w:t>s~`Tc.tk27p&amp;</w:t>
      </w:r>
    </w:p>
    <w:p>
      <w:r>
        <w:t>=B_fa9X6GB9m~ ܛ湊7s9\nٺ9也*[PSV=w+KWöss.哣mA)'N=FOԵYl5tm[n8 &gt;jס</w:t>
        <w:br/>
        <w:t>sZWO1N;vKD&gt;zrl97ے,=UΔԃ=eUnG9scR9͹RIxx;=7PQgd99MNKvfz˵yD+ǝ1Þ[ykW&gt;:fVb)|}lp+0hr[,H_?A'</w:t>
      </w:r>
    </w:p>
    <w:p>
      <w:r>
        <w:t>&gt;a`Řj'I-C</w:t>
      </w:r>
    </w:p>
    <w:p>
      <w:r>
        <w:t>K*ngi/ܺҭJSw_}߹W[B;_v&gt;}[+/Gg^s{bw_z7_ƽc9w|^qu˯\jMB</w:t>
        <w:br/>
        <w:t>o0駊TM*$~RèTX~iEBQN&amp;9&gt;)?SH</w:t>
        <w:br/>
        <w:t>~NOjUR3*</w:t>
      </w:r>
    </w:p>
    <w:p>
      <w:r>
        <w:t>?9gDP9S\Q8b_"3</w:t>
        <w:br/>
        <w:t>|`hhedr;'܎?hy.,3ܢ8;5QUk`</w:t>
        <w:br/>
        <w:t>øc[aE-%P%PKJJJJJJJJJJJgsqrgX%P%P%PE]=Ѓ3?3&gt;(9&gt;3x=3x=3x=3xec{.\@yg@yg@y@^yr+߀ /.\y]wp]wp]w....|f``/#_{@^yIh@`/Krwp]wpB.0p^w߅!p@]uPW@]st`i0W\a+:нy</w:t>
      </w:r>
    </w:p>
    <w:p>
      <w:r>
        <w:t>+</w:t>
      </w:r>
    </w:p>
    <w:p>
      <w:r>
        <w:t>+</w:t>
      </w:r>
    </w:p>
    <w:p>
      <w:r>
        <w:t>rs0WO</w:t>
      </w:r>
    </w:p>
    <w:p>
      <w:r>
        <w:t>+ vW@\o5]F#?</w:t>
      </w:r>
    </w:p>
    <w:p>
      <w:r>
        <w:t>h+,tV[oVXꚸy</w:t>
      </w:r>
    </w:p>
    <w:p>
      <w:r>
        <w:t>+ 0W\3ڐkrs0W\s̕h{+t'</w:t>
      </w:r>
    </w:p>
    <w:p>
      <w:r>
        <w:t>K]3N9[&amp;|t;X&gt;[;9.(. Ks;aSX:*,=</w:t>
      </w:r>
    </w:p>
    <w:p>
      <w:r>
        <w:t>Kϝka鶰[X:.,=N=Kҋaf@:4,=.</w:t>
        <w:br/>
        <w:t>K_Oҫa`߰tpXz8,]&gt;K'e܂2atyX.o$`3VdsMgJ&gt;[יnMb</w:t>
      </w:r>
    </w:p>
    <w:p>
      <w:r>
        <w:t>;%mvbJ[XEL</w:t>
        <w:br/>
        <w:t>؈</w:t>
      </w:r>
    </w:p>
    <w:p>
      <w:r>
        <w:t>endstream</w:t>
      </w:r>
    </w:p>
    <w:p>
      <w:r>
        <w:t>endobj</w:t>
      </w:r>
    </w:p>
    <w:p>
      <w:r>
        <w:t>1463 0 obj</w:t>
      </w:r>
    </w:p>
    <w:p>
      <w:r>
        <w:t>[ 226]</w:t>
      </w:r>
    </w:p>
    <w:p>
      <w:r>
        <w:t>endobj</w:t>
      </w:r>
    </w:p>
    <w:p>
      <w:r>
        <w:t>1464 0 obj</w:t>
      </w:r>
    </w:p>
    <w:p>
      <w:r>
        <w:t>&gt;</w:t>
      </w:r>
    </w:p>
    <w:p>
      <w:r>
        <w:t>stream</w:t>
      </w:r>
    </w:p>
    <w:p>
      <w:r>
        <w:t>x} |չ9[f2|aHX ;aa0L&amp;d$ l]*U\%ԭnZ[Ҋ֥Uk{g=YsNNgeCV̞%LY c.Qh6v-b?U6c^ɕ</w:t>
        <w:br/>
        <w:t>WSF,-+tLiG3-NEٌ_mY១</w:t>
        <w:br/>
        <w:t>)+caE޺5zMV{</w:t>
        <w:br/>
        <w:t>&gt;xkj'_adgWZ</w:t>
        <w:br/>
        <w:t>C{V֏yѾ]ዋ[WB/?+Q&gt;7A</w:t>
        <w:br/>
        <w:t>M9[tV1cyք"| X(nl W]X˚[s'B]ޅr9wig?ƘcjkK[P'5jpYLAsḼbts,Dz/{_9^d-LaPȎ2u᯿cH+vs[Aa.VB^v5}߅RaaB ̶ֽ)AQNdJM26BU`FWVz!ES'kɔLے~,L$S2%S2%S2%S2%S2%S2%S2%S2%S2%S2%S2I@ķ"q-g.xr:M1\-Jj_zgJ|M\P˲JVbk:˪KoZ- YGg6HTlu2kBR6ilLW-Z\YVͭlD3LZ,5,S</w:t>
        <w:br/>
        <w:t>?йjʘ.JԂPoilw1Pl,VEKz1C˫v~ycs&amp;b4\j_ny]&gt;VLcq%UV3_QAUL%dI_tȒ\ʪ6d:j1ڟ`wʝ0 A3Έ6SnD6O/#ZKNeQʵExZP+QQ345+J&amp;j '+(WK$!</w:t>
      </w:r>
    </w:p>
    <w:p>
      <w:r>
        <w:t>U&amp;ZENJDˉ*N&amp;ZF'ZJTAh1"D#K4'</w:t>
        <w:br/>
        <w:t>M4+ITw@D%D3l:MzSN"B&amp;QDD`cPDFR"B7h8Q0DCS|gWN}J r"Bg2~HD˟(.H?Ct~O6"ћDoo):kAg-U2_L./H's,3d|)=Iy&gt;Nǈ=Je=LƇ$z~.rCt7x4PiDSiOܔxjh2ѤxX3A⩕qT6hL}on__weSM׷Gul</w:t>
      </w:r>
    </w:p>
    <w:p>
      <w:r>
        <w:t>kw:{YdQ#'"#</w:t>
      </w:r>
    </w:p>
    <w:p>
      <w:r>
        <w:t>pkWroS*?ook</w:t>
        <w:br/>
        <w:t>{uŵZ(.&gt;ſj)+.WWO~ޥ%{//}~\ssggY\/Y?W?%:z|H}[1.W%sxKΙ9/e+˝Y/e&gt;Y&gt;,ӕf22/-xZ)qXgz˝ܙP۴rmr*猻@:3|r\|8Ŗ2%scE+bX^-^3c+*q~~&gt;,V˟s'?cnEe\gOUscB|`U[{[AAt&gt;VE?v+F-xڵ&gt;p=6;M</w:t>
        <w:br/>
        <w:t>ko_^~ {cx;Wbt</w:t>
        <w:br/>
        <w:t>cG/&gt;Kԋةuv٣MVöBf{Vcgkon`hbv}0u7]^WY]`ݮ]4f:W`;?5~"=^NƧku`1[VV-k`aȚXkFY=&gt;[</w:t>
        <w:br/>
        <w:t>/%&gt;ZvO+t["'NllNg:Ͳ %zv&amp;Yl$e+;~򽹟Nvہ|&gt;;r\.z].cW`]\Ů&gt;zf]îŚerDC)v2YRa+`FWi[gbaҫ53Wi9N~;:|YzhRj=Zv# MI&amp;зaoӽ&gt;gxXfoO=AG4㑖a{4a}RQqrOqB=~g/#r/WدkK!&gt;</w:t>
        <w:br/>
        <w:t>6p?ycԦ{D6-`+bd=dGrzϩW;{8N].&gt;iN;}(mb!^;oԉEcyQ#yjndJ7z*3fTe|E?an.]Z*"u|\Q9;mÀtѠN1%U"oJad̦!fX6</w:t>
        <w:br/>
        <w:t>SjifsŽ#oR!p%:鮰5 ;g˜}\z[WjٔjRȶ~"Fud&gt;)vzjT1rdVQ0;oW]|&gt;;4b]+Fl[]NG^lX /6hb[v({T3dǟ74cW~NQO*3&amp;ųɉMP78VJ"0=9Y}1:[F6LnNWs&gt;ul_gl}=9MNw{_d0f}KLVNo1{7d;ɺ˱Y&gt;?32yM6D1+ŬLtfj7(Ɗ .JL|Qb5'6g[n8حO&amp;g9c~|TY_kY</w:t>
      </w:r>
    </w:p>
    <w:p>
      <w:r>
        <w:t>;3b*&amp;N$Ư͂1NSem[l?(#gI^s-cZ.SI;ru\W9 bM83z=&gt;tgmb3o_:ة3[7c</w:t>
      </w:r>
    </w:p>
    <w:p>
      <w:r>
        <w:t>vgX2Pr!=U"#]~G}N'$|OI&gt;'$|OI&gt;'$+#8cԲ;xw!F(wnkO杢VXN俌^v[[f6$'ڪewΆ'%CB/}RX-y!93Lh.2K3]Y]B{MlřfajIhsY$/9rNB;iVhEƫ@dv۴Fuܦ;jc{ FH{5Z]9[ȅqOOԍ*Sɱ=.-h77خam[׺jFڜXY+}rE9!%ޔX</w:t>
        <w:br/>
        <w:t>5=-}[)c婨&amp;εq?]&amp;'kr#)+NDzNZjήw9pܜҎoI|ҨHk+]Y1PO٨{C}qlOi{NB]G#-m-uQ% D-ͅFuI!ڦ. "kC%pM$ԀR4m6:.nܠGԶhcH7׆FCM\["͡H[:;օHMj86mնzB*Mp+B67"lEmjkFƖuj:ZnVbfRքP4&gt;5B51mjSylZFK$abImo b=,mp`@kŐ@lDбPpI1yd09:p¸&amp;= Ԇ5b7^=U-xs8V8=8$6T</w:t>
        <w:br/>
        <w:t>3#--цhuRQѺu</w:t>
      </w:r>
    </w:p>
    <w:p>
      <w:r>
        <w:t>dBE7G</w:t>
        <w:br/>
        <w:t>Ѻh[U_#Z1%GDEhV٠u?o:J#Z臨ĺpW]p9^p[k#s !PsPm4E UCM5ұP[{^zZDƚu`H`Ɋ=e]scKwszbhG1ki50.7QT`ZĺٶoKcwVև3_ro`|x8c=|{*]ns?;~өC].Ꟛ*ƌ}kU`}usXߩ|3o!gȞ!f%siRIf=7;\;i7nww'S^z{'w,3?GOXEi!sw{e|`~b~n6??(5+&gt;xc8|?5ިψMb!J`3RgX:[3-g';C_RH)iSR31WkOE@kgOaҦ/)[AlIZ-%ϔ!^lSl)杳J[˾·)Gs%yH.&gt;ڦ7ˎ-]ON)Z˄x%,33KvxnYZKKC)uS社(gJKOf</w:t>
        <w:br/>
        <w:t>Ν{Tk{Zk/s)ٽFwH 9~,(TAz(*}:(:(:68ipS5x \=\:2vdY#3//^Q)Z;Y,'^:xpI[gՍ}wO!WϤ1OeCZOK7σ7Jec̙K]v;Kl&gt;uk0ezϜۂa&amp;,c+pEbQ^#^K^XҸԾtk ˚3{d^0m{-.o^^ee+\1g+Wn]yp~Vi=k|¬vf\m]6RWZz[v&gt;:s^zHkKoޤGܙ%v95)g;Ocv.:]Zcm5egec59]LY;ȓ'-beH&amp;9nс'G8Oa*aY7vY7&amp;yV$Xn=ߛӹ.{V_R%sHvPYowR%WD ܯDpZ/JaUf=-}.29bh1vɈX,X</w:t>
      </w:r>
    </w:p>
    <w:p>
      <w:r>
        <w:t xml:space="preserve">X!pd*ȡxC01ղS$b2C\,ʭpxXY-S+9Lb,/5 axq(1^_A!5AJ_RCP*JG </w:t>
        <w:br/>
        <w:t>2$N0A {8 ?EJ"bΊU,2ryv@P%P</w:t>
      </w:r>
    </w:p>
    <w:p>
      <w:r>
        <w:t>@ ev-Pp4}Rn,w;˘j!MF7q3JՑn-}dr~X8&gt;ix9\7'G-]IKt7&gt;D9e`&gt;,e`~ZϤ]5UD\|7YKT33Q}+.a=_(?F5`Ds5Q$ѳ;=NϺӳ;=NϺӳ;5;Qs5;QsYCM5=PCM5=PCM5QbjfM75tSMM75tSMM75#5Gb =Bj</w:t>
        <w:br/>
        <w:t>74nٻ%wKd`wZ</w:t>
      </w:r>
    </w:p>
    <w:p>
      <w:r>
        <w:t>wNz|gzT!,eeA0.!0.ap \</w:t>
      </w:r>
    </w:p>
    <w:p>
      <w:r>
        <w:t>#2p90p%\j`"L04</w:t>
      </w:r>
    </w:p>
    <w:p>
      <w:r>
        <w:t>/K2k:l7Ml`</w:t>
        <w:br/>
        <w:t>[x=xحrLYv_N)|ȣb1[dv;Kȇ]PaA&gt;Ju:Ag]!Re}h`Eoox_9Gv/^(yﺬtAO8&gt;ɠ/\p|w|8Fˣ9NǝVYTpB$$8:#$n'q;</w:t>
        <w:br/>
        <w:t>CNNB/</w:t>
        <w:br/>
        <w:t>}/OQp:GhkZfs{w]{Y</w:t>
      </w:r>
    </w:p>
    <w:p>
      <w:r>
        <w:t>VC6G1|? \v{۶vDbNծ3te\؟}7}_`Ms6{{b賝&gt;鳝YͿZzri-Ո֋d:F8NNzv!v]L)w'΂d4axqxxK\O"+rBܝx'3pHg|8pƇ3&gt;g|8pƇ3&gt;g|8PJQJQJQJq'BT]׉s&gt;o},&gt;=pT</w:t>
      </w:r>
    </w:p>
    <w:p>
      <w:r>
        <w:t>%</w:t>
        <w:br/>
        <w:t>^«]xvFjFjFjFjdFjdFjdFjdFjdFjdFjdFjdFjdFjdFjdFjdFjdFjdFjdFjFjFjFjFpD&amp;⧉x)'*"\&amp;R(}Цm!</w:t>
        <w:br/>
        <w:t>,111(~ӏbQL?G1c':kkZo` &gt;湹qw=@p\ŜZvQ}`5dxsbnt17]̍.Fsżb^t1/]̋.Ey1)ŜgQc[}m:!t52C$»|ǻ|ǻ|!!!!!!!!!!!!!!!!a4eDU9]Cۅx^bK\3w#ĳx^+%T~g]&amp;ZאOZs_ڹl]#ua;1'tk&amp;ȠupZں[_߻ߺߺ΅'^sxvsny`!,Ű2ȄB~oLOY2B,Gq+ozbu!پp5(jYh͆X#:[x)y4,X</w:t>
      </w:r>
    </w:p>
    <w:p>
      <w:r>
        <w:t>9PkTn@4t\BqȰ</w:t>
      </w:r>
    </w:p>
    <w:p>
      <w:r>
        <w:t>VG ccYatVFgYatԏ~cCP?1ԏ~cCP?1ԏ~cCP?1ԏ~37~37~37~37r:*r:*nucCP71ԍnucCP71ԍnucCP71RYh^#P</w:t>
      </w:r>
    </w:p>
    <w:p>
      <w:r>
        <w:t>+Q4Ƶ'pz3V`5V`5`=y\,r\TqQEU\TqQ0.q1a\bø0.q1a\bø0.q1a\bø0.R-.R-.R-.R-.R-.R-.R-.R-.⒊K*.⒊K*.R9.R9.R9.R9.R9.R9.R9.R9.R9.R9.R9.pI%-.4B=.『{S=֣n=֣n=֣:ꨫ:ꨫ:ꨫ:ꨫ:ꨫ:ꨫ:S:S:S:S/23df8WYDa`#s;xQQQQQQQQQQQQ(*</w:t>
      </w:r>
    </w:p>
    <w:p>
      <w:r>
        <w:t>(*</w:t>
      </w:r>
    </w:p>
    <w:p>
      <w:r>
        <w:t>(!h2(!h2(!h2(!h2`4Dq(CQP8š(Eq(CQP8š(Eq(CQP85:B^W*^6*MU74VXEcU4VXEcU4VXEcU4VXEcU4VXEcU4VXEcU46bTQ%FUbTQ%FUbTQ%FUbTQ%FUK`),UbTE{b1C=ft9UOcR2܌6;֙(Zg%Y5#̮cչZCPXG6:#:i#Ⱦ:#Ⱦ:x[ԗ-B_b:m_</w:t>
        <w:br/>
        <w:t>o6e8}#1u9vJk]#AF5ZZZZZZZZZZZZT</w:t>
        <w:br/>
        <w:t>9UCNՐS5T</w:t>
        <w:br/>
        <w:t>9UCNՐS5AG=t{#AG=t{#AG=t{#.#%A&amp;,2bj]|$DG3v;eKz}&amp;Y</w:t>
      </w:r>
    </w:p>
    <w:p>
      <w:r>
        <w:t>3r!oC{n3D{7܇co6\Y/K~3nM_r,j`=H섚Y+BVT*byB+e;C^2^ 8`t?J:?5&gt;oiMmޗ'\sGbrrm?K!pja h=d3t=zp}aO_d yoZ1)j&gt;PUkPUOT-ET=%Z:j6fJ6dJ6w</w:t>
      </w:r>
    </w:p>
    <w:p>
      <w:r>
        <w:t>֠`</w:t>
      </w:r>
    </w:p>
    <w:p>
      <w:r>
        <w:t>`</w:t>
      </w:r>
    </w:p>
    <w:p>
      <w:r>
        <w:t>`</w:t>
      </w:r>
    </w:p>
    <w:p>
      <w:r>
        <w:t>`)</w:t>
      </w:r>
    </w:p>
    <w:p>
      <w:r>
        <w:t>`Y</w:t>
      </w:r>
    </w:p>
    <w:p>
      <w:r>
        <w:t>`</w:t>
      </w:r>
    </w:p>
    <w:p>
      <w:r>
        <w:t>֠`</w:t>
      </w:r>
    </w:p>
    <w:p>
      <w:r>
        <w:t>`</w:t>
      </w:r>
    </w:p>
    <w:p>
      <w:r>
        <w:t>`</w:t>
      </w:r>
    </w:p>
    <w:p>
      <w:r>
        <w:t>֠` ՠ^</w:t>
        <w:br/>
        <w:t>i\</w:t>
        <w:br/>
        <w:t>i(RJi(UR</w:t>
        <w:br/>
        <w:t>(ՀR</w:t>
        <w:br/>
        <w:t>(ՀR</w:t>
        <w:br/>
        <w:t>(ՀR</w:t>
        <w:br/>
        <w:t>(ՀR</w:t>
        <w:br/>
        <w:t>(UWjPJC)</w:t>
        <w:br/>
        <w:t>4j[J}</w:t>
      </w:r>
    </w:p>
    <w:p>
      <w:r>
        <w:t>ߣfTzHI-3촿cɳ"|Rqyd{P$JOqW.&amp;{)C䕨</w:t>
        <w:br/>
        <w:t>92VR7uVk2SU|ƿ_"&gt;c!~1/:Z㌥ь1nű~je9Fy&gt;@]QZ*ѢL*dO"t+]p+@oH}J|+o/73Pu{U(܈%c</w:t>
      </w:r>
    </w:p>
    <w:p>
      <w:r>
        <w:t>PZ:XU݌ͨ݌ڒWBfToF,oD,'r;(qcmTE!wzm;8y?u\fYy6GM3&gt;#FD0Ѿ{:?Mf2L&amp; hUV崥֞mZ(DmE</w:t>
      </w:r>
    </w:p>
    <w:p>
      <w:r>
        <w:t>z[6I{BHc5cz~sY~|Y0VJ:Ĩc4Nc4ƽոVc*t/bK!t*VtbEGYFx]Veտ|}7_!^|9W4 :\[W5Xuie~yϛ8hoEa[)6Չy;o[Z\׽}x?,*rpQ_IVsJʄjaL)tzSxtzzM2q{;G`7wCc|(&gt;(F~_dyªMjӬ4~xyc$| ?O8):υevƷvȕ#02,_겣pikCnCid/kᆨOF܄=kwnqvf8aLA\ω</w:t>
      </w:r>
    </w:p>
    <w:p>
      <w:r>
        <w:t>Sk]</w:t>
        <w:br/>
        <w:t>IE5IǊ0^/Jt^%zdk's}y&gt;/kj CC#\aE5SB&gt;ڨO5ֺz܀ݻ=\iONNNVLv͇߯?ØGQ2Qj)!lo/kڵo˹ؗصvegp]`}a'͵cncްc6%w%</w:t>
        <w:br/>
        <w:t>va52/Oxգ,|,kUy5^E2bi9pk[deůY,CjabuVś5os,osbvNj&gt;j&gt;*-{!,՗-Rl\_no&gt;*=mo&gt;j/=O$'m-u~9_◳b_[5|o5j</w:t>
        <w:br/>
        <w:t>z].eԣ2Rc9?Z</w:t>
      </w:r>
    </w:p>
    <w:p>
      <w:r>
        <w:t>r?xPho:١/|A4o͛;f٬֙:&gt;Ƚ̾%R7ٷ[|c3 7</w:t>
        <w:br/>
        <w:t>q()D_YO֋"kZg+EѼ "֋f}Y_g׉"`X/֋fvW/Ջt"Z^+bQ,/Պb"X^[)VVѩ :DT+:ՊNJQ *RhTQyKdiY[V-eZY-Z4M"C$24Y:+UgD"@Ruv~zίz;ގZn/`*Mvy]d77QE]}b}.+Y?QWTfum][vKu]k]OZ']v.k1ZLvY3Vm.Lems=m</w:t>
        <w:br/>
        <w:t>K&amp;_ҨD&amp;`TgE=T*U}gHf-jK|*)¨yYw#0lfⷲޚ@gw}wF~0",;4:z,E#`tFidFw]a~W|2w^֛zXV?UonnWWp/}X</w:t>
      </w:r>
    </w:p>
    <w:p>
      <w:r>
        <w:t>7+&gt;\GeF=wZZ1[)2&gt;+x\KYבEBꦅinZjia3Lh(Z(͚?ywqv</w:t>
        <w:br/>
        <w:t>t]󶑍+ٸғ;+)~y0+l4{[\y֛^Lׄ}ZYk6kfL5I5f3l6Fh6fl4f3lBYh6Q\eq1c(բ5OUJU*ʲ</w:t>
        <w:br/>
        <w:t>`,</w:t>
        <w:br/>
        <w:t>dq4Gq2U`</w:t>
        <w:br/>
        <w:t>P_ߋFӣ=#\&amp;[I</w:t>
      </w:r>
    </w:p>
    <w:p>
      <w:r>
        <w:t>q5ֆ:{n`/pKQhcQ|'p $Nħp&gt;d),N0"K8</w:t>
        <w:br/>
        <w:t>_</w:t>
      </w:r>
    </w:p>
    <w:p>
      <w:r>
        <w:t>_8gk-{9TJxU3 [A:_%0dBbpOE0ʮ+슾8nhl</w:t>
        <w:br/>
        <w:t>IIOSyORuaQJœQ8tYǈpKnBw,HݽN;-塮2$*XI)VV!jdQ?zU|TGg+*mU@_</w:t>
      </w:r>
    </w:p>
    <w:p>
      <w:r>
        <w:t>EHqWqY</w:t>
        <w:br/>
        <w:t>|wpqsWGhON1"M8Ǖ5[Q͑47;Ys~~_\_77{]sss9s[tvwQaY胾8ldkH[㇘jL ˪²̹yFg7&amp;cd워}7f܆q]q܇-O[T O'D 4}y&gt;OiOiOiOiOib]U</w:t>
      </w:r>
    </w:p>
    <w:p>
      <w:r>
        <w:t>BA&amp;D&amp;MlчYUCyq*Bʑ2}VEQPQTEAYEAeQHُ`kX(P)l8 up@!*ʣ(7|*#|jgԇQ9#Gq)zxzx~(&amp;. V&amp;*e VXjel-}F 8=g{*b6/q!V;Nɨ!b5Dח~U0z2X='bDLM2TP?uEL M2jXm-bE14BK!Ʀi{=6@OTTTli64ZK-ͦ&amp;PK~^Wy~^Wy~^Wy~^Wy~^rTWQ]9+Gu娮ՕrTWQ]9+Gu娮ՕrTW6}'C=m_b?rHOC+rZrwnv +1l(C媌0(fXsYYЖIқpm_R|Y/Ke),ŗ_R|Y/Ke),ŗ_R|Y/Ke),ŗ_R|Y/QeN&gt;[6":eߏ~VKeE-8ӣsGFN87|&gt;Bx1Xަ</w:t>
        <w:br/>
        <w:t>{'DĆpkbSx3hUom;â^KR`OZ?VT62[E5*;'˩zX$Ůi9nEFp]aއf'[U&amp;Y:6KE|"QV\E&gt;Ķ?y;rbOI]]~_Gƕ޸ێ`d#WϔG?ɯ&gt;U]FL|"5&gt;/kSb+v&amp;t5&amp;Tb_aX%+6%StH'+v&amp;JVwmLfðd=xCXӝga'e+l*ѻ;ûY^X&amp;_6`7fffpmjbTP?O5SfL)V3jX4C4C2CM2C</w:t>
        <w:br/>
        <w:t>1C</w:t>
        <w:br/>
        <w:t>:MЖ&gt;&amp;ǖ~/j]p.п1ӿ1ӿ1ӿ1ӿ1ӿ1ӿ1ӿ1ӿ1ӫmjӨm=Gbz37۪zO4tlNWcJT;[s 0i?ލet\ĂKщﳉW)ע#Y</w:t>
      </w:r>
    </w:p>
    <w:p>
      <w:r>
        <w:t>sj^\ty+p(յ1YĦ4]zz%dOVtez*n=ER{9+[,*^a~~yyyyw&gt; I)RkBgu!8J|I`]qFDG,4;ktk;Vv6,;ƸwoňQicݘXWx~lPa/wys]\y9DGxbLFd'2/-,E</w:t>
      </w:r>
    </w:p>
    <w:p>
      <w:r>
        <w:t>yՕvocKKuhR~š#!~˭9]?hx4 Wa2뱧?*fUŬ</w:t>
      </w:r>
    </w:p>
    <w:p>
      <w:r>
        <w:t>|~L/oӯ3[b[Ek6Q'GC!?|F+Ψhvls܂8 3RcE*YoʻVl KF]'=Ůrw'E'kP[듇?G&gt;3]ſJUl-s;`)*Ui</w:t>
      </w:r>
    </w:p>
    <w:p>
      <w:r>
        <w:t>(HPvPP!bE"ґ&gt;̽ dvLg=3'`t9N.5쭬3K~ļbۭA, V9DT6{UjBQ5nB-rHWѳ:=H3h&gt;&gt;E4`Ka</w:t>
        <w:br/>
        <w:t>(q2+ʊO;YSZ˚ikn-kE.ڱh{El4lbl2{gXI^Wg6_Kxcv_+xV7MYC~-57Ycނ`VfW-kyމw}Mp֎/|"u9I&gt;/b#7-]`N}Cl7ا&gt;JlH)[&amp;|QHdEiQ-Yl *8-JQMTgDMQuE=N4</w:t>
        <w:br/>
        <w:t>h6lh,-hƶlh.dE;ўģDWѕK]tJ#x ^,E{U[_'){_KZ_+&amp;N?[#K%^,Q"r#BҲZ(.E L Γ-e/Q[&gt;)~rh%A9Dwn9Bm89N^Nr|W3h=6N?'f\ke2csdk曟%sjIi b ͝Jg,fj紈/f֚a:Z[:Y+%ԍRwo&gt;|3B}mN^C=kmsdmskA R]A0kd}Ak</w:t>
        <w:br/>
        <w:t>bau֗uu6u{DXa#t.f7V`sX[bm</w:t>
        <w:br/>
        <w:t>l5*kk`vX[am</w:t>
        <w:br/>
        <w:t>쐵#akG#֎:W6;]~(4N#H4RC#Q2oN/S˩_WP*_WSa"|-עN_8}-5k*7P4h-G</w:t>
      </w:r>
    </w:p>
    <w:p>
      <w:r>
        <w:t>Bwx."4EǷRy\ۡNN/'{HzmmvS o}a*崿N;/8JSUcJPKS?W!jդTSՔ/' -[&amp;DTZݪZRMFgVE\/*zC/ک )IuBɏ%=\]UWwS }/t}UPo5WAH#52pP#Вj$R?)j' X53QM5)oz-Cs{2SD&gt;Ws/p8(t8X``aE;p8YK5gc&gt;: :"SCP.%JFJ&amp;:LL[V*p0`*?PCd R}QhND&amp;žJmHon8X`Iqf@Sԡ^CBvj{ø@]qM&amp;InET3)݄N]zu$-y</w:t>
      </w:r>
    </w:p>
    <w:p>
      <w:r>
        <w:t>9t:t&amp;Pw S ۪-q:" tcEu|&amp;@Z٢K!NfЙNgv3M`yڿǴsK{dga+Ɲ]cȚfe˽RK{F,&gt;Øi]M[45tKےٜ{n4/kTYgĵ:|.[ܳgj{'\x</w:t>
        <w:br/>
        <w:t>v~LFl^\&amp;Slc~L?z~s:s;fgxٹ.ZD^oдl嚽0v!wucO`3O#5y*BKF*VS܀</w:t>
        <w:br/>
        <w:t>'xc_Ѫ}cfifR=}Ja q7qhf$</w:t>
      </w:r>
    </w:p>
    <w:p>
      <w:r>
        <w:t>ĥq!̵Ctʜc4-L?eSk$kܝ=[yoWb{F30c;{ets[Nl[)6pffșhI&gt;uđSʯ`r6gΤF;D#NE{rƿȜޭ3|e:zTU1WCۙ%Z&gt;vsԞW^f;,sNDmkGBWȾ`ץ,{3Ӆ]97rbۉ!䩎y~+o]</w:t>
        <w:br/>
        <w:t>?t+Y3S*F--'w|p֭}3Xj(Q%]A!mZ33fWS2K̶r~UͮҜnFW̌1s?dZr</w:t>
      </w:r>
    </w:p>
    <w:p>
      <w:r>
        <w:t>o</w:t>
      </w:r>
    </w:p>
    <w:p>
      <w:r>
        <w:t>ܪY My+}'1|wVv$wXξ@ߋ!Cxҍ(It}GSya{c.Ϛ⿥X_1</w:t>
      </w:r>
    </w:p>
    <w:p>
      <w:r>
        <w:t>n&amp;ik|Klֺim51o@;=y$Ka̶ǮkU9?_9ͽ#Gf|b'O$2[f׌77wLK3Ǟ91w׆({yfIiozg.</w:t>
        <w:br/>
        <w:t>l⯘ `4Vby߼|!֜;v.-&gt;^1dd~R}Lb{Wh߻{`W_2ͧN ~</w:t>
        <w:br/>
        <w:t>:Z5vZVg"VlNe</w:t>
      </w:r>
    </w:p>
    <w:p>
      <w:r>
        <w:t>Ow6!DƞT\Ũ&amp;lR.:un4)J5BP/7+/mIظS;c6U;</w:t>
      </w:r>
    </w:p>
    <w:p>
      <w:r>
        <w:t>NY_L7;ܻƹidZhbP&gt;437</w:t>
        <w:br/>
        <w:t>+̽-a{fIkeFNykprkxxΧOYJ=I8ύͻv3MoCsT{Sho; ~$@nrؗӝWYp{S2luoXi8e}\cs%Q}ӂ|5EW2</w:t>
      </w:r>
    </w:p>
    <w:p>
      <w:r>
        <w:t>];]g睮Nן5g-i0K9tϳGX4z;ʹ#띎&gt;fh6ʫ&amp;Mw:Z/;-W&amp;wRޙ?F`&gt;V|"򩴖OiH,ƿs&gt;ϣ];=/h?_EHEHa9_rU.AY%:rΫ\'*,M&amp;ZB[9Vz}c;כbͭ7vX?/i~:{cլƺZoƺ[o =&gt;{xc#76xc㬏76xcS76xc76_Oֻgֻw7[n\Yn]/Yk|_mwO</w:t>
      </w:r>
    </w:p>
    <w:p>
      <w:r>
        <w:t>:kl׭5&gt;%S@f0(߲;z_Zk|fn0|,_|YK+_,6`j}+W6~zeGW6""DjLHT+FGZZTN(iX44U"ED4U#M#DMENToFֻzkWYom!M&lt;f[p}bjO̴Z$&amp;iG6ϳ~&lt;eyQK~ڼOWi[?m^)ͫ')^ͫiyu6"khy6Jͻi~ڼjknyZ/k^KeͻzY^ּ5}"OubHbJbzVOܗDIA%KdbTcT?+Q0*@i?a3!fF {fKxI</w:t>
        <w:br/>
        <w:t>.`h#`h0_L3ǰ.5jJg!KpQ=[)YE*^UF</w:t>
      </w:r>
    </w:p>
    <w:p>
      <w:r>
        <w:t>8aq5`q3/uBYKru..wEz7ևj/.</w:t>
      </w:r>
    </w:p>
    <w:p>
      <w:r>
        <w:t>D`&lt;aÁjWs]͡vUd_vWvx%걹Ͼ7ph΁5Kӹdi/q~Ou:S4</w:t>
      </w:r>
    </w:p>
    <w:p>
      <w:r>
        <w:t>/PCR@~/᰾~/ğG~ %k:K@+:/BgtNEȠv$@#UHPaEQ 0P; W]Qa=QW/BcB</w:t>
        <w:br/>
        <w:t>HZ_}_}</w:t>
      </w:r>
    </w:p>
    <w:p>
      <w:r>
        <w:t>Me'zЅ^b-S7Nx#Xo&lt;^KT}2[oTӎ+Tߎ+0OF~UU3 JE//!2,#e_I_EjJcvLF#7(#bVwԸNcj"^/5ж~AB%R](}($ HH-5L(hLE4YytgȢ"(,AjiedPV|9YgɊ$+Qay&lt;eedY9\&lt;yʪ(:֐5HuՑu~zJ//K!y\^67w[ހ[֨vyjSA9mPR#bzd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