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服务器错误</w:t>
      </w:r>
    </w:p>
    <w:p>
      <w:r>
        <w:t>发布时间：未标注</w:t>
      </w:r>
    </w:p>
    <w:p>
      <w:r>
        <w:t>来源URL：https://gs.djtu.edu.cn/6/532.htm</w:t>
      </w:r>
    </w:p>
    <w:p>
      <w:r>
        <w:t>========================================</w:t>
      </w:r>
    </w:p>
    <w:p>
      <w:r>
        <w:t>服务器错误</w:t>
      </w:r>
    </w:p>
    <w:p>
      <w:r>
        <w:t>404 - 找不到文件或目录。</w:t>
      </w:r>
    </w:p>
    <w:p>
      <w:r>
        <w:t>您要查找的资源可能已被删除，已更改名称或者暂时不可用。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