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华北水利水电大学2024年接收推免硕士学位复试拟录取工作通知</w:t>
      </w:r>
    </w:p>
    <w:p>
      <w:r>
        <w:t>发布时间：2023年10月7日</w:t>
      </w:r>
    </w:p>
    <w:p>
      <w:r>
        <w:t>来源URL：http://h.chinakaoyan.com:8080/info/article/id/518037.shtml</w:t>
      </w:r>
    </w:p>
    <w:p>
      <w:r>
        <w:t>========================================</w:t>
      </w:r>
    </w:p>
    <w:p>
      <w:r>
        <w:t>华北水利水电大学2024年接收推免硕士学位复试拟录取工作通知</w:t>
      </w:r>
    </w:p>
    <w:p>
      <w:r>
        <w:t>推荐免试办法 来源：华北水利水电大学 2023-10-07 相关院校：华北水利水电大学</w:t>
      </w:r>
    </w:p>
    <w:p>
      <w:r>
        <w:t>2027考研数学人工答疑班</w:t>
      </w:r>
    </w:p>
    <w:p>
      <w:r>
        <w:t>2027老夏考研英语365天带背答疑伴学营</w:t>
      </w:r>
    </w:p>
    <w:p>
      <w:r>
        <w:t>2027考研英语全程班 早鸟1班</w:t>
      </w:r>
    </w:p>
    <w:p>
      <w:r>
        <w:t>2027考研全科上岸规划营「择校▪规划▪备考」</w:t>
      </w:r>
    </w:p>
    <w:p>
      <w:r>
        <w:t>各研究生招生学院：</w:t>
      </w:r>
    </w:p>
    <w:p>
      <w:r>
        <w:t>根据《华北水利水电大学接收推荐免试攻读硕士学位研究生实施办法》（研究生院〔2023〕20号）（附件1）要求，做好2024年接收推荐免试攻读硕士学位研究生复试拟录取工作，具体安排如下：</w:t>
      </w:r>
    </w:p>
    <w:p>
      <w:r>
        <w:t>1.时间安排</w:t>
      </w:r>
    </w:p>
    <w:p>
      <w:r>
        <w:t>2023年9月29日12:00—2023年10月20日</w:t>
      </w:r>
    </w:p>
    <w:p>
      <w:r>
        <w:t>2.复试方式</w:t>
      </w:r>
    </w:p>
    <w:p>
      <w:r>
        <w:t>复试采用“线上+线下”相结合方式，各学院根据生源情况自行决定。</w:t>
      </w:r>
    </w:p>
    <w:p>
      <w:r>
        <w:t>3.资格审查</w:t>
      </w:r>
    </w:p>
    <w:p>
      <w:r>
        <w:t>按照《华北水利水电大学接收推荐免试攻读硕士学位研究生实施办法》（研究生院〔2023〕20号）（附件1）要求执行。</w:t>
      </w:r>
    </w:p>
    <w:p>
      <w:r>
        <w:t>4.综合复试</w:t>
      </w:r>
    </w:p>
    <w:p>
      <w:r>
        <w:t>（1）各研究生招生学院通过教育部“推免服务系统”（https://yz.chsi.com.cn/login.jsp）向符合条件的学生发布准予复试的通知，并负责通知复试的具体内容、要求、时间及地点等。为方便考生，各研究生招生学院可在推免工作开始后视考生报名情况安排多次复试，复试安排由各研究生招生学院在其网站上提前公布，请考生及时关注，获得复试资格的考生按各研究生招生学院及学科要求参加复试。</w:t>
      </w:r>
    </w:p>
    <w:p>
      <w:r>
        <w:t>（2）综合复试主要内容包括：从事科研工作的基础与能力、综合分析与语言表达能力、外语听力及口语、专业课及知识技能的掌握情况、特长与兴趣、身心健康状况等。</w:t>
      </w:r>
    </w:p>
    <w:p>
      <w:r>
        <w:t>5.拟录取</w:t>
      </w:r>
    </w:p>
    <w:p>
      <w:r>
        <w:t>（1）各研究生招生学院将拟录取名单报学校，经学校研究生招生工作领导小组审核后确定拟录取名单。</w:t>
      </w:r>
    </w:p>
    <w:p>
      <w:r>
        <w:t>（2）学校通过“推免服务系统”向复试合格的推免生发放待录取通知，考生须网上确认接收“待录取通知”才能完成录取流程。</w:t>
      </w:r>
    </w:p>
    <w:p>
      <w:r>
        <w:t>（3）体检统一安排在入学后进行。</w:t>
      </w:r>
    </w:p>
    <w:p>
      <w:r>
        <w:t>（4）取得录取资格的推免生不得参加全国硕士生统一入学考试。</w:t>
      </w:r>
    </w:p>
    <w:p>
      <w:r>
        <w:t>（5）拟录取名单由学校统一公示。</w:t>
      </w:r>
    </w:p>
    <w:p>
      <w:r>
        <w:t>6.材料报送</w:t>
      </w:r>
    </w:p>
    <w:p>
      <w:r>
        <w:t>（1）完成录取流程后，各研究生招生学院在10月21日前将拟录取名单纸质材料（加盖学院公章）报送研究生院412A办公室，电子材料发送至yanzb@ncwu.edu.cn，报送材料格式参照附件2。</w:t>
      </w:r>
    </w:p>
    <w:p>
      <w:r>
        <w:t>（2）各研究生招生学院自行在研招网后台下载拟录取考生相关材料并留存备查。</w:t>
      </w:r>
    </w:p>
    <w:p>
      <w:r>
        <w:t>华北水利水电大学研究生院</w:t>
      </w:r>
    </w:p>
    <w:p>
      <w:r>
        <w:t>2023年9月18日</w:t>
      </w:r>
    </w:p>
    <w:p>
      <w:r>
        <w:t>相关文章：</w:t>
      </w:r>
    </w:p>
    <w:p>
      <w:r>
        <w:t>读取内容中,请等待...</w:t>
      </w:r>
    </w:p>
    <w:p>
      <w:r>
        <w:t>附件【附件1-研究生院〔2023〕20号-华北水利水电大学接收推荐免试攻读硕士学位研究生实施办法.pdf】已下载439次</w:t>
      </w:r>
    </w:p>
    <w:p>
      <w:r>
        <w:t>附件【附件2-2024年@@学院接收推免面试硕士研究生拟录取意见汇总表.xls】已下载336次</w:t>
      </w:r>
    </w:p>
    <w:p>
      <w:r>
        <w:t>来源未注明“中国考研网\考研信息网”的资讯、文章等均为转载，本网站转载出于传递更多信息之目的，并不意味着赞同其观点或证实其内容的真实性，如涉及版权问题，请联系本站管理员予以更改或删除。如其他媒体、网站或个人从本网站下载使用，必须保留本网站注明的"稿件来源"，并自负版权等法律责任。</w:t>
      </w:r>
    </w:p>
    <w:p>
      <w:r>
        <w:t>来源注明“中国考研网”的文章，若需转载请联系管理员获得相应许可。</w:t>
      </w:r>
    </w:p>
    <w:p>
      <w:r>
        <w:t>联系方式：chinakaoyankefu@163.com</w:t>
      </w:r>
    </w:p>
    <w:p>
      <w:r>
        <w:t>在线辅导中心</w:t>
      </w:r>
    </w:p>
    <w:p>
      <w:r>
        <w:t>2027考研英语全程班 6班</w:t>
      </w:r>
    </w:p>
    <w:p>
      <w:r>
        <w:t>权威高配师资亲授技巧，教研千锤百炼科学提分。直录播课相结合精讲互动二合一，专业团队精细化作文批改。讲练结合，随学随练稳步提升。支持试听~</w:t>
      </w:r>
    </w:p>
    <w:p>
      <w:r>
        <w:t>主讲团队：王江涛、谭剑波、董仲蠡、许聪杰、陈志超、潘赟、郑艳彤、易熙人</w:t>
      </w:r>
    </w:p>
    <w:p>
      <w:r>
        <w:t>27英语</w:t>
      </w:r>
    </w:p>
    <w:p>
      <w:r>
        <w:t>27政治</w:t>
      </w:r>
    </w:p>
    <w:p>
      <w:r>
        <w:t>27数学</w:t>
      </w:r>
    </w:p>
    <w:p>
      <w:r>
        <w:t>27西医</w:t>
      </w:r>
    </w:p>
    <w:p>
      <w:r>
        <w:t>计算机</w:t>
      </w:r>
    </w:p>
    <w:p>
      <w:r>
        <w:t>本类最新资讯</w:t>
      </w:r>
    </w:p>
    <w:p>
      <w:r>
        <w:t>考研信息 |</w:t>
      </w:r>
    </w:p>
    <w:p>
      <w:r>
        <w:t>考研调剂 |</w:t>
      </w:r>
    </w:p>
    <w:p>
      <w:r>
        <w:t>真题资料 |</w:t>
      </w:r>
    </w:p>
    <w:p>
      <w:r>
        <w:t>考研分数线 |</w:t>
      </w:r>
    </w:p>
    <w:p>
      <w:r>
        <w:t>研究生院 |</w:t>
      </w:r>
    </w:p>
    <w:p>
      <w:r>
        <w:t>考研国家线</w:t>
      </w:r>
    </w:p>
    <w:p>
      <w:r>
        <w:t>宁夏医科大学2026年接收推免生通知（第二批次）</w:t>
      </w:r>
    </w:p>
    <w:p>
      <w:r>
        <w:t>山东大学2027年接收推荐免试硕士研究生和本科直博生预报名通知</w:t>
      </w:r>
    </w:p>
    <w:p>
      <w:r>
        <w:t>北京科技大学科技史与文化遗产研究院2027年接收推荐免试硕士研究生(含直博生)预报名通知</w:t>
      </w:r>
    </w:p>
    <w:p>
      <w:r>
        <w:t>北京科技大学体育学院2027年接收推荐免试硕士研究生预报名通知</w:t>
      </w:r>
    </w:p>
    <w:p>
      <w:r>
        <w:t>北京科技大学数理学院2027年推免生预报名通知</w:t>
      </w:r>
    </w:p>
    <w:p>
      <w:r>
        <w:t>北京科技大学新金属材料全国重点实验室2027年接收推荐免试硕士研究生(含直博生)预报名通知</w:t>
      </w:r>
    </w:p>
    <w:p>
      <w:r>
        <w:t>北京科技大学前沿交叉科学技术研究院2027年推免生预报名活动通知</w:t>
      </w:r>
    </w:p>
    <w:p>
      <w:r>
        <w:t>北京科技大学材料科学与工程学院2027年推免生预报名活动通知</w:t>
      </w:r>
    </w:p>
    <w:p>
      <w:r>
        <w:t>北京科技大学各培养单位接收2027年推荐免试硕士研究生(含直博生)预报名活动通知汇总</w:t>
      </w:r>
    </w:p>
    <w:p>
      <w:r>
        <w:t>北京科技大学国家材料服役安全科学中心2027年接收推荐免试硕士研究生(含直博生)预报名通知</w:t>
      </w:r>
    </w:p>
    <w:p>
      <w:r>
        <w:t>华北水利水电大学考研</w:t>
      </w:r>
    </w:p>
    <w:p>
      <w:r>
        <w:t>华北水利水电大学考研分数线</w:t>
      </w:r>
    </w:p>
    <w:p>
      <w:r>
        <w:t>华北水利水电大学报录情况</w:t>
      </w:r>
    </w:p>
    <w:p>
      <w:r>
        <w:t>华北水利水电大学专业课复习资料</w:t>
      </w:r>
    </w:p>
    <w:p>
      <w:r>
        <w:t>华北水利水电大学历年真题下载</w:t>
      </w:r>
    </w:p>
    <w:p>
      <w:r>
        <w:t>华北水利水电大学研究生院</w:t>
      </w:r>
    </w:p>
    <w:p>
      <w:r>
        <w:t>重点关注</w:t>
      </w:r>
    </w:p>
    <w:p>
      <w:r>
        <w:t>2027考研数学人工答疑班</w:t>
      </w:r>
    </w:p>
    <w:p>
      <w:r>
        <w:t>考研英语365天带背答疑伴学营</w:t>
      </w:r>
    </w:p>
    <w:p>
      <w:r>
        <w:t>如何选择院校专业？如何规划？</w:t>
      </w:r>
    </w:p>
    <w:p>
      <w:r>
        <w:t>2026年考研报名人数汇总</w:t>
      </w:r>
    </w:p>
    <w:p>
      <w:r>
        <w:t>2025考研国家线公布</w:t>
      </w:r>
    </w:p>
    <w:p>
      <w:r>
        <w:t>34所自划线院校考研复试分数线</w:t>
      </w:r>
    </w:p>
    <w:p>
      <w:r>
        <w:t>热门课程</w:t>
      </w:r>
    </w:p>
    <w:p>
      <w:r>
        <w:t>2027考研数学全程班 早鸟1班</w:t>
      </w:r>
    </w:p>
    <w:p>
      <w:r>
        <w:t>2027考研政治全程班 早鸟1班</w:t>
      </w:r>
    </w:p>
    <w:p>
      <w:r>
        <w:t>2027考研英语全程班 早鸟1班</w:t>
      </w:r>
    </w:p>
    <w:p>
      <w:r>
        <w:t>2027考研西医学硕全程班</w:t>
      </w:r>
    </w:p>
    <w:p>
      <w:r>
        <w:t>2027考研数字经济（西经）全程班</w:t>
      </w:r>
    </w:p>
    <w:p>
      <w:r>
        <w:t>2027考研数字经济（数经）全程班</w:t>
      </w:r>
    </w:p>
    <w:p>
      <w:r>
        <w:t>2027考研法律硕士（非法学）全程班</w:t>
      </w:r>
    </w:p>
    <w:p>
      <w:r>
        <w:t>2027考研法律硕士（法学）全程班</w:t>
      </w:r>
    </w:p>
    <w:p>
      <w:r>
        <w:t>27考研手把手择校择专指导</w:t>
      </w:r>
    </w:p>
    <w:p>
      <w:r>
        <w:t>考研真题</w:t>
      </w:r>
    </w:p>
    <w:p>
      <w:r>
        <w:t>考研资料</w:t>
      </w:r>
    </w:p>
    <w:p>
      <w:r>
        <w:t>山东大学432统计学全套考研资料</w:t>
      </w:r>
    </w:p>
    <w:p>
      <w:r>
        <w:t>山东科技大学817管理学考研资料</w:t>
      </w:r>
    </w:p>
    <w:p>
      <w:r>
        <w:t>浙江师范大学936物理化学考研复习资</w:t>
      </w:r>
    </w:p>
    <w:p>
      <w:r>
        <w:t>浙江大学855环境学考研复习资料</w:t>
      </w:r>
    </w:p>
    <w:p>
      <w:r>
        <w:t>大连理工大学333教育综合考研复习资</w:t>
      </w:r>
    </w:p>
    <w:p>
      <w:r>
        <w:t>沈阳大学346体育综合考研复习资料</w:t>
      </w:r>
    </w:p>
    <w:p>
      <w:r>
        <w:t>大连大学848传热考研复习资料</w:t>
      </w:r>
    </w:p>
    <w:p>
      <w:r>
        <w:t>大连民族大学338生物化学考研复习资料</w:t>
      </w:r>
    </w:p>
    <w:p>
      <w:r>
        <w:t>最新资讯</w:t>
      </w:r>
    </w:p>
    <w:p>
      <w:r>
        <w:t>宁夏师范大学（6405）报考点2026..</w:t>
      </w:r>
    </w:p>
    <w:p>
      <w:r>
        <w:t>宁夏医科大学2026年接收推免生通..</w:t>
      </w:r>
    </w:p>
    <w:p>
      <w:r>
        <w:t>2026年上海交通大学医学院基础医..</w:t>
      </w:r>
    </w:p>
    <w:p>
      <w:r>
        <w:t>2026年上海交通大学设计学[1403]..</w:t>
      </w:r>
    </w:p>
    <w:p>
      <w:r>
        <w:t>2026年上海交通大学集成电路科学..</w:t>
      </w:r>
    </w:p>
    <w:p>
      <w:r>
        <w:t>2026年上海交通大学数字文创与管..</w:t>
      </w:r>
    </w:p>
    <w:p>
      <w:r>
        <w:t>2026年上海交通大学设计硕士[135..</w:t>
      </w:r>
    </w:p>
    <w:p>
      <w:r>
        <w:t>2027年电子科技大学微电子器件硕..</w:t>
      </w:r>
    </w:p>
    <w:p>
      <w:r>
        <w:t>省市考研网</w:t>
      </w:r>
    </w:p>
    <w:p>
      <w:r>
        <w:t>北京</w:t>
      </w:r>
    </w:p>
    <w:p>
      <w:r>
        <w:t>天津</w:t>
      </w:r>
    </w:p>
    <w:p>
      <w:r>
        <w:t>河北</w:t>
      </w:r>
    </w:p>
    <w:p>
      <w:r>
        <w:t>山西</w:t>
      </w:r>
    </w:p>
    <w:p>
      <w:r>
        <w:t>辽宁</w:t>
      </w:r>
    </w:p>
    <w:p>
      <w:r>
        <w:t>吉林</w:t>
      </w:r>
    </w:p>
    <w:p>
      <w:r>
        <w:t>上海</w:t>
      </w:r>
    </w:p>
    <w:p>
      <w:r>
        <w:t>江苏</w:t>
      </w:r>
    </w:p>
    <w:p>
      <w:r>
        <w:t>浙江</w:t>
      </w:r>
    </w:p>
    <w:p>
      <w:r>
        <w:t>安徽</w:t>
      </w:r>
    </w:p>
    <w:p>
      <w:r>
        <w:t>福建</w:t>
      </w:r>
    </w:p>
    <w:p>
      <w:r>
        <w:t>江西</w:t>
      </w:r>
    </w:p>
    <w:p>
      <w:r>
        <w:t>山东</w:t>
      </w:r>
    </w:p>
    <w:p>
      <w:r>
        <w:t>河南</w:t>
      </w:r>
    </w:p>
    <w:p>
      <w:r>
        <w:t>湖北</w:t>
      </w:r>
    </w:p>
    <w:p>
      <w:r>
        <w:t>湖南</w:t>
      </w:r>
    </w:p>
    <w:p>
      <w:r>
        <w:t>广东</w:t>
      </w:r>
    </w:p>
    <w:p>
      <w:r>
        <w:t>广西</w:t>
      </w:r>
    </w:p>
    <w:p>
      <w:r>
        <w:t>海南</w:t>
      </w:r>
    </w:p>
    <w:p>
      <w:r>
        <w:t>重庆</w:t>
      </w:r>
    </w:p>
    <w:p>
      <w:r>
        <w:t>四川</w:t>
      </w:r>
    </w:p>
    <w:p>
      <w:r>
        <w:t>贵州</w:t>
      </w:r>
    </w:p>
    <w:p>
      <w:r>
        <w:t>云南</w:t>
      </w:r>
    </w:p>
    <w:p>
      <w:r>
        <w:t>西藏</w:t>
      </w:r>
    </w:p>
    <w:p>
      <w:r>
        <w:t>陕西</w:t>
      </w:r>
    </w:p>
    <w:p>
      <w:r>
        <w:t>甘肃</w:t>
      </w:r>
    </w:p>
    <w:p>
      <w:r>
        <w:t>青海</w:t>
      </w:r>
    </w:p>
    <w:p>
      <w:r>
        <w:t>宁夏</w:t>
      </w:r>
    </w:p>
    <w:p>
      <w:r>
        <w:t>新疆</w:t>
      </w:r>
    </w:p>
    <w:p>
      <w:r>
        <w:t>内蒙古</w:t>
      </w:r>
    </w:p>
    <w:p>
      <w:r>
        <w:t>黑龙江</w:t>
      </w:r>
    </w:p>
    <w:p>
      <w:r>
        <w:t>中国考研网</w:t>
      </w:r>
    </w:p>
    <w:p>
      <w:r>
        <w:t>研招网</w:t>
      </w:r>
    </w:p>
    <w:p>
      <w:r>
        <w:t>考研真题</w:t>
      </w:r>
    </w:p>
    <w:p>
      <w:r>
        <w:t>考研成绩</w:t>
      </w:r>
    </w:p>
    <w:p>
      <w:r>
        <w:t>考研国家线</w:t>
      </w:r>
    </w:p>
    <w:p>
      <w:r>
        <w:t>招生简章</w:t>
      </w:r>
    </w:p>
    <w:p>
      <w:r>
        <w:t>院校专业</w:t>
      </w:r>
    </w:p>
    <w:p>
      <w:r>
        <w:t>招生单位</w:t>
      </w:r>
    </w:p>
    <w:p>
      <w:r>
        <w:t>211大学名单</w:t>
      </w:r>
    </w:p>
    <w:p>
      <w:r>
        <w:t>985大学名单</w:t>
      </w:r>
    </w:p>
    <w:p>
      <w:r>
        <w:t>自划线院校</w:t>
      </w:r>
    </w:p>
    <w:p>
      <w:r>
        <w:t>专业导航</w:t>
      </w:r>
    </w:p>
    <w:p>
      <w:r>
        <w:t>考研调剂</w:t>
      </w:r>
    </w:p>
    <w:p>
      <w:r>
        <w:t>调剂信息网</w:t>
      </w:r>
    </w:p>
    <w:p>
      <w:r>
        <w:t>发布调剂</w:t>
      </w:r>
    </w:p>
    <w:p>
      <w:r>
        <w:t>考研调剂流程</w:t>
      </w:r>
    </w:p>
    <w:p>
      <w:r>
        <w:t>考研论坛</w:t>
      </w:r>
    </w:p>
    <w:p>
      <w:r>
        <w:t>跨专业考研</w:t>
      </w:r>
    </w:p>
    <w:p>
      <w:r>
        <w:t>考研调剂</w:t>
      </w:r>
    </w:p>
    <w:p>
      <w:r>
        <w:t>考研复试</w:t>
      </w:r>
    </w:p>
    <w:p>
      <w:r>
        <w:t>厦门大学</w:t>
      </w:r>
    </w:p>
    <w:p>
      <w:r>
        <w:t>考研问答</w:t>
      </w:r>
    </w:p>
    <w:p>
      <w:r>
        <w:t>跨校跨专业</w:t>
      </w:r>
    </w:p>
    <w:p>
      <w:r>
        <w:t>考场应考</w:t>
      </w:r>
    </w:p>
    <w:p>
      <w:r>
        <w:t>考试科目</w:t>
      </w:r>
    </w:p>
    <w:p>
      <w:r>
        <w:t>考研分数线</w:t>
      </w:r>
    </w:p>
    <w:p>
      <w:r>
        <w:t>报录比</w:t>
      </w:r>
    </w:p>
    <w:p>
      <w:r>
        <w:t>考研辅导班</w:t>
      </w:r>
    </w:p>
    <w:p>
      <w:r>
        <w:t>考研公共课</w:t>
      </w:r>
    </w:p>
    <w:p>
      <w:r>
        <w:t>统考专业课</w:t>
      </w:r>
    </w:p>
    <w:p>
      <w:r>
        <w:t>院校专业课</w:t>
      </w:r>
    </w:p>
    <w:p>
      <w:r>
        <w:t>专业硕士</w:t>
      </w:r>
    </w:p>
    <w:p>
      <w:r>
        <w:t>英语四六级</w:t>
      </w:r>
    </w:p>
    <w:p>
      <w:r>
        <w:t>出国留学</w:t>
      </w:r>
    </w:p>
    <w:p>
      <w:r>
        <w:t>试卷资料</w:t>
      </w:r>
    </w:p>
    <w:p>
      <w:r>
        <w:t>考研真题</w:t>
      </w:r>
    </w:p>
    <w:p>
      <w:r>
        <w:t>笔记资料</w:t>
      </w:r>
    </w:p>
    <w:p>
      <w:r>
        <w:t>资讯</w:t>
      </w:r>
    </w:p>
    <w:p>
      <w:r>
        <w:t>查询</w:t>
      </w:r>
    </w:p>
    <w:p>
      <w:r>
        <w:t>×关闭</w:t>
      </w:r>
    </w:p>
    <w:p>
      <w:r>
        <w:t>扫码关注</w:t>
      </w:r>
    </w:p>
    <w:p>
      <w:r>
        <w:t>了解考研最新消息</w:t>
      </w:r>
    </w:p>
    <w:p>
      <w:r>
        <w:t>网站介绍</w:t>
      </w:r>
    </w:p>
    <w:p>
      <w:r>
        <w:t>关于我们</w:t>
      </w:r>
    </w:p>
    <w:p>
      <w:r>
        <w:t>联系方式</w:t>
      </w:r>
    </w:p>
    <w:p>
      <w:r>
        <w:t>友情链接</w:t>
      </w:r>
    </w:p>
    <w:p>
      <w:r>
        <w:t>广告业务</w:t>
      </w:r>
    </w:p>
    <w:p>
      <w:r>
        <w:t>帮助信息</w:t>
      </w:r>
    </w:p>
    <w:p>
      <w:r>
        <w:t>1998-2022 ChinaKaoyan.com Network Studio. All Rights Reserved. 沪ICP备12018245号</w:t>
      </w:r>
    </w:p>
    <w:p>
      <w:r>
        <w:t>页面加载时间：0.01001秒</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