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关于辽宁中医药大学2026年拟推荐免试攻读研究生人员名单的公示</w:t>
      </w:r>
    </w:p>
    <w:p>
      <w:r>
        <w:t>发布时间：2025年9月9日</w:t>
      </w:r>
    </w:p>
    <w:p>
      <w:r>
        <w:t>来源URL：https://www.lnutcm.edu.cn/info/2871/60411.htm</w:t>
      </w:r>
    </w:p>
    <w:p>
      <w:r>
        <w:t>========================================</w:t>
      </w:r>
    </w:p>
    <w:p>
      <w:r>
        <w:t>&gt;</w:t>
      </w:r>
    </w:p>
    <w:p>
      <w:r>
        <w:t>根据教育部、辽宁省教育厅关于做好推荐优秀应届本科毕业生免试攻读研究生工作的通知，按照学校推免工作方案和学院推免工作细则，经学生个人申报、学院遴选推荐、学校推免工作领导小组审核、向学校党委汇报，现对2026年拟推荐免试攻读研究生人员名单进行公示。</w:t>
      </w:r>
    </w:p>
    <w:p>
      <w:r>
        <w:t>公示时间：2025年9月9日--2024年9月15日，如有异议，请于公示期内实名反馈至学校教务处。联系电话：024-31207022。</w:t>
      </w:r>
    </w:p>
    <w:p>
      <w:r>
        <w:t>附件：2026年优秀本科毕业生免试攻读研究生推荐名单</w:t>
      </w:r>
    </w:p>
    <w:p>
      <w:r>
        <w:t>辽宁中医药大学教务处</w:t>
      </w:r>
    </w:p>
    <w:p>
      <w:r>
        <w:t>2025年9月9日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