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未来技术学院</w:t>
      </w:r>
    </w:p>
    <w:p>
      <w:r>
        <w:t>发布时间：2023年10月9日</w:t>
      </w:r>
    </w:p>
    <w:p>
      <w:r>
        <w:t>来源URL：https://future.hit.edu.cn/2023/1009/c16311a330229/page.htm</w:t>
      </w:r>
    </w:p>
    <w:p>
      <w:r>
        <w:t>========================================</w:t>
      </w:r>
    </w:p>
    <w:p>
      <w:r>
        <w:t>未来技术学院</w:t>
      </w:r>
    </w:p>
    <w:p>
      <w:r>
        <w:t>English Version</w:t>
      </w:r>
    </w:p>
    <w:p>
      <w:r>
        <w:t>主页</w:t>
      </w:r>
    </w:p>
    <w:p>
      <w:r>
        <w:t>导航</w:t>
      </w:r>
    </w:p>
    <w:p>
      <w:r>
        <w:t>学院概况</w:t>
      </w:r>
    </w:p>
    <w:p>
      <w:r>
        <w:t>学院简介</w:t>
      </w:r>
    </w:p>
    <w:p>
      <w:r>
        <w:t>学院大事记</w:t>
      </w:r>
    </w:p>
    <w:p>
      <w:r>
        <w:t>院长寄语</w:t>
      </w:r>
    </w:p>
    <w:p>
      <w:r>
        <w:t>领导分工</w:t>
      </w:r>
    </w:p>
    <w:p>
      <w:r>
        <w:t>组织结构</w:t>
      </w:r>
    </w:p>
    <w:p>
      <w:r>
        <w:t>学院文化</w:t>
      </w:r>
    </w:p>
    <w:p>
      <w:r>
        <w:t>人才培养</w:t>
      </w:r>
    </w:p>
    <w:p>
      <w:r>
        <w:t>培养模式</w:t>
      </w:r>
    </w:p>
    <w:p>
      <w:r>
        <w:t>工科试验班（尖班）</w:t>
      </w:r>
    </w:p>
    <w:p>
      <w:r>
        <w:t>工科试验班（港大优学班）</w:t>
      </w:r>
    </w:p>
    <w:p>
      <w:r>
        <w:t>具身智能（大湾区班）</w:t>
      </w:r>
    </w:p>
    <w:p>
      <w:r>
        <w:t>人工智能（中关村班）</w:t>
      </w:r>
    </w:p>
    <w:p>
      <w:r>
        <w:t>院士特色班</w:t>
      </w:r>
    </w:p>
    <w:p>
      <w:r>
        <w:t>未来技术拔尖班</w:t>
      </w:r>
    </w:p>
    <w:p>
      <w:r>
        <w:t>合作交流</w:t>
      </w:r>
    </w:p>
    <w:p>
      <w:r>
        <w:t>讲座分享</w:t>
      </w:r>
    </w:p>
    <w:p>
      <w:r>
        <w:t>培训咨询</w:t>
      </w:r>
    </w:p>
    <w:p>
      <w:r>
        <w:t>交流信息</w:t>
      </w:r>
    </w:p>
    <w:p>
      <w:r>
        <w:t>创新实践</w:t>
      </w:r>
    </w:p>
    <w:p>
      <w:r>
        <w:t>未来技术讲坛</w:t>
      </w:r>
    </w:p>
    <w:p>
      <w:r>
        <w:t>教授接待日</w:t>
      </w:r>
    </w:p>
    <w:p>
      <w:r>
        <w:t>问天师资</w:t>
      </w:r>
    </w:p>
    <w:p>
      <w:r>
        <w:t>书院导师</w:t>
      </w:r>
    </w:p>
    <w:p>
      <w:r>
        <w:t>书院班主任</w:t>
      </w:r>
    </w:p>
    <w:p>
      <w:r>
        <w:t>党群工作</w:t>
      </w:r>
    </w:p>
    <w:p>
      <w:r>
        <w:t>党群机构</w:t>
      </w:r>
    </w:p>
    <w:p>
      <w:r>
        <w:t>党建管理</w:t>
      </w:r>
    </w:p>
    <w:p>
      <w:r>
        <w:t>支部建设</w:t>
      </w:r>
    </w:p>
    <w:p>
      <w:r>
        <w:t>学院荣誉</w:t>
      </w:r>
    </w:p>
    <w:p>
      <w:r>
        <w:t>榜样在身边</w:t>
      </w:r>
    </w:p>
    <w:p>
      <w:r>
        <w:t>下载专区</w:t>
      </w:r>
    </w:p>
    <w:p>
      <w:r>
        <w:t>文件制度</w:t>
      </w:r>
    </w:p>
    <w:p>
      <w:r>
        <w:t>常用下载</w:t>
      </w:r>
    </w:p>
    <w:p>
      <w:r>
        <w:t>培养方案</w:t>
      </w:r>
    </w:p>
    <w:p>
      <w:r>
        <w:t>联系我们</w:t>
      </w:r>
    </w:p>
    <w:p>
      <w:r>
        <w:t>教授接待日</w:t>
      </w:r>
    </w:p>
    <w:p>
      <w:r>
        <w:t>书院开放日</w:t>
      </w:r>
    </w:p>
    <w:p>
      <w:r>
        <w:t>院长信箱</w:t>
      </w:r>
    </w:p>
    <w:p>
      <w:r>
        <w:t>学院办公室</w:t>
      </w:r>
    </w:p>
    <w:p>
      <w:r>
        <w:t>学院公众号</w:t>
      </w:r>
    </w:p>
    <w:p>
      <w:r>
        <w:t>哈尔滨工业大学推荐优秀应届本科毕业生免试攻读硕士学位研究生（直博生）工作办法（哈工大本〔2023〕158号）</w:t>
      </w:r>
    </w:p>
    <w:p>
      <w:r>
        <w:t>发布者：史宁发布时间：2023-10-09浏览次数：9806</w:t>
      </w:r>
    </w:p>
    <w:p>
      <w:r>
        <w:t>《哈尔滨工业大学推荐优秀应届本科毕业生免试攻读硕士学位研究生（直博生）工作办法》.pdf</w:t>
      </w:r>
    </w:p>
    <w:p>
      <w:r>
        <w:t>联系我们</w:t>
      </w:r>
    </w:p>
    <w:p>
      <w:r>
        <w:t>地址：黑龙江省哈尔滨市南岗区西大直街92号</w:t>
      </w:r>
    </w:p>
    <w:p>
      <w:r>
        <w:t>电话：0451-86412114</w:t>
      </w:r>
    </w:p>
    <w:p>
      <w:r>
        <w:t>哈尔滨市南岗区西大直街92号 查号台：+86-451-86412114 P.C.:150001 Copyright © 2022 哈尔滨工业大学 黑ICP备05006863号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