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齐齐哈尔大学2026年拟录取推荐免试研究生名单公示</w:t>
      </w:r>
    </w:p>
    <w:p>
      <w:r>
        <w:t>发布时间：2025年12月8日</w:t>
      </w:r>
    </w:p>
    <w:p>
      <w:r>
        <w:t>来源URL：https://yjs.qqhru.edu.cn/info/1065/1873.htm</w:t>
      </w:r>
    </w:p>
    <w:p>
      <w:r>
        <w:t>========================================</w:t>
      </w:r>
    </w:p>
    <w:p>
      <w:r>
        <w:t>&gt;</w:t>
      </w:r>
    </w:p>
    <w:p>
      <w:r>
        <w:t>按照《齐齐哈尔大学2026年接收推免研究生工作办法》，经各研究生培养单位招生工作小组复试，现将我校2026年拟录取推荐免试研究生名单公示，公示期为：2025年12月8日-12月14日，公示7日。如有异议请在此公示期反映。研究生招生考试办公室电话：0452-2742663。</w:t>
      </w:r>
    </w:p>
    <w:p>
      <w:r>
        <w:t>拟录取考生的报考资格审查不合格或政审不合格，将按规定取消录取资格。拟录取名单经过黑龙江省招生主管部门及教育部录取审查通过后，方可正式录取。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