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西安科技大学2025年获得拟推荐免试研究生资格的学生名单公示-西安科技大学研究生院</w:t>
      </w:r>
    </w:p>
    <w:p>
      <w:r>
        <w:t>发布时间：2025年9月12日</w:t>
      </w:r>
    </w:p>
    <w:p>
      <w:r>
        <w:t>来源URL：https://yjs.xust.edu.cn/info/1154/7574.htm</w:t>
      </w:r>
    </w:p>
    <w:p>
      <w:r>
        <w:t>========================================</w:t>
      </w:r>
    </w:p>
    <w:p>
      <w:r>
        <w:t>西安科技大学2025年获得拟推荐免试研究生资格的学生名单公示</w:t>
      </w:r>
    </w:p>
    <w:p>
      <w:r>
        <w:t>发布时间：2025-09-12 17:00 作者： 点击量：</w:t>
      </w:r>
    </w:p>
    <w:p>
      <w:r>
        <w:t>公示链接：https://jwc.xust.edu.cn/info/1010/6091.htm</w:t>
      </w:r>
    </w:p>
    <w:p>
      <w:r>
        <w:t>上一篇：西安科技大学2024年硕士研究生复试录取工作方案</w:t>
      </w:r>
    </w:p>
    <w:p>
      <w:r>
        <w:t>下一篇：西安科技大学2025年硕士研究生招生考试复试分数线公布</w:t>
      </w:r>
    </w:p>
    <w:p>
      <w:r>
        <w:t>校内链接</w:t>
      </w:r>
    </w:p>
    <w:p>
      <w:r>
        <w:t>能源学院</w:t>
      </w:r>
    </w:p>
    <w:p>
      <w:r>
        <w:t>安全科学与工程学院</w:t>
      </w:r>
    </w:p>
    <w:p>
      <w:r>
        <w:t>建筑与土木工程学院</w:t>
      </w:r>
    </w:p>
    <w:p>
      <w:r>
        <w:t>机械工程学院</w:t>
      </w:r>
    </w:p>
    <w:p>
      <w:r>
        <w:t>电气与控制工程学院</w:t>
      </w:r>
    </w:p>
    <w:p>
      <w:r>
        <w:t>通信与信息工程学院</w:t>
      </w:r>
    </w:p>
    <w:p>
      <w:r>
        <w:t>计算机科学与技术学院</w:t>
      </w:r>
    </w:p>
    <w:p>
      <w:r>
        <w:t>地质与环境学院</w:t>
      </w:r>
    </w:p>
    <w:p>
      <w:r>
        <w:t>测绘科学与技术学院</w:t>
      </w:r>
    </w:p>
    <w:p>
      <w:r>
        <w:t>材料科学与工程学院</w:t>
      </w:r>
    </w:p>
    <w:p>
      <w:r>
        <w:t>化学化工学院</w:t>
      </w:r>
    </w:p>
    <w:p>
      <w:r>
        <w:t>理学院</w:t>
      </w:r>
    </w:p>
    <w:p>
      <w:r>
        <w:t>管理学院</w:t>
      </w:r>
    </w:p>
    <w:p>
      <w:r>
        <w:t>马克思主义学院</w:t>
      </w:r>
    </w:p>
    <w:p>
      <w:r>
        <w:t>人文与外国语学院</w:t>
      </w:r>
    </w:p>
    <w:p>
      <w:r>
        <w:t>艺术学院</w:t>
      </w:r>
    </w:p>
    <w:p>
      <w:r>
        <w:t>体育部</w:t>
      </w:r>
    </w:p>
    <w:p>
      <w:r>
        <w:t>继续教育学院</w:t>
      </w:r>
    </w:p>
    <w:p>
      <w:r>
        <w:t>独立学院</w:t>
      </w:r>
    </w:p>
    <w:p>
      <w:r>
        <w:t>校外链接</w:t>
      </w:r>
    </w:p>
    <w:p>
      <w:r>
        <w:t>教育部</w:t>
      </w:r>
    </w:p>
    <w:p>
      <w:r>
        <w:t>学位中心</w:t>
      </w:r>
    </w:p>
    <w:p>
      <w:r>
        <w:t>陕西省教育厅</w:t>
      </w:r>
    </w:p>
    <w:p>
      <w:r>
        <w:t>研招网</w:t>
      </w:r>
    </w:p>
    <w:p>
      <w:r>
        <w:t>学信网</w:t>
      </w:r>
    </w:p>
    <w:p>
      <w:r>
        <w:t>西安交通大学研究生院</w:t>
      </w:r>
    </w:p>
    <w:p>
      <w:r>
        <w:t>西北工业大学研究生院</w:t>
      </w:r>
    </w:p>
    <w:p>
      <w:r>
        <w:t>长安大学研究生院</w:t>
      </w:r>
    </w:p>
    <w:p>
      <w:r>
        <w:t>西安电子科技大学研究生院</w:t>
      </w:r>
    </w:p>
    <w:p>
      <w:r>
        <w:t>西北农林科技大学研究生院</w:t>
      </w:r>
    </w:p>
    <w:p>
      <w:r>
        <w:t>陕西师范大学研究生院</w:t>
      </w:r>
    </w:p>
    <w:p>
      <w:r>
        <w:t>西北大学研究生院</w:t>
      </w:r>
    </w:p>
    <w:p>
      <w:r>
        <w:t>西安理工大学研究生院</w:t>
      </w:r>
    </w:p>
    <w:p>
      <w:r>
        <w:t>西安建筑科技大学研究生院</w:t>
      </w:r>
    </w:p>
    <w:p>
      <w:r>
        <w:t>陕西科技大学研究生院</w:t>
      </w:r>
    </w:p>
    <w:p>
      <w:r>
        <w:t>西安石油大学研究生院</w:t>
      </w:r>
    </w:p>
    <w:p>
      <w:r>
        <w:t>西安工业大学研究生院</w:t>
      </w:r>
    </w:p>
    <w:p>
      <w:r>
        <w:t>西安邮电大学研究生院</w:t>
      </w:r>
    </w:p>
    <w:p>
      <w:r>
        <w:t>西安工程大学研究生院</w:t>
      </w:r>
    </w:p>
    <w:p>
      <w:r>
        <w:t>延安大学研究生院</w:t>
      </w:r>
    </w:p>
    <w:p>
      <w:r>
        <w:t>中国矿业大学研究生院</w:t>
      </w:r>
    </w:p>
    <w:p>
      <w:r>
        <w:t>中国矿业大学（北京）研究生院</w:t>
      </w:r>
    </w:p>
    <w:p>
      <w:r>
        <w:t>太原理工大学研究生院</w:t>
      </w:r>
    </w:p>
    <w:p>
      <w:r>
        <w:t>山东科技大学研究生院</w:t>
      </w:r>
    </w:p>
    <w:p>
      <w:r>
        <w:t>河南理工大学研究生院</w:t>
      </w:r>
    </w:p>
    <w:p>
      <w:r>
        <w:t>安徽理工大学研究生院</w:t>
      </w:r>
    </w:p>
    <w:p>
      <w:r>
        <w:t>湖南科技大学研究生院</w:t>
      </w:r>
    </w:p>
    <w:p>
      <w:r>
        <w:t>辽宁工程技术大学研究生院</w:t>
      </w:r>
    </w:p>
    <w:p>
      <w:r>
        <w:t>河北工程大学研究生院</w:t>
      </w:r>
    </w:p>
    <w:p>
      <w:r>
        <w:t>黑龙江科技大学研究生院</w:t>
      </w:r>
    </w:p>
    <w:p>
      <w:r>
        <w:t>部门微信</w:t>
      </w:r>
    </w:p>
    <w:p>
      <w:r>
        <w:t>联系我们</w:t>
      </w:r>
    </w:p>
    <w:p>
      <w:r>
        <w:t>地址：雁塔校区北院教学主楼二楼，临潼校区骊山校园综合楼四楼</w:t>
      </w:r>
    </w:p>
    <w:p>
      <w:r>
        <w:t>电话：029-83858211（招生咨询）</w:t>
      </w:r>
    </w:p>
    <w:p>
      <w:r>
        <w:t>CopyRight © 2023 All Rights Reserved. 西安科技大学研究生院</w:t>
      </w:r>
    </w:p>
    <w:p>
      <w:r>
        <w:t>技术支持：硅峰网络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