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云南大学2026年推荐优秀应届本科毕业生免试攻读研究生工作管理办法-云南大学本科生院</w:t>
      </w:r>
    </w:p>
    <w:p>
      <w:r>
        <w:t>发布时间：2025年9月5日</w:t>
      </w:r>
    </w:p>
    <w:p>
      <w:r>
        <w:t>来源URL：https://jwc.ynu.edu.cn/info/1011/4055.htm</w:t>
      </w:r>
    </w:p>
    <w:p>
      <w:r>
        <w:t>========================================</w:t>
      </w:r>
    </w:p>
    <w:p>
      <w:r>
        <w:t>﻿</w:t>
      </w:r>
    </w:p>
    <w:p>
      <w:r>
        <w:t>首页</w:t>
      </w:r>
    </w:p>
    <w:p>
      <w:r>
        <w:t>本科生院概况</w:t>
      </w:r>
    </w:p>
    <w:p>
      <w:r>
        <w:t>规章制度</w:t>
      </w:r>
    </w:p>
    <w:p>
      <w:r>
        <w:t>专业设置</w:t>
      </w:r>
    </w:p>
    <w:p>
      <w:r>
        <w:t>师生园地</w:t>
      </w:r>
    </w:p>
    <w:p>
      <w:r>
        <w:t>教师园地</w:t>
      </w:r>
    </w:p>
    <w:p>
      <w:r>
        <w:t>学生园地</w:t>
      </w:r>
    </w:p>
    <w:p>
      <w:r>
        <w:t>课程思政</w:t>
      </w:r>
    </w:p>
    <w:p>
      <w:r>
        <w:t>办事流程</w:t>
      </w:r>
    </w:p>
    <w:p>
      <w:r>
        <w:t>相关下载</w:t>
      </w:r>
    </w:p>
    <w:p>
      <w:r>
        <w:t>审核评估云课堂</w:t>
      </w:r>
    </w:p>
    <w:p>
      <w:r>
        <w:t>招生办公室</w:t>
      </w:r>
    </w:p>
    <w:p>
      <w:r>
        <w:t>首页</w:t>
      </w:r>
    </w:p>
    <w:p>
      <w:r>
        <w:t>&gt;&gt;</w:t>
      </w:r>
    </w:p>
    <w:p>
      <w:r>
        <w:t>招生办公室</w:t>
      </w:r>
    </w:p>
    <w:p>
      <w:r>
        <w:t>&gt;&gt;</w:t>
      </w:r>
    </w:p>
    <w:p>
      <w:r>
        <w:t>正文</w:t>
      </w:r>
    </w:p>
    <w:p>
      <w:r>
        <w:t>云南大学2026年推荐优秀应届本科毕业生免试攻读研究生工作管理办法</w:t>
      </w:r>
    </w:p>
    <w:p>
      <w:r>
        <w:t>发布时间：2025-09-05 来源：</w:t>
      </w:r>
    </w:p>
    <w:p>
      <w:r>
        <w:t>编辑： 浏览次数： 次</w:t>
      </w:r>
    </w:p>
    <w:p>
      <w:r>
        <w:t>下一条：云南大学统计学拔尖班2024年选拔办法</w:t>
      </w:r>
    </w:p>
    <w:p>
      <w:r>
        <w:t>版权所有© 云南大学本科生院</w:t>
      </w:r>
    </w:p>
    <w:p>
      <w:r>
        <w:t>学院地址：云南省昆明市翠湖北路2号 邮编：650091 联系电话：0871-65033820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