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温州医科大学关于2026年推荐免试研究生（含直博生）报名系统开放时间的通知（10月13日8:30更新）-研究生院、研究生工作部（新）</w:t>
      </w:r>
    </w:p>
    <w:p>
      <w:r>
        <w:t>发布时间：2025年9月22日</w:t>
      </w:r>
    </w:p>
    <w:p>
      <w:r>
        <w:t>来源URL：https://yjsy.wmu.edu.cn/info/3541/155571.htm</w:t>
      </w:r>
    </w:p>
    <w:p>
      <w:r>
        <w:t>========================================</w:t>
      </w:r>
    </w:p>
    <w:p>
      <w:r>
        <w:t>&gt;</w:t>
      </w:r>
    </w:p>
    <w:p>
      <w:r>
        <w:t>研招网“全国推荐免试攻读研究生（免初试、转段）信息公开管理服务系统”（简称“推免服务系统”）于2025年9月22日正式开通，有意报考我校推免生的考生请尽早提交报考志愿，各培养单位根据报名情况组织复试。</w:t>
      </w:r>
    </w:p>
    <w:p>
      <w:r>
        <w:t>各培养单位研招网“推免服务系统”报名开放及截止时间详见下表。</w:t>
      </w:r>
    </w:p>
    <w:p>
      <w:r>
        <w:t>培养单位代码</w:t>
      </w:r>
    </w:p>
    <w:p>
      <w:r>
        <w:t>培养单位名称</w:t>
      </w:r>
    </w:p>
    <w:p>
      <w:r>
        <w:t>推免服务系统</w:t>
      </w:r>
    </w:p>
    <w:p>
      <w:r>
        <w:t>开放时间</w:t>
      </w:r>
    </w:p>
    <w:p>
      <w:r>
        <w:t>推免服务系统</w:t>
      </w:r>
    </w:p>
    <w:p>
      <w:r>
        <w:t>关闭时间</w:t>
      </w:r>
    </w:p>
    <w:p>
      <w:r>
        <w:t>001</w:t>
      </w:r>
    </w:p>
    <w:p>
      <w:r>
        <w:t>第一临床医学院（信息与工程学院）</w:t>
      </w:r>
    </w:p>
    <w:p>
      <w:r>
        <w:t>9月24日10:00</w:t>
      </w:r>
    </w:p>
    <w:p>
      <w:r>
        <w:t>10月9日9:00</w:t>
      </w:r>
    </w:p>
    <w:p>
      <w:r>
        <w:t>002</w:t>
      </w:r>
    </w:p>
    <w:p>
      <w:r>
        <w:t>第二临床医学院</w:t>
      </w:r>
    </w:p>
    <w:p>
      <w:r>
        <w:t>9月24日8:30</w:t>
      </w:r>
    </w:p>
    <w:p>
      <w:r>
        <w:t>9月29日11:30</w:t>
      </w:r>
    </w:p>
    <w:p>
      <w:r>
        <w:t>003</w:t>
      </w:r>
    </w:p>
    <w:p>
      <w:r>
        <w:t>眼视光学院（生物医学工程学院）</w:t>
      </w:r>
    </w:p>
    <w:p>
      <w:r>
        <w:t>9月22日20:00</w:t>
      </w:r>
    </w:p>
    <w:p>
      <w:r>
        <w:t>10月9日16:30</w:t>
      </w:r>
    </w:p>
    <w:p>
      <w:r>
        <w:t>004</w:t>
      </w:r>
    </w:p>
    <w:p>
      <w:r>
        <w:t>检验医学院（生命科学学院）</w:t>
      </w:r>
    </w:p>
    <w:p>
      <w:r>
        <w:t>9月22日9:00</w:t>
      </w:r>
    </w:p>
    <w:p>
      <w:r>
        <w:t>9月23日14:00</w:t>
      </w:r>
    </w:p>
    <w:p>
      <w:r>
        <w:t>005</w:t>
      </w:r>
    </w:p>
    <w:p>
      <w:r>
        <w:t>药学院</w:t>
      </w:r>
    </w:p>
    <w:p>
      <w:r>
        <w:t>9月22日9:00</w:t>
      </w:r>
    </w:p>
    <w:p>
      <w:r>
        <w:t>10月9日9:00</w:t>
      </w:r>
    </w:p>
    <w:p>
      <w:r>
        <w:t>006</w:t>
      </w:r>
    </w:p>
    <w:p>
      <w:r>
        <w:t>基础医学院</w:t>
      </w:r>
    </w:p>
    <w:p>
      <w:r>
        <w:t>9月22日9:00</w:t>
      </w:r>
    </w:p>
    <w:p>
      <w:r>
        <w:t>9月29日11:30</w:t>
      </w:r>
    </w:p>
    <w:p>
      <w:r>
        <w:t>007</w:t>
      </w:r>
    </w:p>
    <w:p>
      <w:r>
        <w:t>口腔医学院</w:t>
      </w:r>
    </w:p>
    <w:p>
      <w:r>
        <w:t>9月22日20:00</w:t>
      </w:r>
    </w:p>
    <w:p>
      <w:r>
        <w:t>9月23日10:30</w:t>
      </w:r>
    </w:p>
    <w:p>
      <w:r>
        <w:t>008</w:t>
      </w:r>
    </w:p>
    <w:p>
      <w:r>
        <w:t>护理学院</w:t>
      </w:r>
    </w:p>
    <w:p>
      <w:r>
        <w:t>9月22日9:00</w:t>
      </w:r>
    </w:p>
    <w:p>
      <w:r>
        <w:t>9月26日10:00</w:t>
      </w:r>
    </w:p>
    <w:p>
      <w:r>
        <w:t>009</w:t>
      </w:r>
    </w:p>
    <w:p>
      <w:r>
        <w:t>公共卫生学院</w:t>
      </w:r>
    </w:p>
    <w:p>
      <w:r>
        <w:t>9月22日9:00</w:t>
      </w:r>
    </w:p>
    <w:p>
      <w:r>
        <w:t>9月30日16:00</w:t>
      </w:r>
    </w:p>
    <w:p>
      <w:r>
        <w:t>010</w:t>
      </w:r>
    </w:p>
    <w:p>
      <w:r>
        <w:t>精神医学学院</w:t>
      </w:r>
    </w:p>
    <w:p>
      <w:r>
        <w:t>9月22日9:00</w:t>
      </w:r>
    </w:p>
    <w:p>
      <w:r>
        <w:t>（除105105 精神病与精神卫生学）</w:t>
      </w:r>
    </w:p>
    <w:p>
      <w:r>
        <w:t>10月9日9:00</w:t>
      </w:r>
    </w:p>
    <w:p>
      <w:r>
        <w:t>013</w:t>
      </w:r>
    </w:p>
    <w:p>
      <w:r>
        <w:t>医学人文与管理学院</w:t>
      </w:r>
    </w:p>
    <w:p>
      <w:r>
        <w:t>9月22日9:00</w:t>
      </w:r>
    </w:p>
    <w:p>
      <w:r>
        <w:t>9月30日16:00</w:t>
      </w:r>
    </w:p>
    <w:p>
      <w:r>
        <w:t>014</w:t>
      </w:r>
    </w:p>
    <w:p>
      <w:r>
        <w:t>康复医学院</w:t>
      </w:r>
    </w:p>
    <w:p>
      <w:r>
        <w:t>9月22日9:00</w:t>
      </w:r>
    </w:p>
    <w:p>
      <w:r>
        <w:t>9月23日16:30</w:t>
      </w:r>
    </w:p>
    <w:p>
      <w:r>
        <w:t>018</w:t>
      </w:r>
    </w:p>
    <w:p>
      <w:r>
        <w:t>阿尔伯塔学院</w:t>
      </w:r>
    </w:p>
    <w:p>
      <w:r>
        <w:t>9月22日9:00</w:t>
      </w:r>
    </w:p>
    <w:p>
      <w:r>
        <w:t>10月13日16:00</w:t>
      </w:r>
    </w:p>
    <w:p>
      <w:r>
        <w:t>019</w:t>
      </w:r>
    </w:p>
    <w:p>
      <w:r>
        <w:t>中医药学院</w:t>
      </w:r>
    </w:p>
    <w:p>
      <w:r>
        <w:t>9月22日9:00</w:t>
      </w:r>
    </w:p>
    <w:p>
      <w:r>
        <w:t>10月9日16:30</w:t>
      </w:r>
    </w:p>
    <w:p>
      <w:r>
        <w:t>102</w:t>
      </w:r>
    </w:p>
    <w:p>
      <w:r>
        <w:t>研究生培养基地（丽水市中心医院）</w:t>
      </w:r>
    </w:p>
    <w:p>
      <w:r>
        <w:t>9月22日9:00</w:t>
      </w:r>
    </w:p>
    <w:p>
      <w:r>
        <w:t>10月9日9:30</w:t>
      </w:r>
    </w:p>
    <w:p>
      <w:r>
        <w:t>102</w:t>
      </w:r>
    </w:p>
    <w:p>
      <w:r>
        <w:t>研究生培养基地（浙江省肿瘤医院）</w:t>
      </w:r>
    </w:p>
    <w:p>
      <w:r>
        <w:t>9月22日9:00</w:t>
      </w:r>
    </w:p>
    <w:p>
      <w:r>
        <w:t>10月9日9:30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