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国家自然灾害防治研究院2026年硕士推免生拟录取名单公示</w:t>
      </w:r>
    </w:p>
    <w:p>
      <w:r>
        <w:t>发布时间：2025年9月19日</w:t>
      </w:r>
    </w:p>
    <w:p>
      <w:r>
        <w:t>来源URL：https://www.ninhm.ac.cn/rlzy/yjsjy/zsxx/202509/t20250919_558311.html</w:t>
      </w:r>
    </w:p>
    <w:p>
      <w:r>
        <w:t>========================================</w:t>
      </w:r>
    </w:p>
    <w:p>
      <w:r>
        <w:t>&gt;</w:t>
      </w:r>
    </w:p>
    <w:p>
      <w:r>
        <w:t>根据教育部、北京市教育考试院研究生推免招生录取工作相关规定，现将2026年硕士推免生拟录取名单公示。公示时间： 自公示之日起7个工作日。如有异议请实名反映至人事人才处或党群工作部（纪检室）。</w:t>
      </w:r>
    </w:p>
    <w:p>
      <w:r>
        <w:t>人事人才处电话：010-62846716</w:t>
      </w:r>
    </w:p>
    <w:p>
      <w:r>
        <w:t>党群工作部（纪检室）电话：010-62841500</w:t>
      </w:r>
    </w:p>
    <w:p>
      <w:r>
        <w:t>北京市教育考试院研究生招生办公室研究生招生专用监督电话：010-82837456。</w:t>
      </w:r>
    </w:p>
    <w:p>
      <w:r>
        <w:t>序号</w:t>
      </w:r>
    </w:p>
    <w:p>
      <w:r>
        <w:t>考生姓名</w:t>
      </w:r>
    </w:p>
    <w:p>
      <w:r>
        <w:t>所在院校</w:t>
      </w:r>
    </w:p>
    <w:p>
      <w:r>
        <w:t>拟录取专业</w:t>
      </w:r>
    </w:p>
    <w:p>
      <w:r>
        <w:t>拟录取类别</w:t>
      </w:r>
    </w:p>
    <w:p>
      <w:r>
        <w:t>报考导师</w:t>
      </w:r>
    </w:p>
    <w:p>
      <w:r>
        <w:t>总分</w:t>
      </w:r>
    </w:p>
    <w:p>
      <w:r>
        <w:t>1</w:t>
      </w:r>
    </w:p>
    <w:p>
      <w:r>
        <w:t>马自财</w:t>
      </w:r>
    </w:p>
    <w:p>
      <w:r>
        <w:t>宁夏大学</w:t>
      </w:r>
    </w:p>
    <w:p>
      <w:r>
        <w:t>0708地球物理学-固体地球物理学</w:t>
      </w:r>
    </w:p>
    <w:p>
      <w:r>
        <w:t>学硕</w:t>
      </w:r>
    </w:p>
    <w:p>
      <w:r>
        <w:t>刘少林</w:t>
      </w:r>
    </w:p>
    <w:p>
      <w:r>
        <w:t>83</w:t>
      </w:r>
    </w:p>
    <w:p>
      <w:r>
        <w:t>2</w:t>
      </w:r>
    </w:p>
    <w:p>
      <w:r>
        <w:t>薛凡</w:t>
      </w:r>
    </w:p>
    <w:p>
      <w:r>
        <w:t>北方民族大学</w:t>
      </w:r>
    </w:p>
    <w:p>
      <w:r>
        <w:t>0708地球物理学-固体地球物理学</w:t>
      </w:r>
    </w:p>
    <w:p>
      <w:r>
        <w:t>学硕</w:t>
      </w:r>
    </w:p>
    <w:p>
      <w:r>
        <w:t>刘少林</w:t>
      </w:r>
    </w:p>
    <w:p>
      <w:r>
        <w:t>86.33</w:t>
      </w:r>
    </w:p>
    <w:p>
      <w:r>
        <w:t>3</w:t>
      </w:r>
    </w:p>
    <w:p>
      <w:r>
        <w:t>姜硕新</w:t>
      </w:r>
    </w:p>
    <w:p>
      <w:r>
        <w:t>山东科技大学</w:t>
      </w:r>
    </w:p>
    <w:p>
      <w:r>
        <w:t>0709地质学-灾害遥感</w:t>
      </w:r>
    </w:p>
    <w:p>
      <w:r>
        <w:t>学硕</w:t>
      </w:r>
    </w:p>
    <w:p>
      <w:r>
        <w:t>朱月琴</w:t>
      </w:r>
    </w:p>
    <w:p>
      <w:r>
        <w:t>93.67</w:t>
      </w:r>
    </w:p>
    <w:p>
      <w:r>
        <w:t>4</w:t>
      </w:r>
    </w:p>
    <w:p>
      <w:r>
        <w:t>刘明星</w:t>
      </w:r>
    </w:p>
    <w:p>
      <w:r>
        <w:t>西南林业大学</w:t>
      </w:r>
    </w:p>
    <w:p>
      <w:r>
        <w:t>0709地质学-灾害遥感</w:t>
      </w:r>
    </w:p>
    <w:p>
      <w:r>
        <w:t>学硕</w:t>
      </w:r>
    </w:p>
    <w:p>
      <w:r>
        <w:t>汪舟</w:t>
      </w:r>
    </w:p>
    <w:p>
      <w:r>
        <w:t>91.33</w:t>
      </w:r>
    </w:p>
    <w:p>
      <w:r>
        <w:t>5</w:t>
      </w:r>
    </w:p>
    <w:p>
      <w:r>
        <w:t>张震</w:t>
      </w:r>
    </w:p>
    <w:p>
      <w:r>
        <w:t>河南理工大学</w:t>
      </w:r>
    </w:p>
    <w:p>
      <w:r>
        <w:t>0709地质学-灾害遥感</w:t>
      </w:r>
    </w:p>
    <w:p>
      <w:r>
        <w:t>学硕</w:t>
      </w:r>
    </w:p>
    <w:p>
      <w:r>
        <w:t>杨思全</w:t>
      </w:r>
    </w:p>
    <w:p>
      <w:r>
        <w:t>90.78</w:t>
      </w:r>
    </w:p>
    <w:p>
      <w:r>
        <w:t>6</w:t>
      </w:r>
    </w:p>
    <w:p>
      <w:r>
        <w:t>王皓霖</w:t>
      </w:r>
    </w:p>
    <w:p>
      <w:r>
        <w:t>中国地质大学（北京）</w:t>
      </w:r>
    </w:p>
    <w:p>
      <w:r>
        <w:t>0857资源与环境-安全工程</w:t>
      </w:r>
    </w:p>
    <w:p>
      <w:r>
        <w:t>专硕</w:t>
      </w:r>
    </w:p>
    <w:p>
      <w:r>
        <w:t>王中根</w:t>
      </w:r>
    </w:p>
    <w:p>
      <w:r>
        <w:t>97.11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