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中国地震局地质研究所2026年接收推荐免试研究生复试通知</w:t>
      </w:r>
    </w:p>
    <w:p>
      <w:r>
        <w:t>发布时间：2025年9月16日</w:t>
      </w:r>
    </w:p>
    <w:p>
      <w:r>
        <w:t>来源URL：https://eq-igl.ac.cn/sszsxx/info/2025/38868.html</w:t>
      </w:r>
    </w:p>
    <w:p>
      <w:r>
        <w:t>========================================</w:t>
      </w:r>
    </w:p>
    <w:p>
      <w:r>
        <w:t>中国地震局地质研究所2026年接收推荐免试研究生复试通知</w:t>
      </w:r>
    </w:p>
    <w:p>
      <w:r>
        <w:t>发布时间：</w:t>
      </w:r>
    </w:p>
    <w:p>
      <w:r>
        <w:t>2025-09-16 | 【 大 中 小 】</w:t>
      </w:r>
    </w:p>
    <w:p>
      <w:r>
        <w:t>发布时间：2025-09-16 | 【 大 中 小 】 | 【打印】 【关闭】</w:t>
      </w:r>
    </w:p>
    <w:p>
      <w:r>
        <w:t>中国地震局地质研究所拟定于2025年9月中下旬-10月中旬进行2026年度推荐免试生复试工作，具体内容如下：</w:t>
      </w:r>
    </w:p>
    <w:p>
      <w:r>
        <w:t>一、名单确定原则</w:t>
      </w:r>
    </w:p>
    <w:p>
      <w:r>
        <w:t>根据考生综合情况择优确定复试名单。所研招办将向通过初步审核的同学发复试通知，请各位考生保持本人手机畅通。</w:t>
      </w:r>
    </w:p>
    <w:p>
      <w:r>
        <w:t>二、复试方式及内容</w:t>
      </w:r>
    </w:p>
    <w:p>
      <w:r>
        <w:t>1、复试方式、复试时间</w:t>
      </w:r>
    </w:p>
    <w:p>
      <w:r>
        <w:t>2026年推免生复试拟采用现场复试的方式进行，请考生做好复试的充足准备（以研招办具体通知为准）。复试时间按研招办具体通知时间为准，不符合报考条件的考生不予复试，未在规定时间报到的考生视为放弃复试。对不符合报考资格或冒名顶替、弄虚作假的考生，一经查实立即取消复试资格和录取资格。</w:t>
      </w:r>
    </w:p>
    <w:p>
      <w:r>
        <w:t>2、复试内容</w:t>
      </w:r>
    </w:p>
    <w:p>
      <w:r>
        <w:t>复试时间一般不少于20分钟。复试内容主要考察考生的专业素质和能力、英语水平及综合素质和能力。</w:t>
      </w:r>
    </w:p>
    <w:p>
      <w:r>
        <w:t>（1）专业素质和能力</w:t>
      </w:r>
    </w:p>
    <w:p>
      <w:r>
        <w:t>主要考察考生专业基础知识、基本技能的掌握以及专业素养；</w:t>
      </w:r>
    </w:p>
    <w:p>
      <w:r>
        <w:t>（2）英语水平测试</w:t>
      </w:r>
    </w:p>
    <w:p>
      <w:r>
        <w:t>主要考察考生英语听力和口语水平，测试英语听说能力；</w:t>
      </w:r>
    </w:p>
    <w:p>
      <w:r>
        <w:t>（3）综合素质</w:t>
      </w:r>
    </w:p>
    <w:p>
      <w:r>
        <w:t>主要考察考生的思想品德及综合素质；包括考生的政治态度、思想品德、工作学习态度、团队合作精神、科研修养及心理素质等内容。复试小组对每位考生的复试作答进行现场记录，并妥存备查。</w:t>
      </w:r>
    </w:p>
    <w:p>
      <w:r>
        <w:t>三、其他注意事项</w:t>
      </w:r>
    </w:p>
    <w:p>
      <w:r>
        <w:t>1、参加复试的学生须获得母校推免生资格并在教育部“推免服务系统”中获得备案。</w:t>
      </w:r>
    </w:p>
    <w:p>
      <w:r>
        <w:t>2、拟录取的学生将在我所网站公示，并在教育部推免服务系统中发拟录取通知。</w:t>
      </w:r>
    </w:p>
    <w:p>
      <w:r>
        <w:t>版权所有 © 中国地震局地质研究所 备案号：京ICP备09113569号-1 京公网安备 11010502042766号</w:t>
      </w:r>
    </w:p>
    <w:p>
      <w:r>
        <w:t>地址：北京市朝阳区华严里甲1号 邮编：100029</w:t>
      </w:r>
    </w:p>
    <w:p>
      <w:r>
        <w:t>电话：010-62009001 传真：010-62009001 主办单位：中国地震局地质研究所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