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推免生接收-济南大学研究生招生</w:t>
      </w:r>
    </w:p>
    <w:p>
      <w:r>
        <w:t>发布时间：2025年9月22日</w:t>
      </w:r>
    </w:p>
    <w:p>
      <w:r>
        <w:t>来源URL：https://yz.ujn.edu.cn/yzgz/tmsjs.htm</w:t>
      </w:r>
    </w:p>
    <w:p>
      <w:r>
        <w:t>========================================</w:t>
      </w:r>
    </w:p>
    <w:p>
      <w:r>
        <w:t>推免生接收-济南大学研究生招生</w:t>
      </w:r>
    </w:p>
    <w:p>
      <w:r>
        <w:t>站内搜索：</w:t>
      </w:r>
    </w:p>
    <w:p>
      <w:r>
        <w:t>硕士报考信息</w:t>
      </w:r>
    </w:p>
    <w:p>
      <w:r>
        <w:t>硕士复试录取</w:t>
      </w:r>
    </w:p>
    <w:p>
      <w:r>
        <w:t>博士报考信息</w:t>
      </w:r>
    </w:p>
    <w:p>
      <w:r>
        <w:t>博士复试录取</w:t>
      </w:r>
    </w:p>
    <w:p>
      <w:r>
        <w:t>推免生接收</w:t>
      </w:r>
    </w:p>
    <w:p>
      <w:r>
        <w:t>同等学力</w:t>
      </w:r>
    </w:p>
    <w:p>
      <w:r>
        <w:t>港澳台招生</w:t>
      </w:r>
    </w:p>
    <w:p>
      <w:r>
        <w:t>招生工作进展</w:t>
      </w:r>
    </w:p>
    <w:p>
      <w:r>
        <w:t>推免生接收</w:t>
      </w:r>
    </w:p>
    <w:p>
      <w:r>
        <w:t>济南大学2026年各招生单位接收推免生复试方案及安排 2025-09-22</w:t>
      </w:r>
    </w:p>
    <w:p>
      <w:r>
        <w:t>济南大学2026年接收推免生复试工作暂行办法 2025-09-19</w:t>
      </w:r>
    </w:p>
    <w:p>
      <w:r>
        <w:t>济南大学2026年接收推免生工作章程 2025-09-19</w:t>
      </w:r>
    </w:p>
    <w:p>
      <w:r>
        <w:t>济南大学2025年各招生单位接收推免生复试方案及安排 2024-09-27</w:t>
      </w:r>
    </w:p>
    <w:p>
      <w:r>
        <w:t>济南大学2025年接收推免生工作章程 2024-09-27</w:t>
      </w:r>
    </w:p>
    <w:p>
      <w:r>
        <w:t>济南大学2025年接收推免生复试工作暂行办法 2024-09-27</w:t>
      </w:r>
    </w:p>
    <w:p>
      <w:r>
        <w:t>2024年济南大学各招生单位接受推免生复试方案及安排 2023-09-27</w:t>
      </w:r>
    </w:p>
    <w:p>
      <w:r>
        <w:t>济南大学2024年接收推免生复试工作暂行办法 2023-09-25</w:t>
      </w:r>
    </w:p>
    <w:p>
      <w:r>
        <w:t>济南大学2024年接收推免生工作章程 2023-09-25</w:t>
      </w:r>
    </w:p>
    <w:p>
      <w:r>
        <w:t>2023年各学院推免生复试录取方案及安排 2022-09-30</w:t>
      </w:r>
    </w:p>
    <w:p>
      <w:r>
        <w:t>共48条 1/5</w:t>
      </w:r>
    </w:p>
    <w:p>
      <w:r>
        <w:t>首页上页下页尾页 页</w:t>
      </w:r>
    </w:p>
    <w:p>
      <w:r>
        <w:t>扫一扫，关注官方微信</w:t>
      </w:r>
    </w:p>
    <w:p>
      <w:r>
        <w:t>扫一扫，关注考研问答</w:t>
      </w:r>
    </w:p>
    <w:p>
      <w:r>
        <w:t>地址：山东省济南市南辛庄西路336号 邮编：250022 电话：0531-82765949，89736986 传真：0531-82765949 E-mail：yzb@ujn.edu.cn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