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浙江工业大学2026年拟接收推荐免试硕士研究生、直博生名单</w:t>
      </w:r>
    </w:p>
    <w:p>
      <w:r>
        <w:t>发布时间：未标注</w:t>
      </w:r>
    </w:p>
    <w:p>
      <w:r>
        <w:t>来源URL：http://www.yz.zjut.edu.cn/_upload/article/files/0e/d7/1dd8bbfa4e5383c3b51249e7ef9d/e7379bf3-8382-4e8d-a67a-145a85916bfc.pdf</w:t>
      </w:r>
    </w:p>
    <w:p>
      <w:r>
        <w:t>========================================</w:t>
      </w:r>
    </w:p>
    <w:p>
      <w:r>
        <w:t>浙江工业大学2026年拟接收推荐免试硕士研究生、直博生名单</w:t>
      </w:r>
    </w:p>
    <w:p>
      <w:r>
        <w:t>序号</w:t>
      </w:r>
    </w:p>
    <w:p>
      <w:r>
        <w:t>姓名</w:t>
      </w:r>
    </w:p>
    <w:p>
      <w:r>
        <w:t>身份证号（保密）</w:t>
      </w:r>
    </w:p>
    <w:p>
      <w:r>
        <w:t>性别</w:t>
      </w:r>
    </w:p>
    <w:p>
      <w:r>
        <w:t>拟录取类型拟录取学院</w:t>
      </w:r>
    </w:p>
    <w:p>
      <w:r>
        <w:t>代码</w:t>
      </w:r>
    </w:p>
    <w:p>
      <w:r>
        <w:t>拟录取学院名称</w:t>
      </w:r>
    </w:p>
    <w:p>
      <w:r>
        <w:t>拟录取专业</w:t>
      </w:r>
    </w:p>
    <w:p>
      <w:r>
        <w:t>代码</w:t>
      </w:r>
    </w:p>
    <w:p>
      <w:r>
        <w:t>拟录取专业名称</w:t>
      </w:r>
    </w:p>
    <w:p>
      <w:r>
        <w:t>1</w:t>
      </w:r>
    </w:p>
    <w:p>
      <w:r>
        <w:t>蒋贤宇</w:t>
      </w:r>
    </w:p>
    <w:p>
      <w:r>
        <w:t>331082********2612</w:t>
      </w:r>
    </w:p>
    <w:p>
      <w:r>
        <w:t>男</w:t>
      </w:r>
    </w:p>
    <w:p>
      <w:r>
        <w:t>硕士</w:t>
      </w:r>
    </w:p>
    <w:p>
      <w:r>
        <w:t>001</w:t>
      </w:r>
    </w:p>
    <w:p>
      <w:r>
        <w:t>化学工程学院</w:t>
      </w:r>
    </w:p>
    <w:p>
      <w:r>
        <w:t>070300</w:t>
      </w:r>
    </w:p>
    <w:p>
      <w:r>
        <w:t>化学</w:t>
      </w:r>
    </w:p>
    <w:p>
      <w:r>
        <w:t>2</w:t>
      </w:r>
    </w:p>
    <w:p>
      <w:r>
        <w:t>俞永嘉</w:t>
      </w:r>
    </w:p>
    <w:p>
      <w:r>
        <w:t>330106********5515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3</w:t>
      </w:r>
    </w:p>
    <w:p>
      <w:r>
        <w:t>朱鑫禹</w:t>
      </w:r>
    </w:p>
    <w:p>
      <w:r>
        <w:t>331081********7458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4</w:t>
      </w:r>
    </w:p>
    <w:p>
      <w:r>
        <w:t>于坤宏</w:t>
      </w:r>
    </w:p>
    <w:p>
      <w:r>
        <w:t>511602********7292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5</w:t>
      </w:r>
    </w:p>
    <w:p>
      <w:r>
        <w:t>顾陆屹</w:t>
      </w:r>
    </w:p>
    <w:p>
      <w:r>
        <w:t>330481********0014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6</w:t>
      </w:r>
    </w:p>
    <w:p>
      <w:r>
        <w:t>陈宇晨</w:t>
      </w:r>
    </w:p>
    <w:p>
      <w:r>
        <w:t>331081********9311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7</w:t>
      </w:r>
    </w:p>
    <w:p>
      <w:r>
        <w:t>陆康昊</w:t>
      </w:r>
    </w:p>
    <w:p>
      <w:r>
        <w:t>331082********8551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8</w:t>
      </w:r>
    </w:p>
    <w:p>
      <w:r>
        <w:t>赵轩</w:t>
      </w:r>
    </w:p>
    <w:p>
      <w:r>
        <w:t>130925********7214</w:t>
      </w:r>
    </w:p>
    <w:p>
      <w:r>
        <w:t>男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9</w:t>
      </w:r>
    </w:p>
    <w:p>
      <w:r>
        <w:t>李娜</w:t>
      </w:r>
    </w:p>
    <w:p>
      <w:r>
        <w:t>360123********0080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10</w:t>
      </w:r>
    </w:p>
    <w:p>
      <w:r>
        <w:t>郑怡涵</w:t>
      </w:r>
    </w:p>
    <w:p>
      <w:r>
        <w:t>410185********0149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11</w:t>
      </w:r>
    </w:p>
    <w:p>
      <w:r>
        <w:t>樊珑瑜</w:t>
      </w:r>
    </w:p>
    <w:p>
      <w:r>
        <w:t>330602********3547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12</w:t>
      </w:r>
    </w:p>
    <w:p>
      <w:r>
        <w:t>邹辛欣</w:t>
      </w:r>
    </w:p>
    <w:p>
      <w:r>
        <w:t>330722********2326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13</w:t>
      </w:r>
    </w:p>
    <w:p>
      <w:r>
        <w:t>王可泉</w:t>
      </w:r>
    </w:p>
    <w:p>
      <w:r>
        <w:t>330523********0042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14</w:t>
      </w:r>
    </w:p>
    <w:p>
      <w:r>
        <w:t>江敏忆</w:t>
      </w:r>
    </w:p>
    <w:p>
      <w:r>
        <w:t>331081********4028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15</w:t>
      </w:r>
    </w:p>
    <w:p>
      <w:r>
        <w:t>方嘉琳</w:t>
      </w:r>
    </w:p>
    <w:p>
      <w:r>
        <w:t>330282********7784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16</w:t>
      </w:r>
    </w:p>
    <w:p>
      <w:r>
        <w:t>程梦瑶</w:t>
      </w:r>
    </w:p>
    <w:p>
      <w:r>
        <w:t>610528********6629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17</w:t>
      </w:r>
    </w:p>
    <w:p>
      <w:r>
        <w:t>刘奕彤</w:t>
      </w:r>
    </w:p>
    <w:p>
      <w:r>
        <w:t>331004********0026</w:t>
      </w:r>
    </w:p>
    <w:p>
      <w:r>
        <w:t>女</w:t>
      </w:r>
    </w:p>
    <w:p>
      <w:r>
        <w:t>直博生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18</w:t>
      </w:r>
    </w:p>
    <w:p>
      <w:r>
        <w:t>孙哲楷</w:t>
      </w:r>
    </w:p>
    <w:p>
      <w:r>
        <w:t>330108********0211</w:t>
      </w:r>
    </w:p>
    <w:p>
      <w:r>
        <w:t>男</w:t>
      </w:r>
    </w:p>
    <w:p>
      <w:r>
        <w:t>硕士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19</w:t>
      </w:r>
    </w:p>
    <w:p>
      <w:r>
        <w:t>曾庆坤</w:t>
      </w:r>
    </w:p>
    <w:p>
      <w:r>
        <w:t>411524********3637</w:t>
      </w:r>
    </w:p>
    <w:p>
      <w:r>
        <w:t>男</w:t>
      </w:r>
    </w:p>
    <w:p>
      <w:r>
        <w:t>硕士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20</w:t>
      </w:r>
    </w:p>
    <w:p>
      <w:r>
        <w:t>黄田烨</w:t>
      </w:r>
    </w:p>
    <w:p>
      <w:r>
        <w:t>330327********5375</w:t>
      </w:r>
    </w:p>
    <w:p>
      <w:r>
        <w:t>男</w:t>
      </w:r>
    </w:p>
    <w:p>
      <w:r>
        <w:t>硕士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21</w:t>
      </w:r>
    </w:p>
    <w:p>
      <w:r>
        <w:t>陈镜儒</w:t>
      </w:r>
    </w:p>
    <w:p>
      <w:r>
        <w:t>330204********1015</w:t>
      </w:r>
    </w:p>
    <w:p>
      <w:r>
        <w:t>男</w:t>
      </w:r>
    </w:p>
    <w:p>
      <w:r>
        <w:t>硕士</w:t>
      </w:r>
    </w:p>
    <w:p>
      <w:r>
        <w:t>001</w:t>
      </w:r>
    </w:p>
    <w:p>
      <w:r>
        <w:t>化学工程学院</w:t>
      </w:r>
    </w:p>
    <w:p>
      <w:r>
        <w:t>081700</w:t>
      </w:r>
    </w:p>
    <w:p>
      <w:r>
        <w:t>化学工程与技术</w:t>
      </w:r>
    </w:p>
    <w:p>
      <w:r>
        <w:t>22</w:t>
      </w:r>
    </w:p>
    <w:p>
      <w:r>
        <w:t>朱弈阔</w:t>
      </w:r>
    </w:p>
    <w:p>
      <w:r>
        <w:t>331024********0056</w:t>
      </w:r>
    </w:p>
    <w:p>
      <w:r>
        <w:t>男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23</w:t>
      </w:r>
    </w:p>
    <w:p>
      <w:r>
        <w:t>张随严</w:t>
      </w:r>
    </w:p>
    <w:p>
      <w:r>
        <w:t>610902********0138</w:t>
      </w:r>
    </w:p>
    <w:p>
      <w:r>
        <w:t>男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24</w:t>
      </w:r>
    </w:p>
    <w:p>
      <w:r>
        <w:t>杨佳豪</w:t>
      </w:r>
    </w:p>
    <w:p>
      <w:r>
        <w:t>330184********1012</w:t>
      </w:r>
    </w:p>
    <w:p>
      <w:r>
        <w:t>男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25</w:t>
      </w:r>
    </w:p>
    <w:p>
      <w:r>
        <w:t>洪康彬</w:t>
      </w:r>
    </w:p>
    <w:p>
      <w:r>
        <w:t>350623********5718</w:t>
      </w:r>
    </w:p>
    <w:p>
      <w:r>
        <w:t>男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26</w:t>
      </w:r>
    </w:p>
    <w:p>
      <w:r>
        <w:t>张磊</w:t>
      </w:r>
    </w:p>
    <w:p>
      <w:r>
        <w:t>371421********421X</w:t>
      </w:r>
    </w:p>
    <w:p>
      <w:r>
        <w:t>男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27</w:t>
      </w:r>
    </w:p>
    <w:p>
      <w:r>
        <w:t>周敏之</w:t>
      </w:r>
    </w:p>
    <w:p>
      <w:r>
        <w:t>330103********2040</w:t>
      </w:r>
    </w:p>
    <w:p>
      <w:r>
        <w:t>女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28</w:t>
      </w:r>
    </w:p>
    <w:p>
      <w:r>
        <w:t>叶书荧</w:t>
      </w:r>
    </w:p>
    <w:p>
      <w:r>
        <w:t>330424********0022</w:t>
      </w:r>
    </w:p>
    <w:p>
      <w:r>
        <w:t>女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29</w:t>
      </w:r>
    </w:p>
    <w:p>
      <w:r>
        <w:t>赖天遥</w:t>
      </w:r>
    </w:p>
    <w:p>
      <w:r>
        <w:t>330106********0846</w:t>
      </w:r>
    </w:p>
    <w:p>
      <w:r>
        <w:t>女</w:t>
      </w:r>
    </w:p>
    <w:p>
      <w:r>
        <w:t>直博生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30</w:t>
      </w:r>
    </w:p>
    <w:p>
      <w:r>
        <w:t>杨浩琛</w:t>
      </w:r>
    </w:p>
    <w:p>
      <w:r>
        <w:t>331004********1213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31</w:t>
      </w:r>
    </w:p>
    <w:p>
      <w:r>
        <w:t>施迦南</w:t>
      </w:r>
    </w:p>
    <w:p>
      <w:r>
        <w:t>330227********055X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32</w:t>
      </w:r>
    </w:p>
    <w:p>
      <w:r>
        <w:t>王翔</w:t>
      </w:r>
    </w:p>
    <w:p>
      <w:r>
        <w:t>332528********0816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33</w:t>
      </w:r>
    </w:p>
    <w:p>
      <w:r>
        <w:t>林亮</w:t>
      </w:r>
    </w:p>
    <w:p>
      <w:r>
        <w:t>330327********3711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34</w:t>
      </w:r>
    </w:p>
    <w:p>
      <w:r>
        <w:t>陈柏宇</w:t>
      </w:r>
    </w:p>
    <w:p>
      <w:r>
        <w:t>511112********0011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35</w:t>
      </w:r>
    </w:p>
    <w:p>
      <w:r>
        <w:t>罗宇琦</w:t>
      </w:r>
    </w:p>
    <w:p>
      <w:r>
        <w:t>330281********3325</w:t>
      </w:r>
    </w:p>
    <w:p>
      <w:r>
        <w:t>女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36</w:t>
      </w:r>
    </w:p>
    <w:p>
      <w:r>
        <w:t>朱容容</w:t>
      </w:r>
    </w:p>
    <w:p>
      <w:r>
        <w:t>430481********0243</w:t>
      </w:r>
    </w:p>
    <w:p>
      <w:r>
        <w:t>女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37</w:t>
      </w:r>
    </w:p>
    <w:p>
      <w:r>
        <w:t>王艺霏</w:t>
      </w:r>
    </w:p>
    <w:p>
      <w:r>
        <w:t>530102********7322</w:t>
      </w:r>
    </w:p>
    <w:p>
      <w:r>
        <w:t>女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38</w:t>
      </w:r>
    </w:p>
    <w:p>
      <w:r>
        <w:t>丁莎莎</w:t>
      </w:r>
    </w:p>
    <w:p>
      <w:r>
        <w:t>360731********382X</w:t>
      </w:r>
    </w:p>
    <w:p>
      <w:r>
        <w:t>女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080200</w:t>
      </w:r>
    </w:p>
    <w:p>
      <w:r>
        <w:t>机械工程</w:t>
      </w:r>
    </w:p>
    <w:p>
      <w:r>
        <w:t>39</w:t>
      </w:r>
    </w:p>
    <w:p>
      <w:r>
        <w:t>方文启</w:t>
      </w:r>
    </w:p>
    <w:p>
      <w:r>
        <w:t>330382********4913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40</w:t>
      </w:r>
    </w:p>
    <w:p>
      <w:r>
        <w:t>丁宇豪</w:t>
      </w:r>
    </w:p>
    <w:p>
      <w:r>
        <w:t>331002********0616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41</w:t>
      </w:r>
    </w:p>
    <w:p>
      <w:r>
        <w:t>沈世策</w:t>
      </w:r>
    </w:p>
    <w:p>
      <w:r>
        <w:t>330327********0615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42</w:t>
      </w:r>
    </w:p>
    <w:p>
      <w:r>
        <w:t>陈聪</w:t>
      </w:r>
    </w:p>
    <w:p>
      <w:r>
        <w:t>330181********7616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43</w:t>
      </w:r>
    </w:p>
    <w:p>
      <w:r>
        <w:t>徐宏基</w:t>
      </w:r>
    </w:p>
    <w:p>
      <w:r>
        <w:t>330227********8217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44</w:t>
      </w:r>
    </w:p>
    <w:p>
      <w:r>
        <w:t>郑叶灏</w:t>
      </w:r>
    </w:p>
    <w:p>
      <w:r>
        <w:t>330381********611X</w:t>
      </w:r>
    </w:p>
    <w:p>
      <w:r>
        <w:t>男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45</w:t>
      </w:r>
    </w:p>
    <w:p>
      <w:r>
        <w:t>陈思</w:t>
      </w:r>
    </w:p>
    <w:p>
      <w:r>
        <w:t>330181********212X</w:t>
      </w:r>
    </w:p>
    <w:p>
      <w:r>
        <w:t>女</w:t>
      </w:r>
    </w:p>
    <w:p>
      <w:r>
        <w:t>硕士</w:t>
      </w:r>
    </w:p>
    <w:p>
      <w:r>
        <w:t>002</w:t>
      </w:r>
    </w:p>
    <w:p>
      <w:r>
        <w:t>机械工程学院</w:t>
      </w:r>
    </w:p>
    <w:p>
      <w:r>
        <w:t>085500</w:t>
      </w:r>
    </w:p>
    <w:p>
      <w:r>
        <w:t>机械</w:t>
      </w:r>
    </w:p>
    <w:p>
      <w:r>
        <w:t>46</w:t>
      </w:r>
    </w:p>
    <w:p>
      <w:r>
        <w:t>王志晨</w:t>
      </w:r>
    </w:p>
    <w:p>
      <w:r>
        <w:t>331082********8117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47</w:t>
      </w:r>
    </w:p>
    <w:p>
      <w:r>
        <w:t>冯孙栋</w:t>
      </w:r>
    </w:p>
    <w:p>
      <w:r>
        <w:t>330282********0013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48</w:t>
      </w:r>
    </w:p>
    <w:p>
      <w:r>
        <w:t>黄星雨</w:t>
      </w:r>
    </w:p>
    <w:p>
      <w:r>
        <w:t>331004********0610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49</w:t>
      </w:r>
    </w:p>
    <w:p>
      <w:r>
        <w:t>周瑞</w:t>
      </w:r>
    </w:p>
    <w:p>
      <w:r>
        <w:t>330781********6318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50</w:t>
      </w:r>
    </w:p>
    <w:p>
      <w:r>
        <w:t>吴家树</w:t>
      </w:r>
    </w:p>
    <w:p>
      <w:r>
        <w:t>330106********4018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51</w:t>
      </w:r>
    </w:p>
    <w:p>
      <w:r>
        <w:t>潘瑞诚</w:t>
      </w:r>
    </w:p>
    <w:p>
      <w:r>
        <w:t>331004********2237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52</w:t>
      </w:r>
    </w:p>
    <w:p>
      <w:r>
        <w:t>闻震宇</w:t>
      </w:r>
    </w:p>
    <w:p>
      <w:r>
        <w:t>330281********0636</w:t>
      </w:r>
    </w:p>
    <w:p>
      <w:r>
        <w:t>男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53</w:t>
      </w:r>
    </w:p>
    <w:p>
      <w:r>
        <w:t>吴昕颖</w:t>
      </w:r>
    </w:p>
    <w:p>
      <w:r>
        <w:t>330106********2442</w:t>
      </w:r>
    </w:p>
    <w:p>
      <w:r>
        <w:t>女</w:t>
      </w:r>
    </w:p>
    <w:p>
      <w:r>
        <w:t>直博生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54</w:t>
      </w:r>
    </w:p>
    <w:p>
      <w:r>
        <w:t>马海棠</w:t>
      </w:r>
    </w:p>
    <w:p>
      <w:r>
        <w:t>330521********2519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081000</w:t>
      </w:r>
    </w:p>
    <w:p>
      <w:r>
        <w:t>信息与通信工程</w:t>
      </w:r>
    </w:p>
    <w:p>
      <w:r>
        <w:t>55</w:t>
      </w:r>
    </w:p>
    <w:p>
      <w:r>
        <w:t>金成盛</w:t>
      </w:r>
    </w:p>
    <w:p>
      <w:r>
        <w:t>331023********531X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081000</w:t>
      </w:r>
    </w:p>
    <w:p>
      <w:r>
        <w:t>信息与通信工程</w:t>
      </w:r>
    </w:p>
    <w:p>
      <w:r>
        <w:t>56</w:t>
      </w:r>
    </w:p>
    <w:p>
      <w:r>
        <w:t>李景文</w:t>
      </w:r>
    </w:p>
    <w:p>
      <w:r>
        <w:t>411081********5654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57</w:t>
      </w:r>
    </w:p>
    <w:p>
      <w:r>
        <w:t>王舒亮</w:t>
      </w:r>
    </w:p>
    <w:p>
      <w:r>
        <w:t>330185********4619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58</w:t>
      </w:r>
    </w:p>
    <w:p>
      <w:r>
        <w:t>陈雅旗</w:t>
      </w:r>
    </w:p>
    <w:p>
      <w:r>
        <w:t>341522********6984</w:t>
      </w:r>
    </w:p>
    <w:p>
      <w:r>
        <w:t>女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59</w:t>
      </w:r>
    </w:p>
    <w:p>
      <w:r>
        <w:t>满紫晗</w:t>
      </w:r>
    </w:p>
    <w:p>
      <w:r>
        <w:t>370826********4625</w:t>
      </w:r>
    </w:p>
    <w:p>
      <w:r>
        <w:t>女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081100</w:t>
      </w:r>
    </w:p>
    <w:p>
      <w:r>
        <w:t>控制科学与工程</w:t>
      </w:r>
    </w:p>
    <w:p>
      <w:r>
        <w:t>60</w:t>
      </w:r>
    </w:p>
    <w:p>
      <w:r>
        <w:t>谢圣奥</w:t>
      </w:r>
    </w:p>
    <w:p>
      <w:r>
        <w:t>331081********4811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085402</w:t>
      </w:r>
    </w:p>
    <w:p>
      <w:r>
        <w:t>通信工程（含宽带网络、移动通信等）</w:t>
      </w:r>
    </w:p>
    <w:p>
      <w:r>
        <w:t>61</w:t>
      </w:r>
    </w:p>
    <w:p>
      <w:r>
        <w:t>江映毅</w:t>
      </w:r>
    </w:p>
    <w:p>
      <w:r>
        <w:t>331081********5942</w:t>
      </w:r>
    </w:p>
    <w:p>
      <w:r>
        <w:t>女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085402</w:t>
      </w:r>
    </w:p>
    <w:p>
      <w:r>
        <w:t>通信工程（含宽带网络、移动通信等）</w:t>
      </w:r>
    </w:p>
    <w:p>
      <w:r>
        <w:t>62</w:t>
      </w:r>
    </w:p>
    <w:p>
      <w:r>
        <w:t>郑士杰</w:t>
      </w:r>
    </w:p>
    <w:p>
      <w:r>
        <w:t>330328********4712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085406</w:t>
      </w:r>
    </w:p>
    <w:p>
      <w:r>
        <w:t>控制工程</w:t>
      </w:r>
    </w:p>
    <w:p>
      <w:r>
        <w:t>63</w:t>
      </w:r>
    </w:p>
    <w:p>
      <w:r>
        <w:t>李徐鑫</w:t>
      </w:r>
    </w:p>
    <w:p>
      <w:r>
        <w:t>331003********2978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085406</w:t>
      </w:r>
    </w:p>
    <w:p>
      <w:r>
        <w:t>控制工程</w:t>
      </w:r>
    </w:p>
    <w:p>
      <w:r>
        <w:t>64</w:t>
      </w:r>
    </w:p>
    <w:p>
      <w:r>
        <w:t>陆璐</w:t>
      </w:r>
    </w:p>
    <w:p>
      <w:r>
        <w:t>410102********0122</w:t>
      </w:r>
    </w:p>
    <w:p>
      <w:r>
        <w:t>女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085406</w:t>
      </w:r>
    </w:p>
    <w:p>
      <w:r>
        <w:t>控制工程</w:t>
      </w:r>
    </w:p>
    <w:p>
      <w:r>
        <w:t>65</w:t>
      </w:r>
    </w:p>
    <w:p>
      <w:r>
        <w:t>黄容诚</w:t>
      </w:r>
    </w:p>
    <w:p>
      <w:r>
        <w:t>330203********3038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085801</w:t>
      </w:r>
    </w:p>
    <w:p>
      <w:r>
        <w:t>电气工程</w:t>
      </w:r>
    </w:p>
    <w:p>
      <w:r>
        <w:t>66</w:t>
      </w:r>
    </w:p>
    <w:p>
      <w:r>
        <w:t>余仁飞</w:t>
      </w:r>
    </w:p>
    <w:p>
      <w:r>
        <w:t>361128********5314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085801</w:t>
      </w:r>
    </w:p>
    <w:p>
      <w:r>
        <w:t>电气工程</w:t>
      </w:r>
    </w:p>
    <w:p>
      <w:r>
        <w:t>67</w:t>
      </w:r>
    </w:p>
    <w:p>
      <w:r>
        <w:t>厉航名</w:t>
      </w:r>
    </w:p>
    <w:p>
      <w:r>
        <w:t>330281********2537</w:t>
      </w:r>
    </w:p>
    <w:p>
      <w:r>
        <w:t>男</w:t>
      </w:r>
    </w:p>
    <w:p>
      <w:r>
        <w:t>硕士</w:t>
      </w:r>
    </w:p>
    <w:p>
      <w:r>
        <w:t>003</w:t>
      </w:r>
    </w:p>
    <w:p>
      <w:r>
        <w:t>信息工程学院</w:t>
      </w:r>
    </w:p>
    <w:p>
      <w:r>
        <w:t>085801</w:t>
      </w:r>
    </w:p>
    <w:p>
      <w:r>
        <w:t>电气工程</w:t>
      </w:r>
    </w:p>
    <w:p>
      <w:r>
        <w:t>68</w:t>
      </w:r>
    </w:p>
    <w:p>
      <w:r>
        <w:t>雷昌乐</w:t>
      </w:r>
    </w:p>
    <w:p>
      <w:r>
        <w:t>320826********3017</w:t>
      </w:r>
    </w:p>
    <w:p>
      <w:r>
        <w:t>男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120100</w:t>
      </w:r>
    </w:p>
    <w:p>
      <w:r>
        <w:t>管理科学与工程</w:t>
      </w:r>
    </w:p>
    <w:p>
      <w:r>
        <w:t>69</w:t>
      </w:r>
    </w:p>
    <w:p>
      <w:r>
        <w:t>李朋</w:t>
      </w:r>
    </w:p>
    <w:p>
      <w:r>
        <w:t>341203********4010</w:t>
      </w:r>
    </w:p>
    <w:p>
      <w:r>
        <w:t>男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120100</w:t>
      </w:r>
    </w:p>
    <w:p>
      <w:r>
        <w:t>管理科学与工程</w:t>
      </w:r>
    </w:p>
    <w:p>
      <w:r>
        <w:t>70</w:t>
      </w:r>
    </w:p>
    <w:p>
      <w:r>
        <w:t>肖瑶</w:t>
      </w:r>
    </w:p>
    <w:p>
      <w:r>
        <w:t>362204********7426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120100</w:t>
      </w:r>
    </w:p>
    <w:p>
      <w:r>
        <w:t>管理科学与工程</w:t>
      </w:r>
    </w:p>
    <w:p>
      <w:r>
        <w:t>71</w:t>
      </w:r>
    </w:p>
    <w:p>
      <w:r>
        <w:t>冯圣皓</w:t>
      </w:r>
    </w:p>
    <w:p>
      <w:r>
        <w:t>330682********0019</w:t>
      </w:r>
    </w:p>
    <w:p>
      <w:r>
        <w:t>男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72</w:t>
      </w:r>
    </w:p>
    <w:p>
      <w:r>
        <w:t>陈晓煜</w:t>
      </w:r>
    </w:p>
    <w:p>
      <w:r>
        <w:t>330103********2011</w:t>
      </w:r>
    </w:p>
    <w:p>
      <w:r>
        <w:t>男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73</w:t>
      </w:r>
    </w:p>
    <w:p>
      <w:r>
        <w:t>徐泽昊</w:t>
      </w:r>
    </w:p>
    <w:p>
      <w:r>
        <w:t>330784********0030</w:t>
      </w:r>
    </w:p>
    <w:p>
      <w:r>
        <w:t>男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74</w:t>
      </w:r>
    </w:p>
    <w:p>
      <w:r>
        <w:t>陶书海</w:t>
      </w:r>
    </w:p>
    <w:p>
      <w:r>
        <w:t>330329********1439</w:t>
      </w:r>
    </w:p>
    <w:p>
      <w:r>
        <w:t>男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75</w:t>
      </w:r>
    </w:p>
    <w:p>
      <w:r>
        <w:t>陆婉婷</w:t>
      </w:r>
    </w:p>
    <w:p>
      <w:r>
        <w:t>330110********5023</w:t>
      </w:r>
    </w:p>
    <w:p>
      <w:r>
        <w:t>女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76</w:t>
      </w:r>
    </w:p>
    <w:p>
      <w:r>
        <w:t>叶关盈</w:t>
      </w:r>
    </w:p>
    <w:p>
      <w:r>
        <w:t>332528********5021</w:t>
      </w:r>
    </w:p>
    <w:p>
      <w:r>
        <w:t>女</w:t>
      </w:r>
    </w:p>
    <w:p>
      <w:r>
        <w:t>直博生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77</w:t>
      </w:r>
    </w:p>
    <w:p>
      <w:r>
        <w:t>范鑫</w:t>
      </w:r>
    </w:p>
    <w:p>
      <w:r>
        <w:t>430624********017X</w:t>
      </w:r>
    </w:p>
    <w:p>
      <w:r>
        <w:t>男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78</w:t>
      </w:r>
    </w:p>
    <w:p>
      <w:r>
        <w:t>骆景飒</w:t>
      </w:r>
    </w:p>
    <w:p>
      <w:r>
        <w:t>330683********0413</w:t>
      </w:r>
    </w:p>
    <w:p>
      <w:r>
        <w:t>男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79</w:t>
      </w:r>
    </w:p>
    <w:p>
      <w:r>
        <w:t>谢杨</w:t>
      </w:r>
    </w:p>
    <w:p>
      <w:r>
        <w:t>341622********9112</w:t>
      </w:r>
    </w:p>
    <w:p>
      <w:r>
        <w:t>男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80</w:t>
      </w:r>
    </w:p>
    <w:p>
      <w:r>
        <w:t>刘翔</w:t>
      </w:r>
    </w:p>
    <w:p>
      <w:r>
        <w:t>210421********2842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81</w:t>
      </w:r>
    </w:p>
    <w:p>
      <w:r>
        <w:t>苟娟娟</w:t>
      </w:r>
    </w:p>
    <w:p>
      <w:r>
        <w:t>520322********010X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82</w:t>
      </w:r>
    </w:p>
    <w:p>
      <w:r>
        <w:t>祝杨芸</w:t>
      </w:r>
    </w:p>
    <w:p>
      <w:r>
        <w:t>330881********3542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83</w:t>
      </w:r>
    </w:p>
    <w:p>
      <w:r>
        <w:t>徐悦颖</w:t>
      </w:r>
    </w:p>
    <w:p>
      <w:r>
        <w:t>330127********2723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84</w:t>
      </w:r>
    </w:p>
    <w:p>
      <w:r>
        <w:t>杜芷烨</w:t>
      </w:r>
    </w:p>
    <w:p>
      <w:r>
        <w:t>330326********0720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85</w:t>
      </w:r>
    </w:p>
    <w:p>
      <w:r>
        <w:t>王洋</w:t>
      </w:r>
    </w:p>
    <w:p>
      <w:r>
        <w:t>430682********8826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86</w:t>
      </w:r>
    </w:p>
    <w:p>
      <w:r>
        <w:t>邢紫蝶</w:t>
      </w:r>
    </w:p>
    <w:p>
      <w:r>
        <w:t>371725********0045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87</w:t>
      </w:r>
    </w:p>
    <w:p>
      <w:r>
        <w:t>徐檬莎</w:t>
      </w:r>
    </w:p>
    <w:p>
      <w:r>
        <w:t>330683********5640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88</w:t>
      </w:r>
    </w:p>
    <w:p>
      <w:r>
        <w:t>张依婷</w:t>
      </w:r>
    </w:p>
    <w:p>
      <w:r>
        <w:t>330104********5020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89</w:t>
      </w:r>
    </w:p>
    <w:p>
      <w:r>
        <w:t>沈诗慧</w:t>
      </w:r>
    </w:p>
    <w:p>
      <w:r>
        <w:t>330110********2622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90</w:t>
      </w:r>
    </w:p>
    <w:p>
      <w:r>
        <w:t>何鑫</w:t>
      </w:r>
    </w:p>
    <w:p>
      <w:r>
        <w:t>141034********0163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91</w:t>
      </w:r>
    </w:p>
    <w:p>
      <w:r>
        <w:t>厉佳慧</w:t>
      </w:r>
    </w:p>
    <w:p>
      <w:r>
        <w:t>330703********0025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92</w:t>
      </w:r>
    </w:p>
    <w:p>
      <w:r>
        <w:t>莫芷嫣</w:t>
      </w:r>
    </w:p>
    <w:p>
      <w:r>
        <w:t>330402********0923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93</w:t>
      </w:r>
    </w:p>
    <w:p>
      <w:r>
        <w:t>罗嘉佳</w:t>
      </w:r>
    </w:p>
    <w:p>
      <w:r>
        <w:t>350783********7521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94</w:t>
      </w:r>
    </w:p>
    <w:p>
      <w:r>
        <w:t>倪世莹</w:t>
      </w:r>
    </w:p>
    <w:p>
      <w:r>
        <w:t>371721********0940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95</w:t>
      </w:r>
    </w:p>
    <w:p>
      <w:r>
        <w:t>周雨倩</w:t>
      </w:r>
    </w:p>
    <w:p>
      <w:r>
        <w:t>330881********4928</w:t>
      </w:r>
    </w:p>
    <w:p>
      <w:r>
        <w:t>女</w:t>
      </w:r>
    </w:p>
    <w:p>
      <w:r>
        <w:t>硕士</w:t>
      </w:r>
    </w:p>
    <w:p>
      <w:r>
        <w:t>004</w:t>
      </w:r>
    </w:p>
    <w:p>
      <w:r>
        <w:t>管理学院</w:t>
      </w:r>
    </w:p>
    <w:p>
      <w:r>
        <w:t>120200</w:t>
      </w:r>
    </w:p>
    <w:p>
      <w:r>
        <w:t>工商管理学</w:t>
      </w:r>
    </w:p>
    <w:p>
      <w:r>
        <w:t>96</w:t>
      </w:r>
    </w:p>
    <w:p>
      <w:r>
        <w:t>邹子迪</w:t>
      </w:r>
    </w:p>
    <w:p>
      <w:r>
        <w:t>320282********8417</w:t>
      </w:r>
    </w:p>
    <w:p>
      <w:r>
        <w:t>男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97</w:t>
      </w:r>
    </w:p>
    <w:p>
      <w:r>
        <w:t>潘宇涛</w:t>
      </w:r>
    </w:p>
    <w:p>
      <w:r>
        <w:t>331002********0632</w:t>
      </w:r>
    </w:p>
    <w:p>
      <w:r>
        <w:t>男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98</w:t>
      </w:r>
    </w:p>
    <w:p>
      <w:r>
        <w:t>黄逸霄</w:t>
      </w:r>
    </w:p>
    <w:p>
      <w:r>
        <w:t>330102********2737</w:t>
      </w:r>
    </w:p>
    <w:p>
      <w:r>
        <w:t>男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99</w:t>
      </w:r>
    </w:p>
    <w:p>
      <w:r>
        <w:t>杨萌一</w:t>
      </w:r>
    </w:p>
    <w:p>
      <w:r>
        <w:t>331023********6222</w:t>
      </w:r>
    </w:p>
    <w:p>
      <w:r>
        <w:t>女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100</w:t>
      </w:r>
    </w:p>
    <w:p>
      <w:r>
        <w:t>张诗琪</w:t>
      </w:r>
    </w:p>
    <w:p>
      <w:r>
        <w:t>330483********0082</w:t>
      </w:r>
    </w:p>
    <w:p>
      <w:r>
        <w:t>女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101</w:t>
      </w:r>
    </w:p>
    <w:p>
      <w:r>
        <w:t>周李圆</w:t>
      </w:r>
    </w:p>
    <w:p>
      <w:r>
        <w:t>330681********8543</w:t>
      </w:r>
    </w:p>
    <w:p>
      <w:r>
        <w:t>女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102</w:t>
      </w:r>
    </w:p>
    <w:p>
      <w:r>
        <w:t>王圣露</w:t>
      </w:r>
    </w:p>
    <w:p>
      <w:r>
        <w:t>330683********7427</w:t>
      </w:r>
    </w:p>
    <w:p>
      <w:r>
        <w:t>女</w:t>
      </w:r>
    </w:p>
    <w:p>
      <w:r>
        <w:t>直博生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103</w:t>
      </w:r>
    </w:p>
    <w:p>
      <w:r>
        <w:t>张冉</w:t>
      </w:r>
    </w:p>
    <w:p>
      <w:r>
        <w:t>530325********0723</w:t>
      </w:r>
    </w:p>
    <w:p>
      <w:r>
        <w:t>女</w:t>
      </w:r>
    </w:p>
    <w:p>
      <w:r>
        <w:t>硕士</w:t>
      </w:r>
    </w:p>
    <w:p>
      <w:r>
        <w:t>005</w:t>
      </w:r>
    </w:p>
    <w:p>
      <w:r>
        <w:t>生物工程学院</w:t>
      </w:r>
    </w:p>
    <w:p>
      <w:r>
        <w:t>083600</w:t>
      </w:r>
    </w:p>
    <w:p>
      <w:r>
        <w:t>生物工程</w:t>
      </w:r>
    </w:p>
    <w:p>
      <w:r>
        <w:t>104</w:t>
      </w:r>
    </w:p>
    <w:p>
      <w:r>
        <w:t>宋俊杰</w:t>
      </w:r>
    </w:p>
    <w:p>
      <w:r>
        <w:t>340421********4815</w:t>
      </w:r>
    </w:p>
    <w:p>
      <w:r>
        <w:t>男</w:t>
      </w:r>
    </w:p>
    <w:p>
      <w:r>
        <w:t>直博生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105</w:t>
      </w:r>
    </w:p>
    <w:p>
      <w:r>
        <w:t>张旺</w:t>
      </w:r>
    </w:p>
    <w:p>
      <w:r>
        <w:t>522225********4811</w:t>
      </w:r>
    </w:p>
    <w:p>
      <w:r>
        <w:t>男</w:t>
      </w:r>
    </w:p>
    <w:p>
      <w:r>
        <w:t>直博生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106</w:t>
      </w:r>
    </w:p>
    <w:p>
      <w:r>
        <w:t>袁俊成</w:t>
      </w:r>
    </w:p>
    <w:p>
      <w:r>
        <w:t>330184********0039</w:t>
      </w:r>
    </w:p>
    <w:p>
      <w:r>
        <w:t>男</w:t>
      </w:r>
    </w:p>
    <w:p>
      <w:r>
        <w:t>直博生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107</w:t>
      </w:r>
    </w:p>
    <w:p>
      <w:r>
        <w:t>余佳翼</w:t>
      </w:r>
    </w:p>
    <w:p>
      <w:r>
        <w:t>330382********0050</w:t>
      </w:r>
    </w:p>
    <w:p>
      <w:r>
        <w:t>男</w:t>
      </w:r>
    </w:p>
    <w:p>
      <w:r>
        <w:t>直博生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108</w:t>
      </w:r>
    </w:p>
    <w:p>
      <w:r>
        <w:t>李建策</w:t>
      </w:r>
    </w:p>
    <w:p>
      <w:r>
        <w:t>361127********0011</w:t>
      </w:r>
    </w:p>
    <w:p>
      <w:r>
        <w:t>男</w:t>
      </w:r>
    </w:p>
    <w:p>
      <w:r>
        <w:t>硕士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109</w:t>
      </w:r>
    </w:p>
    <w:p>
      <w:r>
        <w:t>储畅然</w:t>
      </w:r>
    </w:p>
    <w:p>
      <w:r>
        <w:t>330211********0051</w:t>
      </w:r>
    </w:p>
    <w:p>
      <w:r>
        <w:t>男</w:t>
      </w:r>
    </w:p>
    <w:p>
      <w:r>
        <w:t>硕士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110</w:t>
      </w:r>
    </w:p>
    <w:p>
      <w:r>
        <w:t>钱妮可</w:t>
      </w:r>
    </w:p>
    <w:p>
      <w:r>
        <w:t>330683********124X</w:t>
      </w:r>
    </w:p>
    <w:p>
      <w:r>
        <w:t>女</w:t>
      </w:r>
    </w:p>
    <w:p>
      <w:r>
        <w:t>硕士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111</w:t>
      </w:r>
    </w:p>
    <w:p>
      <w:r>
        <w:t>白广艳</w:t>
      </w:r>
    </w:p>
    <w:p>
      <w:r>
        <w:t>522732********2640</w:t>
      </w:r>
    </w:p>
    <w:p>
      <w:r>
        <w:t>女</w:t>
      </w:r>
    </w:p>
    <w:p>
      <w:r>
        <w:t>硕士</w:t>
      </w:r>
    </w:p>
    <w:p>
      <w:r>
        <w:t>006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112</w:t>
      </w:r>
    </w:p>
    <w:p>
      <w:r>
        <w:t>江圣贤</w:t>
      </w:r>
    </w:p>
    <w:p>
      <w:r>
        <w:t>331081********4853</w:t>
      </w:r>
    </w:p>
    <w:p>
      <w:r>
        <w:t>男</w:t>
      </w:r>
    </w:p>
    <w:p>
      <w:r>
        <w:t>硕士</w:t>
      </w:r>
    </w:p>
    <w:p>
      <w:r>
        <w:t>006</w:t>
      </w:r>
    </w:p>
    <w:p>
      <w:r>
        <w:t>土木工程学院</w:t>
      </w:r>
    </w:p>
    <w:p>
      <w:r>
        <w:t>085900</w:t>
      </w:r>
    </w:p>
    <w:p>
      <w:r>
        <w:t>土木水利</w:t>
      </w:r>
    </w:p>
    <w:p>
      <w:r>
        <w:t>113</w:t>
      </w:r>
    </w:p>
    <w:p>
      <w:r>
        <w:t>田云燕</w:t>
      </w:r>
    </w:p>
    <w:p>
      <w:r>
        <w:t>511527********3620</w:t>
      </w:r>
    </w:p>
    <w:p>
      <w:r>
        <w:t>女</w:t>
      </w:r>
    </w:p>
    <w:p>
      <w:r>
        <w:t>直博生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114</w:t>
      </w:r>
    </w:p>
    <w:p>
      <w:r>
        <w:t>杨京豫</w:t>
      </w:r>
    </w:p>
    <w:p>
      <w:r>
        <w:t>411402********2544</w:t>
      </w:r>
    </w:p>
    <w:p>
      <w:r>
        <w:t>女</w:t>
      </w:r>
    </w:p>
    <w:p>
      <w:r>
        <w:t>直博生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115</w:t>
      </w:r>
    </w:p>
    <w:p>
      <w:r>
        <w:t>张晓倩</w:t>
      </w:r>
    </w:p>
    <w:p>
      <w:r>
        <w:t>330726********0345</w:t>
      </w:r>
    </w:p>
    <w:p>
      <w:r>
        <w:t>女</w:t>
      </w:r>
    </w:p>
    <w:p>
      <w:r>
        <w:t>直博生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116</w:t>
      </w:r>
    </w:p>
    <w:p>
      <w:r>
        <w:t>姜晨</w:t>
      </w:r>
    </w:p>
    <w:p>
      <w:r>
        <w:t>362425********0035</w:t>
      </w:r>
    </w:p>
    <w:p>
      <w:r>
        <w:t>男</w:t>
      </w:r>
    </w:p>
    <w:p>
      <w:r>
        <w:t>硕士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117</w:t>
      </w:r>
    </w:p>
    <w:p>
      <w:r>
        <w:t>汪锦惠</w:t>
      </w:r>
    </w:p>
    <w:p>
      <w:r>
        <w:t>330281********6822</w:t>
      </w:r>
    </w:p>
    <w:p>
      <w:r>
        <w:t>女</w:t>
      </w:r>
    </w:p>
    <w:p>
      <w:r>
        <w:t>硕士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118</w:t>
      </w:r>
    </w:p>
    <w:p>
      <w:r>
        <w:t>赵佳莹</w:t>
      </w:r>
    </w:p>
    <w:p>
      <w:r>
        <w:t>371526********372X</w:t>
      </w:r>
    </w:p>
    <w:p>
      <w:r>
        <w:t>女</w:t>
      </w:r>
    </w:p>
    <w:p>
      <w:r>
        <w:t>硕士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119</w:t>
      </w:r>
    </w:p>
    <w:p>
      <w:r>
        <w:t>瞿佳意</w:t>
      </w:r>
    </w:p>
    <w:p>
      <w:r>
        <w:t>330181********9224</w:t>
      </w:r>
    </w:p>
    <w:p>
      <w:r>
        <w:t>女</w:t>
      </w:r>
    </w:p>
    <w:p>
      <w:r>
        <w:t>硕士</w:t>
      </w:r>
    </w:p>
    <w:p>
      <w:r>
        <w:t>007</w:t>
      </w:r>
    </w:p>
    <w:p>
      <w:r>
        <w:t>药学院</w:t>
      </w:r>
    </w:p>
    <w:p>
      <w:r>
        <w:t>100700</w:t>
      </w:r>
    </w:p>
    <w:p>
      <w:r>
        <w:t>药学</w:t>
      </w:r>
    </w:p>
    <w:p>
      <w:r>
        <w:t>120</w:t>
      </w:r>
    </w:p>
    <w:p>
      <w:r>
        <w:t>叶依倩</w:t>
      </w:r>
    </w:p>
    <w:p>
      <w:r>
        <w:t>330381********6243</w:t>
      </w:r>
    </w:p>
    <w:p>
      <w:r>
        <w:t>女</w:t>
      </w:r>
    </w:p>
    <w:p>
      <w:r>
        <w:t>硕士</w:t>
      </w:r>
    </w:p>
    <w:p>
      <w:r>
        <w:t>007</w:t>
      </w:r>
    </w:p>
    <w:p>
      <w:r>
        <w:t>药学院</w:t>
      </w:r>
    </w:p>
    <w:p>
      <w:r>
        <w:t>105500</w:t>
      </w:r>
    </w:p>
    <w:p>
      <w:r>
        <w:t>药学</w:t>
      </w:r>
    </w:p>
    <w:p>
      <w:r>
        <w:t>121</w:t>
      </w:r>
    </w:p>
    <w:p>
      <w:r>
        <w:t>潘天成</w:t>
      </w:r>
    </w:p>
    <w:p>
      <w:r>
        <w:t>331002********0614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122</w:t>
      </w:r>
    </w:p>
    <w:p>
      <w:r>
        <w:t>王骋誉</w:t>
      </w:r>
    </w:p>
    <w:p>
      <w:r>
        <w:t>330181********273X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123</w:t>
      </w:r>
    </w:p>
    <w:p>
      <w:r>
        <w:t>吴文韬</w:t>
      </w:r>
    </w:p>
    <w:p>
      <w:r>
        <w:t>330825********4570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124</w:t>
      </w:r>
    </w:p>
    <w:p>
      <w:r>
        <w:t>梁琦帅</w:t>
      </w:r>
    </w:p>
    <w:p>
      <w:r>
        <w:t>430122********0314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125</w:t>
      </w:r>
    </w:p>
    <w:p>
      <w:r>
        <w:t>付皓州</w:t>
      </w:r>
    </w:p>
    <w:p>
      <w:r>
        <w:t>330303********3011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126</w:t>
      </w:r>
    </w:p>
    <w:p>
      <w:r>
        <w:t>林晨</w:t>
      </w:r>
    </w:p>
    <w:p>
      <w:r>
        <w:t>331081********4856</w:t>
      </w:r>
    </w:p>
    <w:p>
      <w:r>
        <w:t>男</w:t>
      </w:r>
    </w:p>
    <w:p>
      <w:r>
        <w:t>直博生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127</w:t>
      </w:r>
    </w:p>
    <w:p>
      <w:r>
        <w:t>杨启豪</w:t>
      </w:r>
    </w:p>
    <w:p>
      <w:r>
        <w:t>330382********4050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128</w:t>
      </w:r>
    </w:p>
    <w:p>
      <w:r>
        <w:t>陈杭</w:t>
      </w:r>
    </w:p>
    <w:p>
      <w:r>
        <w:t>330382********3619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129</w:t>
      </w:r>
    </w:p>
    <w:p>
      <w:r>
        <w:t>李乐言</w:t>
      </w:r>
    </w:p>
    <w:p>
      <w:r>
        <w:t>331002********0038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130</w:t>
      </w:r>
    </w:p>
    <w:p>
      <w:r>
        <w:t>马向东</w:t>
      </w:r>
    </w:p>
    <w:p>
      <w:r>
        <w:t>330724********3414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131</w:t>
      </w:r>
    </w:p>
    <w:p>
      <w:r>
        <w:t>林之夏</w:t>
      </w:r>
    </w:p>
    <w:p>
      <w:r>
        <w:t>330329********0014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132</w:t>
      </w:r>
    </w:p>
    <w:p>
      <w:r>
        <w:t>白天蔚</w:t>
      </w:r>
    </w:p>
    <w:p>
      <w:r>
        <w:t>620622********0019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133</w:t>
      </w:r>
    </w:p>
    <w:p>
      <w:r>
        <w:t>杨希韵</w:t>
      </w:r>
    </w:p>
    <w:p>
      <w:r>
        <w:t>330225********0043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134</w:t>
      </w:r>
    </w:p>
    <w:p>
      <w:r>
        <w:t>张耀丹</w:t>
      </w:r>
    </w:p>
    <w:p>
      <w:r>
        <w:t>331081********8423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135</w:t>
      </w:r>
    </w:p>
    <w:p>
      <w:r>
        <w:t>崔艺洁</w:t>
      </w:r>
    </w:p>
    <w:p>
      <w:r>
        <w:t>330106********4024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136</w:t>
      </w:r>
    </w:p>
    <w:p>
      <w:r>
        <w:t>郑伊丹</w:t>
      </w:r>
    </w:p>
    <w:p>
      <w:r>
        <w:t>330184********4127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137</w:t>
      </w:r>
    </w:p>
    <w:p>
      <w:r>
        <w:t>卢星悦</w:t>
      </w:r>
    </w:p>
    <w:p>
      <w:r>
        <w:t>330324********2109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138</w:t>
      </w:r>
    </w:p>
    <w:p>
      <w:r>
        <w:t>陈羽佳</w:t>
      </w:r>
    </w:p>
    <w:p>
      <w:r>
        <w:t>330106********5522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139</w:t>
      </w:r>
    </w:p>
    <w:p>
      <w:r>
        <w:t>李雯雯</w:t>
      </w:r>
    </w:p>
    <w:p>
      <w:r>
        <w:t>330181********5323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140</w:t>
      </w:r>
    </w:p>
    <w:p>
      <w:r>
        <w:t>任柃欣</w:t>
      </w:r>
    </w:p>
    <w:p>
      <w:r>
        <w:t>330682********5028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081200</w:t>
      </w:r>
    </w:p>
    <w:p>
      <w:r>
        <w:t>计算机科学与技术</w:t>
      </w:r>
    </w:p>
    <w:p>
      <w:r>
        <w:t>141</w:t>
      </w:r>
    </w:p>
    <w:p>
      <w:r>
        <w:t>朱鹏飞</w:t>
      </w:r>
    </w:p>
    <w:p>
      <w:r>
        <w:t>330324********3693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083500</w:t>
      </w:r>
    </w:p>
    <w:p>
      <w:r>
        <w:t>软件工程</w:t>
      </w:r>
    </w:p>
    <w:p>
      <w:r>
        <w:t>142</w:t>
      </w:r>
    </w:p>
    <w:p>
      <w:r>
        <w:t>姚浩然</w:t>
      </w:r>
    </w:p>
    <w:p>
      <w:r>
        <w:t>330106********1257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085404</w:t>
      </w:r>
    </w:p>
    <w:p>
      <w:r>
        <w:t>计算机技术</w:t>
      </w:r>
    </w:p>
    <w:p>
      <w:r>
        <w:t>143</w:t>
      </w:r>
    </w:p>
    <w:p>
      <w:r>
        <w:t>孙雨洲</w:t>
      </w:r>
    </w:p>
    <w:p>
      <w:r>
        <w:t>331023********0555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085404</w:t>
      </w:r>
    </w:p>
    <w:p>
      <w:r>
        <w:t>计算机技术</w:t>
      </w:r>
    </w:p>
    <w:p>
      <w:r>
        <w:t>144</w:t>
      </w:r>
    </w:p>
    <w:p>
      <w:r>
        <w:t>叶成涛</w:t>
      </w:r>
    </w:p>
    <w:p>
      <w:r>
        <w:t>330782********3030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085404</w:t>
      </w:r>
    </w:p>
    <w:p>
      <w:r>
        <w:t>计算机技术</w:t>
      </w:r>
    </w:p>
    <w:p>
      <w:r>
        <w:t>145</w:t>
      </w:r>
    </w:p>
    <w:p>
      <w:r>
        <w:t>严欣欣</w:t>
      </w:r>
    </w:p>
    <w:p>
      <w:r>
        <w:t>331102********1248</w:t>
      </w:r>
    </w:p>
    <w:p>
      <w:r>
        <w:t>女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085404</w:t>
      </w:r>
    </w:p>
    <w:p>
      <w:r>
        <w:t>计算机技术</w:t>
      </w:r>
    </w:p>
    <w:p>
      <w:r>
        <w:t>146</w:t>
      </w:r>
    </w:p>
    <w:p>
      <w:r>
        <w:t>余涵</w:t>
      </w:r>
    </w:p>
    <w:p>
      <w:r>
        <w:t>330326********0715</w:t>
      </w:r>
    </w:p>
    <w:p>
      <w:r>
        <w:t>男</w:t>
      </w:r>
    </w:p>
    <w:p>
      <w:r>
        <w:t>硕士</w:t>
      </w:r>
    </w:p>
    <w:p>
      <w:r>
        <w:t>008</w:t>
      </w:r>
    </w:p>
    <w:p>
      <w:r>
        <w:t>计算机科学与技术学院（软件学院）</w:t>
      </w:r>
    </w:p>
    <w:p>
      <w:r>
        <w:t>085405</w:t>
      </w:r>
    </w:p>
    <w:p>
      <w:r>
        <w:t>软件工程</w:t>
      </w:r>
    </w:p>
    <w:p>
      <w:r>
        <w:t>147</w:t>
      </w:r>
    </w:p>
    <w:p>
      <w:r>
        <w:t>陈钰楠</w:t>
      </w:r>
    </w:p>
    <w:p>
      <w:r>
        <w:t>330483********6421</w:t>
      </w:r>
    </w:p>
    <w:p>
      <w:r>
        <w:t>女</w:t>
      </w:r>
    </w:p>
    <w:p>
      <w:r>
        <w:t>直博生</w:t>
      </w:r>
    </w:p>
    <w:p>
      <w:r>
        <w:t>009</w:t>
      </w:r>
    </w:p>
    <w:p>
      <w:r>
        <w:t>物理学院</w:t>
      </w:r>
    </w:p>
    <w:p>
      <w:r>
        <w:t>070200</w:t>
      </w:r>
    </w:p>
    <w:p>
      <w:r>
        <w:t>物理学</w:t>
      </w:r>
    </w:p>
    <w:p>
      <w:r>
        <w:t>148</w:t>
      </w:r>
    </w:p>
    <w:p>
      <w:r>
        <w:t>王杰</w:t>
      </w:r>
    </w:p>
    <w:p>
      <w:r>
        <w:t>140621********0018</w:t>
      </w:r>
    </w:p>
    <w:p>
      <w:r>
        <w:t>男</w:t>
      </w:r>
    </w:p>
    <w:p>
      <w:r>
        <w:t>硕士</w:t>
      </w:r>
    </w:p>
    <w:p>
      <w:r>
        <w:t>009</w:t>
      </w:r>
    </w:p>
    <w:p>
      <w:r>
        <w:t>物理学院</w:t>
      </w:r>
    </w:p>
    <w:p>
      <w:r>
        <w:t>080300</w:t>
      </w:r>
    </w:p>
    <w:p>
      <w:r>
        <w:t>光学工程</w:t>
      </w:r>
    </w:p>
    <w:p>
      <w:r>
        <w:t>149</w:t>
      </w:r>
    </w:p>
    <w:p>
      <w:r>
        <w:t>郭晨阳</w:t>
      </w:r>
    </w:p>
    <w:p>
      <w:r>
        <w:t>331081********001X</w:t>
      </w:r>
    </w:p>
    <w:p>
      <w:r>
        <w:t>男</w:t>
      </w:r>
    </w:p>
    <w:p>
      <w:r>
        <w:t>硕士</w:t>
      </w:r>
    </w:p>
    <w:p>
      <w:r>
        <w:t>009</w:t>
      </w:r>
    </w:p>
    <w:p>
      <w:r>
        <w:t>物理学院</w:t>
      </w:r>
    </w:p>
    <w:p>
      <w:r>
        <w:t>080300</w:t>
      </w:r>
    </w:p>
    <w:p>
      <w:r>
        <w:t>光学工程</w:t>
      </w:r>
    </w:p>
    <w:p>
      <w:r>
        <w:t>150</w:t>
      </w:r>
    </w:p>
    <w:p>
      <w:r>
        <w:t>陈程星</w:t>
      </w:r>
    </w:p>
    <w:p>
      <w:r>
        <w:t>360123********2437</w:t>
      </w:r>
    </w:p>
    <w:p>
      <w:r>
        <w:t>男</w:t>
      </w:r>
    </w:p>
    <w:p>
      <w:r>
        <w:t>硕士</w:t>
      </w:r>
    </w:p>
    <w:p>
      <w:r>
        <w:t>009</w:t>
      </w:r>
    </w:p>
    <w:p>
      <w:r>
        <w:t>物理学院</w:t>
      </w:r>
    </w:p>
    <w:p>
      <w:r>
        <w:t>080300</w:t>
      </w:r>
    </w:p>
    <w:p>
      <w:r>
        <w:t>光学工程</w:t>
      </w:r>
    </w:p>
    <w:p>
      <w:r>
        <w:t>151</w:t>
      </w:r>
    </w:p>
    <w:p>
      <w:r>
        <w:t>吴志诚</w:t>
      </w:r>
    </w:p>
    <w:p>
      <w:r>
        <w:t>350423********3511</w:t>
      </w:r>
    </w:p>
    <w:p>
      <w:r>
        <w:t>男</w:t>
      </w:r>
    </w:p>
    <w:p>
      <w:r>
        <w:t>硕士</w:t>
      </w:r>
    </w:p>
    <w:p>
      <w:r>
        <w:t>009</w:t>
      </w:r>
    </w:p>
    <w:p>
      <w:r>
        <w:t>物理学院</w:t>
      </w:r>
    </w:p>
    <w:p>
      <w:r>
        <w:t>080300</w:t>
      </w:r>
    </w:p>
    <w:p>
      <w:r>
        <w:t>光学工程</w:t>
      </w:r>
    </w:p>
    <w:p>
      <w:r>
        <w:t>152</w:t>
      </w:r>
    </w:p>
    <w:p>
      <w:r>
        <w:t>徐知凡</w:t>
      </w:r>
    </w:p>
    <w:p>
      <w:r>
        <w:t>330102********3047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050100</w:t>
      </w:r>
    </w:p>
    <w:p>
      <w:r>
        <w:t>中国语言文学</w:t>
      </w:r>
    </w:p>
    <w:p>
      <w:r>
        <w:t>153</w:t>
      </w:r>
    </w:p>
    <w:p>
      <w:r>
        <w:t>陈婉冰</w:t>
      </w:r>
    </w:p>
    <w:p>
      <w:r>
        <w:t>330727********1622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050100</w:t>
      </w:r>
    </w:p>
    <w:p>
      <w:r>
        <w:t>中国语言文学</w:t>
      </w:r>
    </w:p>
    <w:p>
      <w:r>
        <w:t>154</w:t>
      </w:r>
    </w:p>
    <w:p>
      <w:r>
        <w:t>姚昀俐</w:t>
      </w:r>
    </w:p>
    <w:p>
      <w:r>
        <w:t>330802********3623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050100</w:t>
      </w:r>
    </w:p>
    <w:p>
      <w:r>
        <w:t>中国语言文学</w:t>
      </w:r>
    </w:p>
    <w:p>
      <w:r>
        <w:t>155</w:t>
      </w:r>
    </w:p>
    <w:p>
      <w:r>
        <w:t>汤宇晨</w:t>
      </w:r>
    </w:p>
    <w:p>
      <w:r>
        <w:t>332501********0027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050300</w:t>
      </w:r>
    </w:p>
    <w:p>
      <w:r>
        <w:t>新闻传播学</w:t>
      </w:r>
    </w:p>
    <w:p>
      <w:r>
        <w:t>156</w:t>
      </w:r>
    </w:p>
    <w:p>
      <w:r>
        <w:t>张津宁</w:t>
      </w:r>
    </w:p>
    <w:p>
      <w:r>
        <w:t>330283********0021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050300</w:t>
      </w:r>
    </w:p>
    <w:p>
      <w:r>
        <w:t>新闻传播学</w:t>
      </w:r>
    </w:p>
    <w:p>
      <w:r>
        <w:t>157</w:t>
      </w:r>
    </w:p>
    <w:p>
      <w:r>
        <w:t>彭子涵</w:t>
      </w:r>
    </w:p>
    <w:p>
      <w:r>
        <w:t>360111********0935</w:t>
      </w:r>
    </w:p>
    <w:p>
      <w:r>
        <w:t>男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055200</w:t>
      </w:r>
    </w:p>
    <w:p>
      <w:r>
        <w:t>新闻与传播</w:t>
      </w:r>
    </w:p>
    <w:p>
      <w:r>
        <w:t>158</w:t>
      </w:r>
    </w:p>
    <w:p>
      <w:r>
        <w:t>郑慧珍</w:t>
      </w:r>
    </w:p>
    <w:p>
      <w:r>
        <w:t>330302********5629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055200</w:t>
      </w:r>
    </w:p>
    <w:p>
      <w:r>
        <w:t>新闻与传播</w:t>
      </w:r>
    </w:p>
    <w:p>
      <w:r>
        <w:t>159</w:t>
      </w:r>
    </w:p>
    <w:p>
      <w:r>
        <w:t>周诗雨</w:t>
      </w:r>
    </w:p>
    <w:p>
      <w:r>
        <w:t>411524********0022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055200</w:t>
      </w:r>
    </w:p>
    <w:p>
      <w:r>
        <w:t>新闻与传播</w:t>
      </w:r>
    </w:p>
    <w:p>
      <w:r>
        <w:t>160</w:t>
      </w:r>
    </w:p>
    <w:p>
      <w:r>
        <w:t>赖佳维</w:t>
      </w:r>
    </w:p>
    <w:p>
      <w:r>
        <w:t>331022********0021</w:t>
      </w:r>
    </w:p>
    <w:p>
      <w:r>
        <w:t>女</w:t>
      </w:r>
    </w:p>
    <w:p>
      <w:r>
        <w:t>硕士</w:t>
      </w:r>
    </w:p>
    <w:p>
      <w:r>
        <w:t>010</w:t>
      </w:r>
    </w:p>
    <w:p>
      <w:r>
        <w:t>人文学院</w:t>
      </w:r>
    </w:p>
    <w:p>
      <w:r>
        <w:t>055200</w:t>
      </w:r>
    </w:p>
    <w:p>
      <w:r>
        <w:t>新闻与传播</w:t>
      </w:r>
    </w:p>
    <w:p>
      <w:r>
        <w:t>161</w:t>
      </w:r>
    </w:p>
    <w:p>
      <w:r>
        <w:t>沈榆舒</w:t>
      </w:r>
    </w:p>
    <w:p>
      <w:r>
        <w:t>330921********3027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162</w:t>
      </w:r>
    </w:p>
    <w:p>
      <w:r>
        <w:t>许文萱</w:t>
      </w:r>
    </w:p>
    <w:p>
      <w:r>
        <w:t>330424********1225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163</w:t>
      </w:r>
    </w:p>
    <w:p>
      <w:r>
        <w:t>蒙柳红</w:t>
      </w:r>
    </w:p>
    <w:p>
      <w:r>
        <w:t>451226********2326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164</w:t>
      </w:r>
    </w:p>
    <w:p>
      <w:r>
        <w:t>孙静</w:t>
      </w:r>
    </w:p>
    <w:p>
      <w:r>
        <w:t>370612********1741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165</w:t>
      </w:r>
    </w:p>
    <w:p>
      <w:r>
        <w:t>蔡乐仪</w:t>
      </w:r>
    </w:p>
    <w:p>
      <w:r>
        <w:t>330184********4147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166</w:t>
      </w:r>
    </w:p>
    <w:p>
      <w:r>
        <w:t>张柳妹</w:t>
      </w:r>
    </w:p>
    <w:p>
      <w:r>
        <w:t>500236********1561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167</w:t>
      </w:r>
    </w:p>
    <w:p>
      <w:r>
        <w:t>孟嘉嘉</w:t>
      </w:r>
    </w:p>
    <w:p>
      <w:r>
        <w:t>330683********0829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168</w:t>
      </w:r>
    </w:p>
    <w:p>
      <w:r>
        <w:t>朱微</w:t>
      </w:r>
    </w:p>
    <w:p>
      <w:r>
        <w:t>330481********2822</w:t>
      </w:r>
    </w:p>
    <w:p>
      <w:r>
        <w:t>女</w:t>
      </w:r>
    </w:p>
    <w:p>
      <w:r>
        <w:t>硕士</w:t>
      </w:r>
    </w:p>
    <w:p>
      <w:r>
        <w:t>011</w:t>
      </w:r>
    </w:p>
    <w:p>
      <w:r>
        <w:t>公共管理学院</w:t>
      </w:r>
    </w:p>
    <w:p>
      <w:r>
        <w:t>120400</w:t>
      </w:r>
    </w:p>
    <w:p>
      <w:r>
        <w:t>公共管理学</w:t>
      </w:r>
    </w:p>
    <w:p>
      <w:r>
        <w:t>169</w:t>
      </w:r>
    </w:p>
    <w:p>
      <w:r>
        <w:t>沈心妮</w:t>
      </w:r>
    </w:p>
    <w:p>
      <w:r>
        <w:t>330481********0626</w:t>
      </w:r>
    </w:p>
    <w:p>
      <w:r>
        <w:t>女</w:t>
      </w:r>
    </w:p>
    <w:p>
      <w:r>
        <w:t>硕士</w:t>
      </w:r>
    </w:p>
    <w:p>
      <w:r>
        <w:t>012</w:t>
      </w:r>
    </w:p>
    <w:p>
      <w:r>
        <w:t>教育学院（职业技术教育学院）</w:t>
      </w:r>
    </w:p>
    <w:p>
      <w:r>
        <w:t>045400</w:t>
      </w:r>
    </w:p>
    <w:p>
      <w:r>
        <w:t>应用心理</w:t>
      </w:r>
    </w:p>
    <w:p>
      <w:r>
        <w:t>170</w:t>
      </w:r>
    </w:p>
    <w:p>
      <w:r>
        <w:t>朱可宁</w:t>
      </w:r>
    </w:p>
    <w:p>
      <w:r>
        <w:t>330211********0036</w:t>
      </w:r>
    </w:p>
    <w:p>
      <w:r>
        <w:t>男</w:t>
      </w:r>
    </w:p>
    <w:p>
      <w:r>
        <w:t>硕士</w:t>
      </w:r>
    </w:p>
    <w:p>
      <w:r>
        <w:t>012</w:t>
      </w:r>
    </w:p>
    <w:p>
      <w:r>
        <w:t>教育学院（职业技术教育学院）</w:t>
      </w:r>
    </w:p>
    <w:p>
      <w:r>
        <w:t>078401</w:t>
      </w:r>
    </w:p>
    <w:p>
      <w:r>
        <w:t>教育技术学</w:t>
      </w:r>
    </w:p>
    <w:p>
      <w:r>
        <w:t>171</w:t>
      </w:r>
    </w:p>
    <w:p>
      <w:r>
        <w:t>上官袁野</w:t>
      </w:r>
    </w:p>
    <w:p>
      <w:r>
        <w:t>331023********0376</w:t>
      </w:r>
    </w:p>
    <w:p>
      <w:r>
        <w:t>男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030100</w:t>
      </w:r>
    </w:p>
    <w:p>
      <w:r>
        <w:t>法学</w:t>
      </w:r>
    </w:p>
    <w:p>
      <w:r>
        <w:t>172</w:t>
      </w:r>
    </w:p>
    <w:p>
      <w:r>
        <w:t>叶芷</w:t>
      </w:r>
    </w:p>
    <w:p>
      <w:r>
        <w:t>331081********2046</w:t>
      </w:r>
    </w:p>
    <w:p>
      <w:r>
        <w:t>女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030100</w:t>
      </w:r>
    </w:p>
    <w:p>
      <w:r>
        <w:t>法学</w:t>
      </w:r>
    </w:p>
    <w:p>
      <w:r>
        <w:t>173</w:t>
      </w:r>
    </w:p>
    <w:p>
      <w:r>
        <w:t>王馨晨</w:t>
      </w:r>
    </w:p>
    <w:p>
      <w:r>
        <w:t>330683********0020</w:t>
      </w:r>
    </w:p>
    <w:p>
      <w:r>
        <w:t>女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030100</w:t>
      </w:r>
    </w:p>
    <w:p>
      <w:r>
        <w:t>法学</w:t>
      </w:r>
    </w:p>
    <w:p>
      <w:r>
        <w:t>174</w:t>
      </w:r>
    </w:p>
    <w:p>
      <w:r>
        <w:t>王斌元</w:t>
      </w:r>
    </w:p>
    <w:p>
      <w:r>
        <w:t>330782********0013</w:t>
      </w:r>
    </w:p>
    <w:p>
      <w:r>
        <w:t>男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035101</w:t>
      </w:r>
    </w:p>
    <w:p>
      <w:r>
        <w:t>法律（非法学）</w:t>
      </w:r>
    </w:p>
    <w:p>
      <w:r>
        <w:t>175</w:t>
      </w:r>
    </w:p>
    <w:p>
      <w:r>
        <w:t>丁佳文</w:t>
      </w:r>
    </w:p>
    <w:p>
      <w:r>
        <w:t>330683********2023</w:t>
      </w:r>
    </w:p>
    <w:p>
      <w:r>
        <w:t>女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035101</w:t>
      </w:r>
    </w:p>
    <w:p>
      <w:r>
        <w:t>法律（非法学）</w:t>
      </w:r>
    </w:p>
    <w:p>
      <w:r>
        <w:t>176</w:t>
      </w:r>
    </w:p>
    <w:p>
      <w:r>
        <w:t>许祉诺</w:t>
      </w:r>
    </w:p>
    <w:p>
      <w:r>
        <w:t>331023********0528</w:t>
      </w:r>
    </w:p>
    <w:p>
      <w:r>
        <w:t>女</w:t>
      </w:r>
    </w:p>
    <w:p>
      <w:r>
        <w:t>硕士</w:t>
      </w:r>
    </w:p>
    <w:p>
      <w:r>
        <w:t>014</w:t>
      </w:r>
    </w:p>
    <w:p>
      <w:r>
        <w:t>法学院</w:t>
      </w:r>
    </w:p>
    <w:p>
      <w:r>
        <w:t>035102</w:t>
      </w:r>
    </w:p>
    <w:p>
      <w:r>
        <w:t>法律（法学）</w:t>
      </w:r>
    </w:p>
    <w:p>
      <w:r>
        <w:t>177</w:t>
      </w:r>
    </w:p>
    <w:p>
      <w:r>
        <w:t>邱然</w:t>
      </w:r>
    </w:p>
    <w:p>
      <w:r>
        <w:t>331125********0865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083300</w:t>
      </w:r>
    </w:p>
    <w:p>
      <w:r>
        <w:t>城乡规划学</w:t>
      </w:r>
    </w:p>
    <w:p>
      <w:r>
        <w:t>178</w:t>
      </w:r>
    </w:p>
    <w:p>
      <w:r>
        <w:t>徐奕</w:t>
      </w:r>
    </w:p>
    <w:p>
      <w:r>
        <w:t>330802********4424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083300</w:t>
      </w:r>
    </w:p>
    <w:p>
      <w:r>
        <w:t>城乡规划学</w:t>
      </w:r>
    </w:p>
    <w:p>
      <w:r>
        <w:t>179</w:t>
      </w:r>
    </w:p>
    <w:p>
      <w:r>
        <w:t>全家乐</w:t>
      </w:r>
    </w:p>
    <w:p>
      <w:r>
        <w:t>341302********5911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180</w:t>
      </w:r>
    </w:p>
    <w:p>
      <w:r>
        <w:t>李明杭</w:t>
      </w:r>
    </w:p>
    <w:p>
      <w:r>
        <w:t>411524********843X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181</w:t>
      </w:r>
    </w:p>
    <w:p>
      <w:r>
        <w:t>沈耀</w:t>
      </w:r>
    </w:p>
    <w:p>
      <w:r>
        <w:t>330602********3511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182</w:t>
      </w:r>
    </w:p>
    <w:p>
      <w:r>
        <w:t>宋灿</w:t>
      </w:r>
    </w:p>
    <w:p>
      <w:r>
        <w:t>330281********6011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183</w:t>
      </w:r>
    </w:p>
    <w:p>
      <w:r>
        <w:t>李广</w:t>
      </w:r>
    </w:p>
    <w:p>
      <w:r>
        <w:t>431302********0155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184</w:t>
      </w:r>
    </w:p>
    <w:p>
      <w:r>
        <w:t>侯城</w:t>
      </w:r>
    </w:p>
    <w:p>
      <w:r>
        <w:t>500242********7111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185</w:t>
      </w:r>
    </w:p>
    <w:p>
      <w:r>
        <w:t>凌西雅</w:t>
      </w:r>
    </w:p>
    <w:p>
      <w:r>
        <w:t>362324********7222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186</w:t>
      </w:r>
    </w:p>
    <w:p>
      <w:r>
        <w:t>吴佳琪</w:t>
      </w:r>
    </w:p>
    <w:p>
      <w:r>
        <w:t>330105********062X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187</w:t>
      </w:r>
    </w:p>
    <w:p>
      <w:r>
        <w:t>郭思彤</w:t>
      </w:r>
    </w:p>
    <w:p>
      <w:r>
        <w:t>320922********2026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188</w:t>
      </w:r>
    </w:p>
    <w:p>
      <w:r>
        <w:t>王伊宁</w:t>
      </w:r>
    </w:p>
    <w:p>
      <w:r>
        <w:t>330481********0029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189</w:t>
      </w:r>
    </w:p>
    <w:p>
      <w:r>
        <w:t>刘思徒</w:t>
      </w:r>
    </w:p>
    <w:p>
      <w:r>
        <w:t>130103********0929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190</w:t>
      </w:r>
    </w:p>
    <w:p>
      <w:r>
        <w:t>朱天芸</w:t>
      </w:r>
    </w:p>
    <w:p>
      <w:r>
        <w:t>330211********4021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191</w:t>
      </w:r>
    </w:p>
    <w:p>
      <w:r>
        <w:t>潘怡佳</w:t>
      </w:r>
    </w:p>
    <w:p>
      <w:r>
        <w:t>330481********1824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192</w:t>
      </w:r>
    </w:p>
    <w:p>
      <w:r>
        <w:t>侯慧琪</w:t>
      </w:r>
    </w:p>
    <w:p>
      <w:r>
        <w:t>341226********6527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193</w:t>
      </w:r>
    </w:p>
    <w:p>
      <w:r>
        <w:t>蒋乐</w:t>
      </w:r>
    </w:p>
    <w:p>
      <w:r>
        <w:t>330681********0045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194</w:t>
      </w:r>
    </w:p>
    <w:p>
      <w:r>
        <w:t>胡纯悦</w:t>
      </w:r>
    </w:p>
    <w:p>
      <w:r>
        <w:t>330482********2148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195</w:t>
      </w:r>
    </w:p>
    <w:p>
      <w:r>
        <w:t>潘子萱</w:t>
      </w:r>
    </w:p>
    <w:p>
      <w:r>
        <w:t>430202********0529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196</w:t>
      </w:r>
    </w:p>
    <w:p>
      <w:r>
        <w:t>吴雨茗</w:t>
      </w:r>
    </w:p>
    <w:p>
      <w:r>
        <w:t>330106********0021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197</w:t>
      </w:r>
    </w:p>
    <w:p>
      <w:r>
        <w:t>洪依柠</w:t>
      </w:r>
    </w:p>
    <w:p>
      <w:r>
        <w:t>330381********0027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198</w:t>
      </w:r>
    </w:p>
    <w:p>
      <w:r>
        <w:t>李怡薇</w:t>
      </w:r>
    </w:p>
    <w:p>
      <w:r>
        <w:t>410711********2529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199</w:t>
      </w:r>
    </w:p>
    <w:p>
      <w:r>
        <w:t>张冰涵</w:t>
      </w:r>
    </w:p>
    <w:p>
      <w:r>
        <w:t>330203********3643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200</w:t>
      </w:r>
    </w:p>
    <w:p>
      <w:r>
        <w:t>王丹惠月</w:t>
      </w:r>
    </w:p>
    <w:p>
      <w:r>
        <w:t>210304********2627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201</w:t>
      </w:r>
    </w:p>
    <w:p>
      <w:r>
        <w:t>朱思远</w:t>
      </w:r>
    </w:p>
    <w:p>
      <w:r>
        <w:t>331023********5844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202</w:t>
      </w:r>
    </w:p>
    <w:p>
      <w:r>
        <w:t>杨洋</w:t>
      </w:r>
    </w:p>
    <w:p>
      <w:r>
        <w:t>330481********444X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203</w:t>
      </w:r>
    </w:p>
    <w:p>
      <w:r>
        <w:t>汪峻琳</w:t>
      </w:r>
    </w:p>
    <w:p>
      <w:r>
        <w:t>320211********452X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204</w:t>
      </w:r>
    </w:p>
    <w:p>
      <w:r>
        <w:t>王诗雨</w:t>
      </w:r>
    </w:p>
    <w:p>
      <w:r>
        <w:t>331082********5409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205</w:t>
      </w:r>
    </w:p>
    <w:p>
      <w:r>
        <w:t>许文睿</w:t>
      </w:r>
    </w:p>
    <w:p>
      <w:r>
        <w:t>330206********0024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206</w:t>
      </w:r>
    </w:p>
    <w:p>
      <w:r>
        <w:t>陈天柔</w:t>
      </w:r>
    </w:p>
    <w:p>
      <w:r>
        <w:t>331102********0027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207</w:t>
      </w:r>
    </w:p>
    <w:p>
      <w:r>
        <w:t>何慧娜</w:t>
      </w:r>
    </w:p>
    <w:p>
      <w:r>
        <w:t>330381********3341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208</w:t>
      </w:r>
    </w:p>
    <w:p>
      <w:r>
        <w:t>王若葭</w:t>
      </w:r>
    </w:p>
    <w:p>
      <w:r>
        <w:t>330283********0026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209</w:t>
      </w:r>
    </w:p>
    <w:p>
      <w:r>
        <w:t>陈张圣雅</w:t>
      </w:r>
    </w:p>
    <w:p>
      <w:r>
        <w:t>330106********6226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210</w:t>
      </w:r>
    </w:p>
    <w:p>
      <w:r>
        <w:t>包韩颖</w:t>
      </w:r>
    </w:p>
    <w:p>
      <w:r>
        <w:t>330821********4604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211</w:t>
      </w:r>
    </w:p>
    <w:p>
      <w:r>
        <w:t>贾默晗</w:t>
      </w:r>
    </w:p>
    <w:p>
      <w:r>
        <w:t>410802********0086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135700</w:t>
      </w:r>
    </w:p>
    <w:p>
      <w:r>
        <w:t>设计</w:t>
      </w:r>
    </w:p>
    <w:p>
      <w:r>
        <w:t>212</w:t>
      </w:r>
    </w:p>
    <w:p>
      <w:r>
        <w:t>陈诚</w:t>
      </w:r>
    </w:p>
    <w:p>
      <w:r>
        <w:t>330227********5256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213</w:t>
      </w:r>
    </w:p>
    <w:p>
      <w:r>
        <w:t>黄文杰</w:t>
      </w:r>
    </w:p>
    <w:p>
      <w:r>
        <w:t>330326********0035</w:t>
      </w:r>
    </w:p>
    <w:p>
      <w:r>
        <w:t>男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214</w:t>
      </w:r>
    </w:p>
    <w:p>
      <w:r>
        <w:t>林依泉</w:t>
      </w:r>
    </w:p>
    <w:p>
      <w:r>
        <w:t>330302********8440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215</w:t>
      </w:r>
    </w:p>
    <w:p>
      <w:r>
        <w:t>张梓妍</w:t>
      </w:r>
    </w:p>
    <w:p>
      <w:r>
        <w:t>330327********0628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216</w:t>
      </w:r>
    </w:p>
    <w:p>
      <w:r>
        <w:t>程艺洋</w:t>
      </w:r>
    </w:p>
    <w:p>
      <w:r>
        <w:t>430602********772X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217</w:t>
      </w:r>
    </w:p>
    <w:p>
      <w:r>
        <w:t>于欣童</w:t>
      </w:r>
    </w:p>
    <w:p>
      <w:r>
        <w:t>410305********1523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218</w:t>
      </w:r>
    </w:p>
    <w:p>
      <w:r>
        <w:t>刘幸</w:t>
      </w:r>
    </w:p>
    <w:p>
      <w:r>
        <w:t>432326********0321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219</w:t>
      </w:r>
    </w:p>
    <w:p>
      <w:r>
        <w:t>武欣蓉</w:t>
      </w:r>
    </w:p>
    <w:p>
      <w:r>
        <w:t>620102********464X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220</w:t>
      </w:r>
    </w:p>
    <w:p>
      <w:r>
        <w:t>林静</w:t>
      </w:r>
    </w:p>
    <w:p>
      <w:r>
        <w:t>330183********5221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221</w:t>
      </w:r>
    </w:p>
    <w:p>
      <w:r>
        <w:t>沈仪</w:t>
      </w:r>
    </w:p>
    <w:p>
      <w:r>
        <w:t>331024********4622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222</w:t>
      </w:r>
    </w:p>
    <w:p>
      <w:r>
        <w:t>陈雨欣</w:t>
      </w:r>
    </w:p>
    <w:p>
      <w:r>
        <w:t>330382********7922</w:t>
      </w:r>
    </w:p>
    <w:p>
      <w:r>
        <w:t>女</w:t>
      </w:r>
    </w:p>
    <w:p>
      <w:r>
        <w:t>硕士</w:t>
      </w:r>
    </w:p>
    <w:p>
      <w:r>
        <w:t>015</w:t>
      </w:r>
    </w:p>
    <w:p>
      <w:r>
        <w:t>设计与建筑学院</w:t>
      </w:r>
    </w:p>
    <w:p>
      <w:r>
        <w:t>140300</w:t>
      </w:r>
    </w:p>
    <w:p>
      <w:r>
        <w:t>设计学</w:t>
      </w:r>
    </w:p>
    <w:p>
      <w:r>
        <w:t>223</w:t>
      </w:r>
    </w:p>
    <w:p>
      <w:r>
        <w:t>温佳瑞</w:t>
      </w:r>
    </w:p>
    <w:p>
      <w:r>
        <w:t>142430********0428</w:t>
      </w:r>
    </w:p>
    <w:p>
      <w:r>
        <w:t>女</w:t>
      </w:r>
    </w:p>
    <w:p>
      <w:r>
        <w:t>直博生</w:t>
      </w:r>
    </w:p>
    <w:p>
      <w:r>
        <w:t>017</w:t>
      </w:r>
    </w:p>
    <w:p>
      <w:r>
        <w:t>长三角绿色制药协同创新中心</w:t>
      </w:r>
    </w:p>
    <w:p>
      <w:r>
        <w:t>100700</w:t>
      </w:r>
    </w:p>
    <w:p>
      <w:r>
        <w:t>药学</w:t>
      </w:r>
    </w:p>
    <w:p>
      <w:r>
        <w:t>224</w:t>
      </w:r>
    </w:p>
    <w:p>
      <w:r>
        <w:t>范珂榆</w:t>
      </w:r>
    </w:p>
    <w:p>
      <w:r>
        <w:t>330621********4663</w:t>
      </w:r>
    </w:p>
    <w:p>
      <w:r>
        <w:t>女</w:t>
      </w:r>
    </w:p>
    <w:p>
      <w:r>
        <w:t>直博生</w:t>
      </w:r>
    </w:p>
    <w:p>
      <w:r>
        <w:t>017</w:t>
      </w:r>
    </w:p>
    <w:p>
      <w:r>
        <w:t>长三角绿色制药协同创新中心</w:t>
      </w:r>
    </w:p>
    <w:p>
      <w:r>
        <w:t>100700</w:t>
      </w:r>
    </w:p>
    <w:p>
      <w:r>
        <w:t>药学</w:t>
      </w:r>
    </w:p>
    <w:p>
      <w:r>
        <w:t>225</w:t>
      </w:r>
    </w:p>
    <w:p>
      <w:r>
        <w:t>杨丽雯</w:t>
      </w:r>
    </w:p>
    <w:p>
      <w:r>
        <w:t>330106********6224</w:t>
      </w:r>
    </w:p>
    <w:p>
      <w:r>
        <w:t>女</w:t>
      </w:r>
    </w:p>
    <w:p>
      <w:r>
        <w:t>直博生</w:t>
      </w:r>
    </w:p>
    <w:p>
      <w:r>
        <w:t>017</w:t>
      </w:r>
    </w:p>
    <w:p>
      <w:r>
        <w:t>长三角绿色制药协同创新中心</w:t>
      </w:r>
    </w:p>
    <w:p>
      <w:r>
        <w:t>100700</w:t>
      </w:r>
    </w:p>
    <w:p>
      <w:r>
        <w:t>药学</w:t>
      </w:r>
    </w:p>
    <w:p>
      <w:r>
        <w:t>226</w:t>
      </w:r>
    </w:p>
    <w:p>
      <w:r>
        <w:t>顾江浩</w:t>
      </w:r>
    </w:p>
    <w:p>
      <w:r>
        <w:t>330521********303X</w:t>
      </w:r>
    </w:p>
    <w:p>
      <w:r>
        <w:t>男</w:t>
      </w:r>
    </w:p>
    <w:p>
      <w:r>
        <w:t>硕士</w:t>
      </w:r>
    </w:p>
    <w:p>
      <w:r>
        <w:t>017</w:t>
      </w:r>
    </w:p>
    <w:p>
      <w:r>
        <w:t>长三角绿色制药协同创新中心</w:t>
      </w:r>
    </w:p>
    <w:p>
      <w:r>
        <w:t>100700</w:t>
      </w:r>
    </w:p>
    <w:p>
      <w:r>
        <w:t>药学</w:t>
      </w:r>
    </w:p>
    <w:p>
      <w:r>
        <w:t>227</w:t>
      </w:r>
    </w:p>
    <w:p>
      <w:r>
        <w:t>金敏娜</w:t>
      </w:r>
    </w:p>
    <w:p>
      <w:r>
        <w:t>330103********2321</w:t>
      </w:r>
    </w:p>
    <w:p>
      <w:r>
        <w:t>女</w:t>
      </w:r>
    </w:p>
    <w:p>
      <w:r>
        <w:t>硕士</w:t>
      </w:r>
    </w:p>
    <w:p>
      <w:r>
        <w:t>017</w:t>
      </w:r>
    </w:p>
    <w:p>
      <w:r>
        <w:t>长三角绿色制药协同创新中心</w:t>
      </w:r>
    </w:p>
    <w:p>
      <w:r>
        <w:t>105500</w:t>
      </w:r>
    </w:p>
    <w:p>
      <w:r>
        <w:t>药学</w:t>
      </w:r>
    </w:p>
    <w:p>
      <w:r>
        <w:t>228</w:t>
      </w:r>
    </w:p>
    <w:p>
      <w:r>
        <w:t>申竹</w:t>
      </w:r>
    </w:p>
    <w:p>
      <w:r>
        <w:t>430521********7313</w:t>
      </w:r>
    </w:p>
    <w:p>
      <w:r>
        <w:t>男</w:t>
      </w:r>
    </w:p>
    <w:p>
      <w:r>
        <w:t>直博生</w:t>
      </w:r>
    </w:p>
    <w:p>
      <w:r>
        <w:t>018</w:t>
      </w:r>
    </w:p>
    <w:p>
      <w:r>
        <w:t>材料科学与工程学院</w:t>
      </w:r>
    </w:p>
    <w:p>
      <w:r>
        <w:t>080500</w:t>
      </w:r>
    </w:p>
    <w:p>
      <w:r>
        <w:t>材料科学与工程</w:t>
      </w:r>
    </w:p>
    <w:p>
      <w:r>
        <w:t>229</w:t>
      </w:r>
    </w:p>
    <w:p>
      <w:r>
        <w:t>张晗旭</w:t>
      </w:r>
    </w:p>
    <w:p>
      <w:r>
        <w:t>370523********2019</w:t>
      </w:r>
    </w:p>
    <w:p>
      <w:r>
        <w:t>男</w:t>
      </w:r>
    </w:p>
    <w:p>
      <w:r>
        <w:t>直博生</w:t>
      </w:r>
    </w:p>
    <w:p>
      <w:r>
        <w:t>018</w:t>
      </w:r>
    </w:p>
    <w:p>
      <w:r>
        <w:t>材料科学与工程学院</w:t>
      </w:r>
    </w:p>
    <w:p>
      <w:r>
        <w:t>080500</w:t>
      </w:r>
    </w:p>
    <w:p>
      <w:r>
        <w:t>材料科学与工程</w:t>
      </w:r>
    </w:p>
    <w:p>
      <w:r>
        <w:t>230</w:t>
      </w:r>
    </w:p>
    <w:p>
      <w:r>
        <w:t>方奕凯</w:t>
      </w:r>
    </w:p>
    <w:p>
      <w:r>
        <w:t>330382********0030</w:t>
      </w:r>
    </w:p>
    <w:p>
      <w:r>
        <w:t>男</w:t>
      </w:r>
    </w:p>
    <w:p>
      <w:r>
        <w:t>直博生</w:t>
      </w:r>
    </w:p>
    <w:p>
      <w:r>
        <w:t>018</w:t>
      </w:r>
    </w:p>
    <w:p>
      <w:r>
        <w:t>材料科学与工程学院</w:t>
      </w:r>
    </w:p>
    <w:p>
      <w:r>
        <w:t>080500</w:t>
      </w:r>
    </w:p>
    <w:p>
      <w:r>
        <w:t>材料科学与工程</w:t>
      </w:r>
    </w:p>
    <w:p>
      <w:r>
        <w:t>231</w:t>
      </w:r>
    </w:p>
    <w:p>
      <w:r>
        <w:t>周喆</w:t>
      </w:r>
    </w:p>
    <w:p>
      <w:r>
        <w:t>330326********0776</w:t>
      </w:r>
    </w:p>
    <w:p>
      <w:r>
        <w:t>男</w:t>
      </w:r>
    </w:p>
    <w:p>
      <w:r>
        <w:t>硕士</w:t>
      </w:r>
    </w:p>
    <w:p>
      <w:r>
        <w:t>018</w:t>
      </w:r>
    </w:p>
    <w:p>
      <w:r>
        <w:t>材料科学与工程学院</w:t>
      </w:r>
    </w:p>
    <w:p>
      <w:r>
        <w:t>080500</w:t>
      </w:r>
    </w:p>
    <w:p>
      <w:r>
        <w:t>材料科学与工程</w:t>
      </w:r>
    </w:p>
    <w:p>
      <w:r>
        <w:t>232</w:t>
      </w:r>
    </w:p>
    <w:p>
      <w:r>
        <w:t>鲍婉莹</w:t>
      </w:r>
    </w:p>
    <w:p>
      <w:r>
        <w:t>331023********0341</w:t>
      </w:r>
    </w:p>
    <w:p>
      <w:r>
        <w:t>女</w:t>
      </w:r>
    </w:p>
    <w:p>
      <w:r>
        <w:t>硕士</w:t>
      </w:r>
    </w:p>
    <w:p>
      <w:r>
        <w:t>018</w:t>
      </w:r>
    </w:p>
    <w:p>
      <w:r>
        <w:t>材料科学与工程学院</w:t>
      </w:r>
    </w:p>
    <w:p>
      <w:r>
        <w:t>080500</w:t>
      </w:r>
    </w:p>
    <w:p>
      <w:r>
        <w:t>材料科学与工程</w:t>
      </w:r>
    </w:p>
    <w:p>
      <w:r>
        <w:t>233</w:t>
      </w:r>
    </w:p>
    <w:p>
      <w:r>
        <w:t>陈喆睿</w:t>
      </w:r>
    </w:p>
    <w:p>
      <w:r>
        <w:t>330727********0012</w:t>
      </w:r>
    </w:p>
    <w:p>
      <w:r>
        <w:t>男</w:t>
      </w:r>
    </w:p>
    <w:p>
      <w:r>
        <w:t>硕士</w:t>
      </w:r>
    </w:p>
    <w:p>
      <w:r>
        <w:t>019</w:t>
      </w:r>
    </w:p>
    <w:p>
      <w:r>
        <w:t>食品科学与工程学院</w:t>
      </w:r>
    </w:p>
    <w:p>
      <w:r>
        <w:t>083200</w:t>
      </w:r>
    </w:p>
    <w:p>
      <w:r>
        <w:t>食品科学与工程</w:t>
      </w:r>
    </w:p>
    <w:p>
      <w:r>
        <w:t>234</w:t>
      </w:r>
    </w:p>
    <w:p>
      <w:r>
        <w:t>朱静怡</w:t>
      </w:r>
    </w:p>
    <w:p>
      <w:r>
        <w:t>330483********0023</w:t>
      </w:r>
    </w:p>
    <w:p>
      <w:r>
        <w:t>女</w:t>
      </w:r>
    </w:p>
    <w:p>
      <w:r>
        <w:t>硕士</w:t>
      </w:r>
    </w:p>
    <w:p>
      <w:r>
        <w:t>020</w:t>
      </w:r>
    </w:p>
    <w:p>
      <w:r>
        <w:t>外国语学院</w:t>
      </w:r>
    </w:p>
    <w:p>
      <w:r>
        <w:t>050200</w:t>
      </w:r>
    </w:p>
    <w:p>
      <w:r>
        <w:t>外国语言文学</w:t>
      </w:r>
    </w:p>
    <w:p>
      <w:r>
        <w:t>235</w:t>
      </w:r>
    </w:p>
    <w:p>
      <w:r>
        <w:t>王艺洁</w:t>
      </w:r>
    </w:p>
    <w:p>
      <w:r>
        <w:t>331002********0644</w:t>
      </w:r>
    </w:p>
    <w:p>
      <w:r>
        <w:t>女</w:t>
      </w:r>
    </w:p>
    <w:p>
      <w:r>
        <w:t>硕士</w:t>
      </w:r>
    </w:p>
    <w:p>
      <w:r>
        <w:t>020</w:t>
      </w:r>
    </w:p>
    <w:p>
      <w:r>
        <w:t>外国语学院</w:t>
      </w:r>
    </w:p>
    <w:p>
      <w:r>
        <w:t>050200</w:t>
      </w:r>
    </w:p>
    <w:p>
      <w:r>
        <w:t>外国语言文学</w:t>
      </w:r>
    </w:p>
    <w:p>
      <w:r>
        <w:t>236</w:t>
      </w:r>
    </w:p>
    <w:p>
      <w:r>
        <w:t>郑佳涵</w:t>
      </w:r>
    </w:p>
    <w:p>
      <w:r>
        <w:t>330303********0328</w:t>
      </w:r>
    </w:p>
    <w:p>
      <w:r>
        <w:t>女</w:t>
      </w:r>
    </w:p>
    <w:p>
      <w:r>
        <w:t>直博生</w:t>
      </w:r>
    </w:p>
    <w:p>
      <w:r>
        <w:t>024</w:t>
      </w:r>
    </w:p>
    <w:p>
      <w:r>
        <w:t>环境学院</w:t>
      </w:r>
    </w:p>
    <w:p>
      <w:r>
        <w:t>083000</w:t>
      </w:r>
    </w:p>
    <w:p>
      <w:r>
        <w:t>环境科学与工程</w:t>
      </w:r>
    </w:p>
    <w:p>
      <w:r>
        <w:t>237</w:t>
      </w:r>
    </w:p>
    <w:p>
      <w:r>
        <w:t>王勤琳</w:t>
      </w:r>
    </w:p>
    <w:p>
      <w:r>
        <w:t>330783********1626</w:t>
      </w:r>
    </w:p>
    <w:p>
      <w:r>
        <w:t>女</w:t>
      </w:r>
    </w:p>
    <w:p>
      <w:r>
        <w:t>直博生</w:t>
      </w:r>
    </w:p>
    <w:p>
      <w:r>
        <w:t>024</w:t>
      </w:r>
    </w:p>
    <w:p>
      <w:r>
        <w:t>环境学院</w:t>
      </w:r>
    </w:p>
    <w:p>
      <w:r>
        <w:t>083000</w:t>
      </w:r>
    </w:p>
    <w:p>
      <w:r>
        <w:t>环境科学与工程</w:t>
      </w:r>
    </w:p>
    <w:p>
      <w:r>
        <w:t>238</w:t>
      </w:r>
    </w:p>
    <w:p>
      <w:r>
        <w:t>林洵</w:t>
      </w:r>
    </w:p>
    <w:p>
      <w:r>
        <w:t>330381********012X</w:t>
      </w:r>
    </w:p>
    <w:p>
      <w:r>
        <w:t>女</w:t>
      </w:r>
    </w:p>
    <w:p>
      <w:r>
        <w:t>直博生</w:t>
      </w:r>
    </w:p>
    <w:p>
      <w:r>
        <w:t>024</w:t>
      </w:r>
    </w:p>
    <w:p>
      <w:r>
        <w:t>环境学院</w:t>
      </w:r>
    </w:p>
    <w:p>
      <w:r>
        <w:t>083000</w:t>
      </w:r>
    </w:p>
    <w:p>
      <w:r>
        <w:t>环境科学与工程</w:t>
      </w:r>
    </w:p>
    <w:p>
      <w:r>
        <w:t>239</w:t>
      </w:r>
    </w:p>
    <w:p>
      <w:r>
        <w:t>邵欣妍</w:t>
      </w:r>
    </w:p>
    <w:p>
      <w:r>
        <w:t>330184********1022</w:t>
      </w:r>
    </w:p>
    <w:p>
      <w:r>
        <w:t>女</w:t>
      </w:r>
    </w:p>
    <w:p>
      <w:r>
        <w:t>直博生</w:t>
      </w:r>
    </w:p>
    <w:p>
      <w:r>
        <w:t>024</w:t>
      </w:r>
    </w:p>
    <w:p>
      <w:r>
        <w:t>环境学院</w:t>
      </w:r>
    </w:p>
    <w:p>
      <w:r>
        <w:t>083000</w:t>
      </w:r>
    </w:p>
    <w:p>
      <w:r>
        <w:t>环境科学与工程</w:t>
      </w:r>
    </w:p>
    <w:p>
      <w:r>
        <w:t>240</w:t>
      </w:r>
    </w:p>
    <w:p>
      <w:r>
        <w:t>王杰瑛</w:t>
      </w:r>
    </w:p>
    <w:p>
      <w:r>
        <w:t>430525********2324</w:t>
      </w:r>
    </w:p>
    <w:p>
      <w:r>
        <w:t>女</w:t>
      </w:r>
    </w:p>
    <w:p>
      <w:r>
        <w:t>硕士</w:t>
      </w:r>
    </w:p>
    <w:p>
      <w:r>
        <w:t>024</w:t>
      </w:r>
    </w:p>
    <w:p>
      <w:r>
        <w:t>环境学院</w:t>
      </w:r>
    </w:p>
    <w:p>
      <w:r>
        <w:t>083000</w:t>
      </w:r>
    </w:p>
    <w:p>
      <w:r>
        <w:t>环境科学与工程</w:t>
      </w:r>
    </w:p>
    <w:p>
      <w:r>
        <w:t>241</w:t>
      </w:r>
    </w:p>
    <w:p>
      <w:r>
        <w:t>舒小秦</w:t>
      </w:r>
    </w:p>
    <w:p>
      <w:r>
        <w:t>330724********5665</w:t>
      </w:r>
    </w:p>
    <w:p>
      <w:r>
        <w:t>女</w:t>
      </w:r>
    </w:p>
    <w:p>
      <w:r>
        <w:t>直博生</w:t>
      </w:r>
    </w:p>
    <w:p>
      <w:r>
        <w:t>025</w:t>
      </w:r>
    </w:p>
    <w:p>
      <w:r>
        <w:t>经济学院</w:t>
      </w:r>
    </w:p>
    <w:p>
      <w:r>
        <w:t>020200</w:t>
      </w:r>
    </w:p>
    <w:p>
      <w:r>
        <w:t>应用经济学</w:t>
      </w:r>
    </w:p>
    <w:p>
      <w:r>
        <w:t>242</w:t>
      </w:r>
    </w:p>
    <w:p>
      <w:r>
        <w:t>甘雨雪</w:t>
      </w:r>
    </w:p>
    <w:p>
      <w:r>
        <w:t>510322********4727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020200</w:t>
      </w:r>
    </w:p>
    <w:p>
      <w:r>
        <w:t>应用经济学</w:t>
      </w:r>
    </w:p>
    <w:p>
      <w:r>
        <w:t>243</w:t>
      </w:r>
    </w:p>
    <w:p>
      <w:r>
        <w:t>郑瑜悦</w:t>
      </w:r>
    </w:p>
    <w:p>
      <w:r>
        <w:t>332527********004X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020200</w:t>
      </w:r>
    </w:p>
    <w:p>
      <w:r>
        <w:t>应用经济学</w:t>
      </w:r>
    </w:p>
    <w:p>
      <w:r>
        <w:t>244</w:t>
      </w:r>
    </w:p>
    <w:p>
      <w:r>
        <w:t>马杰如</w:t>
      </w:r>
    </w:p>
    <w:p>
      <w:r>
        <w:t>331122********1123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020200</w:t>
      </w:r>
    </w:p>
    <w:p>
      <w:r>
        <w:t>应用经济学</w:t>
      </w:r>
    </w:p>
    <w:p>
      <w:r>
        <w:t>245</w:t>
      </w:r>
    </w:p>
    <w:p>
      <w:r>
        <w:t>刘艺铃</w:t>
      </w:r>
    </w:p>
    <w:p>
      <w:r>
        <w:t>330602********002X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025100</w:t>
      </w:r>
    </w:p>
    <w:p>
      <w:r>
        <w:t>金融</w:t>
      </w:r>
    </w:p>
    <w:p>
      <w:r>
        <w:t>246</w:t>
      </w:r>
    </w:p>
    <w:p>
      <w:r>
        <w:t>韩怡芸</w:t>
      </w:r>
    </w:p>
    <w:p>
      <w:r>
        <w:t>310115********3221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025100</w:t>
      </w:r>
    </w:p>
    <w:p>
      <w:r>
        <w:t>金融</w:t>
      </w:r>
    </w:p>
    <w:p>
      <w:r>
        <w:t>247</w:t>
      </w:r>
    </w:p>
    <w:p>
      <w:r>
        <w:t>毛钰杰</w:t>
      </w:r>
    </w:p>
    <w:p>
      <w:r>
        <w:t>330825********042X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025100</w:t>
      </w:r>
    </w:p>
    <w:p>
      <w:r>
        <w:t>金融</w:t>
      </w:r>
    </w:p>
    <w:p>
      <w:r>
        <w:t>248</w:t>
      </w:r>
    </w:p>
    <w:p>
      <w:r>
        <w:t>王微彤</w:t>
      </w:r>
    </w:p>
    <w:p>
      <w:r>
        <w:t>330784********2647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025400</w:t>
      </w:r>
    </w:p>
    <w:p>
      <w:r>
        <w:t>国际商务</w:t>
      </w:r>
    </w:p>
    <w:p>
      <w:r>
        <w:t>249</w:t>
      </w:r>
    </w:p>
    <w:p>
      <w:r>
        <w:t>邓晓如</w:t>
      </w:r>
    </w:p>
    <w:p>
      <w:r>
        <w:t>330181********5847</w:t>
      </w:r>
    </w:p>
    <w:p>
      <w:r>
        <w:t>女</w:t>
      </w:r>
    </w:p>
    <w:p>
      <w:r>
        <w:t>硕士</w:t>
      </w:r>
    </w:p>
    <w:p>
      <w:r>
        <w:t>025</w:t>
      </w:r>
    </w:p>
    <w:p>
      <w:r>
        <w:t>经济学院</w:t>
      </w:r>
    </w:p>
    <w:p>
      <w:r>
        <w:t>025800</w:t>
      </w:r>
    </w:p>
    <w:p>
      <w:r>
        <w:t>数字经济</w:t>
      </w:r>
    </w:p>
    <w:p>
      <w:r>
        <w:t>250</w:t>
      </w:r>
    </w:p>
    <w:p>
      <w:r>
        <w:t>丁柘仁</w:t>
      </w:r>
    </w:p>
    <w:p>
      <w:r>
        <w:t>331081********0037</w:t>
      </w:r>
    </w:p>
    <w:p>
      <w:r>
        <w:t>男</w:t>
      </w:r>
    </w:p>
    <w:p>
      <w:r>
        <w:t>直博生</w:t>
      </w:r>
    </w:p>
    <w:p>
      <w:r>
        <w:t>026</w:t>
      </w:r>
    </w:p>
    <w:p>
      <w:r>
        <w:t>数学科学学院</w:t>
      </w:r>
    </w:p>
    <w:p>
      <w:r>
        <w:t>070100</w:t>
      </w:r>
    </w:p>
    <w:p>
      <w:r>
        <w:t>数学</w:t>
      </w:r>
    </w:p>
    <w:p>
      <w:r>
        <w:t>251</w:t>
      </w:r>
    </w:p>
    <w:p>
      <w:r>
        <w:t>陈诚</w:t>
      </w:r>
    </w:p>
    <w:p>
      <w:r>
        <w:t>330326********1817</w:t>
      </w:r>
    </w:p>
    <w:p>
      <w:r>
        <w:t>男</w:t>
      </w:r>
    </w:p>
    <w:p>
      <w:r>
        <w:t>直博生</w:t>
      </w:r>
    </w:p>
    <w:p>
      <w:r>
        <w:t>026</w:t>
      </w:r>
    </w:p>
    <w:p>
      <w:r>
        <w:t>数学科学学院</w:t>
      </w:r>
    </w:p>
    <w:p>
      <w:r>
        <w:t>070100</w:t>
      </w:r>
    </w:p>
    <w:p>
      <w:r>
        <w:t>数学</w:t>
      </w:r>
    </w:p>
    <w:p>
      <w:r>
        <w:t>252</w:t>
      </w:r>
    </w:p>
    <w:p>
      <w:r>
        <w:t>杨诗怡</w:t>
      </w:r>
    </w:p>
    <w:p>
      <w:r>
        <w:t>331003********0181</w:t>
      </w:r>
    </w:p>
    <w:p>
      <w:r>
        <w:t>女</w:t>
      </w:r>
    </w:p>
    <w:p>
      <w:r>
        <w:t>硕士</w:t>
      </w:r>
    </w:p>
    <w:p>
      <w:r>
        <w:t>026</w:t>
      </w:r>
    </w:p>
    <w:p>
      <w:r>
        <w:t>数学科学学院</w:t>
      </w:r>
    </w:p>
    <w:p>
      <w:r>
        <w:t>070100</w:t>
      </w:r>
    </w:p>
    <w:p>
      <w:r>
        <w:t>数学</w:t>
      </w:r>
    </w:p>
    <w:p>
      <w:r>
        <w:t>253</w:t>
      </w:r>
    </w:p>
    <w:p>
      <w:r>
        <w:t>吴屹阳</w:t>
      </w:r>
    </w:p>
    <w:p>
      <w:r>
        <w:t>330782********1034</w:t>
      </w:r>
    </w:p>
    <w:p>
      <w:r>
        <w:t>男</w:t>
      </w:r>
    </w:p>
    <w:p>
      <w:r>
        <w:t>硕士</w:t>
      </w:r>
    </w:p>
    <w:p>
      <w:r>
        <w:t>027</w:t>
      </w:r>
    </w:p>
    <w:p>
      <w:r>
        <w:t>能源与碳中和科教融合学院</w:t>
      </w:r>
    </w:p>
    <w:p>
      <w:r>
        <w:t>080700</w:t>
      </w:r>
    </w:p>
    <w:p>
      <w:r>
        <w:t>动力工程及工程热物理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