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长安大学2026年接收推荐免试研究生（含直博生）预报名通知</w:t>
      </w:r>
    </w:p>
    <w:p>
      <w:r>
        <w:t>发布时间：2025年8月9日</w:t>
      </w:r>
    </w:p>
    <w:p>
      <w:r>
        <w:t>来源URL：https://yzb.chd.edu.cn/2025/0809/c2769a254078/page.htm</w:t>
      </w:r>
    </w:p>
    <w:p>
      <w:r>
        <w:t>========================================</w:t>
      </w:r>
    </w:p>
    <w:p>
      <w:r>
        <w:t>长安大学2026年接收推荐免试研究生（含直博生）预报名通知</w:t>
      </w:r>
    </w:p>
    <w:p>
      <w:r>
        <w:t>发布者：张延成发布时间：2025-08-09浏览次数：10</w:t>
      </w:r>
    </w:p>
    <w:p>
      <w:r>
        <w:t>长安大学欢迎校内外优秀应届本科毕业生推荐免试攻读我校硕士学位研究生和直接攻读博士学位研究生。为做好2026年推荐免试研究生（含直博生）接收工作，现将预报名有关事宜通知如下。</w:t>
      </w:r>
    </w:p>
    <w:p>
      <w:r>
        <w:t>一、申请条件</w:t>
      </w:r>
    </w:p>
    <w:p>
      <w:r>
        <w:t>1.中华人民共和国公民，拥护中国共产党的领导，遵纪守法，品德良好；</w:t>
      </w:r>
    </w:p>
    <w:p>
      <w:r>
        <w:t>2.2026届普通全日制本科毕业生，有望取得本科所在学校的推荐免试生资格；</w:t>
      </w:r>
    </w:p>
    <w:p>
      <w:r>
        <w:t>3.研究兴趣浓厚，有较强的创新意识、创新能力和专业能力；</w:t>
      </w:r>
    </w:p>
    <w:p>
      <w:r>
        <w:t>4.身体健康状况符合国家规定的体检要求；</w:t>
      </w:r>
    </w:p>
    <w:p>
      <w:r>
        <w:t>5.符合招生学院（系）规定的其他申请条件。</w:t>
      </w:r>
    </w:p>
    <w:p>
      <w:r>
        <w:t>二、招生专业</w:t>
      </w:r>
    </w:p>
    <w:p>
      <w:r>
        <w:t>我校学术学位、专业学位全日制硕士均招收推免生，在一级学科博士点专业招收优秀应届本科毕业生直接攻读博士学位研究生。</w:t>
      </w:r>
    </w:p>
    <w:p>
      <w:r>
        <w:t>我校硕士研究生基本学制为3年，直博生基本学制为5年。</w:t>
      </w:r>
    </w:p>
    <w:p>
      <w:r>
        <w:t>三、申请流程</w:t>
      </w:r>
    </w:p>
    <w:p>
      <w:r>
        <w:t>1.申请人可于8月11日起登录长安大学推免生预报名系统（http://49.233.141.142/xly/login），填写有关信息、上传附件材料并提交申请。材料审核结果、报名起始时间和具体工作安排以学院通知为准。</w:t>
      </w:r>
    </w:p>
    <w:p>
      <w:r>
        <w:t>2.学院将根据上级政策开展考核选拔工作，具体时间及工作安排请关注学院通知。申请人须在“全国推荐免试攻读研究生（免初试、转段）信息公开管理服务系统”正式报名，完成填报志愿、接受复试确认、接受待录取确认等环节，服务系统开放时间请关注中国研究生招生信息网相关公告。</w:t>
      </w:r>
    </w:p>
    <w:p>
      <w:r>
        <w:t>四、申请材料</w:t>
      </w:r>
    </w:p>
    <w:p>
      <w:r>
        <w:t>申请人将以下材料按照1-6项顺序整理成一个PDF文件（不超过10M），上传推免生预报名系统。</w:t>
      </w:r>
    </w:p>
    <w:p>
      <w:r>
        <w:t>1.个人简历、身份证和学生证；</w:t>
      </w:r>
    </w:p>
    <w:p>
      <w:r>
        <w:t>2.本科成绩单和总评成绩排名证明(由教务处盖章或所在学院盖章)；</w:t>
      </w:r>
    </w:p>
    <w:p>
      <w:r>
        <w:t>3.英语水平证明材料（CET-4、CET-6、TOEFL、IELTS等成绩单）；</w:t>
      </w:r>
    </w:p>
    <w:p>
      <w:r>
        <w:t>4.学术科研成果（公开发表的论文等）和获奖证书；</w:t>
      </w:r>
    </w:p>
    <w:p>
      <w:r>
        <w:t>5.参加社会实践、公益事业等的证明材料；</w:t>
      </w:r>
    </w:p>
    <w:p>
      <w:r>
        <w:t>6.学院要求的其他材料。</w:t>
      </w:r>
    </w:p>
    <w:p>
      <w:r>
        <w:t>五、其他事项</w:t>
      </w:r>
    </w:p>
    <w:p>
      <w:r>
        <w:t>1.推免生预报名系统中的招生专业仅供参考，具体推免生招生专业以公布的2026年研究生推免招生专业目录为准，最终录取专业以“全国推荐免试攻读研究生（免初试、转段）信息公开管理服务系统”中录取确认为准。</w:t>
      </w:r>
    </w:p>
    <w:p>
      <w:r>
        <w:t>2.直接攻读博士研究生招生专业、导师名单可参考《长安大学2025年招收攻读博士学位研究生招生简章》及各学院的专业目录，申请人应提前与报考导师联系并征得同意。如对招生专业、报考博导等信息有疑问，可在报名阶段咨询相关学院。</w:t>
      </w:r>
    </w:p>
    <w:p>
      <w:r>
        <w:t>3.申请人应保证填报信息、申请材料的真实性和准确性。对于提供虚假报考信息或不符合申请条件的考生，一经查实，取消申请资格、考核资格等。</w:t>
      </w:r>
    </w:p>
    <w:p>
      <w:r>
        <w:t>4.我校将根据教育部最新推免生政策，及时公布2026年接收推免生的最新信息，请关注我校研究生招生网相关信息。</w:t>
      </w:r>
    </w:p>
    <w:p>
      <w:r>
        <w:t>长安大学研究生招生办公室</w:t>
      </w:r>
    </w:p>
    <w:p>
      <w:r>
        <w:t>2025年8月9日</w:t>
      </w:r>
    </w:p>
    <w:p>
      <w:r>
        <w:t>Copyright©长安大学研究生招生办公室</w:t>
      </w:r>
    </w:p>
    <w:p>
      <w:r>
        <w:t>地址：中国西安市南二环路中段电话：029-82334323</w:t>
      </w:r>
    </w:p>
    <w:p>
      <w:r>
        <w:t>中国研究生招生信息网</w:t>
      </w:r>
    </w:p>
    <w:p>
      <w:r>
        <w:t>研究生院</w:t>
      </w:r>
    </w:p>
    <w:p>
      <w:r>
        <w:t>长安大学</w:t>
      </w:r>
    </w:p>
    <w:p>
      <w:r>
        <w:t>中国高等教育学生信息网</w:t>
      </w:r>
    </w:p>
    <w:p>
      <w:r>
        <w:t>中国留学网</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