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桂林理工大学2026年接收优秀应届本科毕业生免试攻读硕士学位研究生工作管理办法</w:t>
      </w:r>
    </w:p>
    <w:p>
      <w:r>
        <w:t>发布时间：2025年9月12日</w:t>
      </w:r>
    </w:p>
    <w:p>
      <w:r>
        <w:t>来源URL：https://yjsy.glut.edu.cn/info/1091/4354.htm</w:t>
      </w:r>
    </w:p>
    <w:p>
      <w:r>
        <w:t>========================================</w:t>
      </w:r>
    </w:p>
    <w:p>
      <w:r>
        <w:t>﻿</w:t>
      </w:r>
    </w:p>
    <w:p>
      <w:r>
        <w:t>本站首页</w:t>
      </w:r>
    </w:p>
    <w:p>
      <w:r>
        <w:t>部门概况</w:t>
      </w:r>
    </w:p>
    <w:p>
      <w:r>
        <w:t>部门简介</w:t>
      </w:r>
    </w:p>
    <w:p>
      <w:r>
        <w:t>现任领导</w:t>
      </w:r>
    </w:p>
    <w:p>
      <w:r>
        <w:t>科室设置</w:t>
      </w:r>
    </w:p>
    <w:p>
      <w:r>
        <w:t>综合信息</w:t>
      </w:r>
    </w:p>
    <w:p>
      <w:r>
        <w:t>研院动态</w:t>
      </w:r>
    </w:p>
    <w:p>
      <w:r>
        <w:t>通知公告</w:t>
      </w:r>
    </w:p>
    <w:p>
      <w:r>
        <w:t>信息公开</w:t>
      </w:r>
    </w:p>
    <w:p>
      <w:r>
        <w:t>学科建设</w:t>
      </w:r>
    </w:p>
    <w:p>
      <w:r>
        <w:t>工作动态</w:t>
      </w:r>
    </w:p>
    <w:p>
      <w:r>
        <w:t>ESI专栏</w:t>
      </w:r>
    </w:p>
    <w:p>
      <w:r>
        <w:t>现有学位点</w:t>
      </w:r>
    </w:p>
    <w:p>
      <w:r>
        <w:t>招生管理</w:t>
      </w:r>
    </w:p>
    <w:p>
      <w:r>
        <w:t>研招AI咨询</w:t>
      </w:r>
    </w:p>
    <w:p>
      <w:r>
        <w:t>硕士招生</w:t>
      </w:r>
    </w:p>
    <w:p>
      <w:r>
        <w:t>硕考考点</w:t>
      </w:r>
    </w:p>
    <w:p>
      <w:r>
        <w:t>推免工作</w:t>
      </w:r>
    </w:p>
    <w:p>
      <w:r>
        <w:t>博士招生</w:t>
      </w:r>
    </w:p>
    <w:p>
      <w:r>
        <w:t>培养学位</w:t>
      </w:r>
    </w:p>
    <w:p>
      <w:r>
        <w:t>学籍管理</w:t>
      </w:r>
    </w:p>
    <w:p>
      <w:r>
        <w:t>考试管理</w:t>
      </w:r>
    </w:p>
    <w:p>
      <w:r>
        <w:t>博士培养</w:t>
      </w:r>
    </w:p>
    <w:p>
      <w:r>
        <w:t>硕士培养</w:t>
      </w:r>
    </w:p>
    <w:p>
      <w:r>
        <w:t>专业学位</w:t>
      </w:r>
    </w:p>
    <w:p>
      <w:r>
        <w:t>课程建设</w:t>
      </w:r>
    </w:p>
    <w:p>
      <w:r>
        <w:t>学位管理</w:t>
      </w:r>
    </w:p>
    <w:p>
      <w:r>
        <w:t>导师管理</w:t>
      </w:r>
    </w:p>
    <w:p>
      <w:r>
        <w:t>党建工作</w:t>
      </w:r>
    </w:p>
    <w:p>
      <w:r>
        <w:t>支部动态</w:t>
      </w:r>
    </w:p>
    <w:p>
      <w:r>
        <w:t>清廉桂工工作</w:t>
      </w:r>
    </w:p>
    <w:p>
      <w:r>
        <w:t>下载中心</w:t>
      </w:r>
    </w:p>
    <w:p>
      <w:r>
        <w:t>教育管理</w:t>
      </w:r>
    </w:p>
    <w:p>
      <w:r>
        <w:t>培养学位</w:t>
      </w:r>
    </w:p>
    <w:p>
      <w:r>
        <w:t>招生就业</w:t>
      </w:r>
    </w:p>
    <w:p>
      <w:r>
        <w:t>综合管理</w:t>
      </w:r>
    </w:p>
    <w:p>
      <w:r>
        <w:t>招生管理</w:t>
      </w:r>
    </w:p>
    <w:p>
      <w:r>
        <w:t>研招AI咨询</w:t>
      </w:r>
    </w:p>
    <w:p>
      <w:r>
        <w:t>硕士招生</w:t>
      </w:r>
    </w:p>
    <w:p>
      <w:r>
        <w:t>硕考考点</w:t>
      </w:r>
    </w:p>
    <w:p>
      <w:r>
        <w:t>推免工作</w:t>
      </w:r>
    </w:p>
    <w:p>
      <w:r>
        <w:t>博士招生</w:t>
      </w:r>
    </w:p>
    <w:p>
      <w:r>
        <w:t>当前位置:</w:t>
      </w:r>
    </w:p>
    <w:p>
      <w:r>
        <w:t>本站首页</w:t>
      </w:r>
    </w:p>
    <w:p>
      <w:r>
        <w:t>&gt;&gt;</w:t>
      </w:r>
    </w:p>
    <w:p>
      <w:r>
        <w:t>招生管理</w:t>
      </w:r>
    </w:p>
    <w:p>
      <w:r>
        <w:t>&gt;&gt;</w:t>
      </w:r>
    </w:p>
    <w:p>
      <w:r>
        <w:t>推免工作</w:t>
      </w:r>
    </w:p>
    <w:p>
      <w:r>
        <w:t>&gt;&gt;</w:t>
      </w:r>
    </w:p>
    <w:p>
      <w:r>
        <w:t>正文</w:t>
      </w:r>
    </w:p>
    <w:p>
      <w:r>
        <w:t>桂林理工大学2026年接收优秀应届本科毕业生免试攻读硕士学位研究生工作管理办法</w:t>
      </w:r>
    </w:p>
    <w:p>
      <w:r>
        <w:t>发布时间：2025-09-12 发布作者： 点击数：</w:t>
      </w:r>
    </w:p>
    <w:p>
      <w:r>
        <w:t>桂林理工大学2026年接收优秀应届本科毕业生免试攻读硕士学位研究生工作管理办法</w:t>
      </w:r>
    </w:p>
    <w:p>
      <w:r>
        <w:t>单位代码：10596 地址：桂林市建干路12号 邮箱：yjsb@glut.edu.cn</w:t>
      </w:r>
    </w:p>
    <w:p>
      <w:r>
        <w:t>版权所有©桂林理工大学研究生院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