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西藏大学2026年接收推免生（含直博生）复试及录取方案</w:t>
      </w:r>
    </w:p>
    <w:p>
      <w:r>
        <w:t>发布时间：2025年9月22日</w:t>
      </w:r>
    </w:p>
    <w:p>
      <w:r>
        <w:t>来源URL：https://yjszs.utibet.edu.cn/info/1006/1564.htm</w:t>
      </w:r>
    </w:p>
    <w:p>
      <w:r>
        <w:t>========================================</w:t>
      </w:r>
    </w:p>
    <w:p>
      <w:r>
        <w:t>﻿</w:t>
      </w:r>
    </w:p>
    <w:p>
      <w:r>
        <w:t>首页</w:t>
      </w:r>
    </w:p>
    <w:p>
      <w:r>
        <w:t>通知公告</w:t>
      </w:r>
    </w:p>
    <w:p>
      <w:r>
        <w:t>政策法规</w:t>
      </w:r>
    </w:p>
    <w:p>
      <w:r>
        <w:t>硕士招生</w:t>
      </w:r>
    </w:p>
    <w:p>
      <w:r>
        <w:t>博士招生</w:t>
      </w:r>
    </w:p>
    <w:p>
      <w:r>
        <w:t>统计信息</w:t>
      </w:r>
    </w:p>
    <w:p>
      <w:r>
        <w:t>文档下载</w:t>
      </w:r>
    </w:p>
    <w:p>
      <w:r>
        <w:t>导师队伍</w:t>
      </w:r>
    </w:p>
    <w:p>
      <w:r>
        <w:t>学科介绍</w:t>
      </w:r>
    </w:p>
    <w:p>
      <w:r>
        <w:t>当前位置:</w:t>
      </w:r>
    </w:p>
    <w:p>
      <w:r>
        <w:t>首页</w:t>
      </w:r>
    </w:p>
    <w:p>
      <w:r>
        <w:t>&gt;</w:t>
      </w:r>
    </w:p>
    <w:p>
      <w:r>
        <w:t>硕士招生</w:t>
      </w:r>
    </w:p>
    <w:p>
      <w:r>
        <w:t>&gt;</w:t>
      </w:r>
    </w:p>
    <w:p>
      <w:r>
        <w:t>正文</w:t>
      </w:r>
    </w:p>
    <w:p>
      <w:r>
        <w:t>西藏大学2026年接收推免生（含直博生）复试及录取方案</w:t>
      </w:r>
    </w:p>
    <w:p>
      <w:r>
        <w:t>更新时间：2025-09-22</w:t>
      </w:r>
    </w:p>
    <w:p>
      <w:r>
        <w:t>点击： 次</w:t>
      </w:r>
    </w:p>
    <w:p>
      <w:r>
        <w:t>西藏大学2026年接收推免生（含直博生）复试及录取方案.pdf</w:t>
      </w:r>
    </w:p>
    <w:p>
      <w:r>
        <w:t>Powered by 西藏大学研究生处 © 2016 All Rights Reserved</w:t>
      </w:r>
    </w:p>
    <w:p>
      <w:r>
        <w:t>推荐使用IE7.0以上浏览器，1024*768分辨率访问本网站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