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广州医科大学2026年接收推荐免试研究生（含直博生）报名公告-广州医科大学研究生院</w:t>
      </w:r>
    </w:p>
    <w:p>
      <w:r>
        <w:t>发布时间：2025年9月3日</w:t>
      </w:r>
    </w:p>
    <w:p>
      <w:r>
        <w:t>来源URL：https://yjs.gzhmu.edu.cn/info/1003/36682.htm</w:t>
      </w:r>
    </w:p>
    <w:p>
      <w:r>
        <w:t>========================================</w:t>
      </w:r>
    </w:p>
    <w:p>
      <w:r>
        <w:t>&gt;</w:t>
      </w:r>
    </w:p>
    <w:p>
      <w:r>
        <w:t>广州医科大学接收“推荐免试”的研究生包括免试攻读硕士学位研究生（以下简称“推免硕士生”）和直接攻读博士学位研究生（以下简称“直博生”），统称“推免生”。“推免硕士生”可接收考生报考“学术学位”和“专业学位”；“直博生”只接收考生报考“学术学位”。欢迎报考！</w:t>
      </w:r>
    </w:p>
    <w:p>
      <w:r>
        <w:t>一、申请条件</w:t>
      </w:r>
    </w:p>
    <w:p>
      <w:r>
        <w:t>1、遵守中华人民共和国宪法和法律，品德良好。</w:t>
      </w:r>
    </w:p>
    <w:p>
      <w:r>
        <w:t>2、获得所在学校的推荐免试生资格，推荐手续完备，材料齐全。</w:t>
      </w:r>
    </w:p>
    <w:p>
      <w:r>
        <w:t>3、身心健康，符合规定的体检标准。</w:t>
      </w:r>
    </w:p>
    <w:p>
      <w:r>
        <w:t>4、考生须按照与本科毕业专业相关或相近专业进行报考，生物和医学类各专业仅接受本科学历为生物、医药相关专业的应届推免生报名。</w:t>
      </w:r>
    </w:p>
    <w:p>
      <w:r>
        <w:t>5、考生录取当年入学前必须取得国家承认的本科毕业证书。</w:t>
      </w:r>
    </w:p>
    <w:p>
      <w:r>
        <w:t>6、报考临床医学、口腔医学、中医硕士研究生（专业学位）的考生，还需满足以下报考条件：</w:t>
      </w:r>
    </w:p>
    <w:p>
      <w:r>
        <w:t>(1)临床医学硕士专业学位（专业代码为“1051**”），仅接受本科是五年制的临床医学类（含临床医学、麻醉学、医学影像等）应届推免生报名。</w:t>
      </w:r>
    </w:p>
    <w:p>
      <w:r>
        <w:t>(2)口腔医学硕士专业学位（专业代码为“105200”），仅接受本科是五年制口腔医学专业的应届推免生报名。</w:t>
      </w:r>
    </w:p>
    <w:p>
      <w:r>
        <w:t>（3）中医硕士专业学位（专业代码为“1057**”），仅接受本科毕业于五年制中医学、针灸推拿学、中西医临床医学专业的本科毕业生（含应届）报考。</w:t>
      </w:r>
    </w:p>
    <w:p>
      <w:r>
        <w:t>注：我校临床医学、口腔医学、中医硕士专业学位研究生招生对象为符合医师资格考试报考条件规定专业的本科毕业生，其中以香港居民和澳门居民身份报考的须为永久性居民。被录取为临床医学、口腔医学和中医硕士专业学位的学生，均须参加住院医师规范化培训。</w:t>
      </w:r>
    </w:p>
    <w:p>
      <w:r>
        <w:t>7、符合研究生招生简章中的有关报考要求。</w:t>
      </w:r>
    </w:p>
    <w:p>
      <w:r>
        <w:t>二、报名、复试和拟录取</w:t>
      </w:r>
    </w:p>
    <w:p>
      <w:r>
        <w:t>1、报名申请程序</w:t>
      </w:r>
    </w:p>
    <w:p>
      <w:r>
        <w:t>凡有意申报我校2026年推荐免试研究生的考生，即日起至9月14日，通过搜索“广州医科大学研究生院”微信小程序或扫描下面“二维码”，点击“志愿填报”进入“推免生报名信息填写”模块按要求填写提交报名信息，并由相应招生院系所组织考核，拟录取考生名单确定后，招生院系所采取“双向选择”和“内部调配”相结合的方式组织拟录取考生选报导师。</w:t>
      </w:r>
    </w:p>
    <w:p>
      <w:r>
        <w:t>2、报名材料准备</w:t>
      </w:r>
    </w:p>
    <w:p>
      <w:r>
        <w:t>考生可按照材料清单顺序准备申请材料，并扫描成1个PDF文件（命名为：姓名，例如：张三），根据选报医院（或学院）要求发送到指定邮箱（见附件1）。</w:t>
      </w:r>
    </w:p>
    <w:p>
      <w:r>
        <w:t>①《广州医科大学推免生（含直博生）申请表》。（可拟录取后补盖章，纸质版需提交2份）</w:t>
      </w:r>
    </w:p>
    <w:p>
      <w:r>
        <w:t>②本科在校学习成绩单原件1 份，并加盖院校教务部门公章。</w:t>
      </w:r>
    </w:p>
    <w:p>
      <w:r>
        <w:t>③本科学校推免公示名单截图或证明。（如有）</w:t>
      </w:r>
    </w:p>
    <w:p>
      <w:r>
        <w:t>④学生证及第二代身份证复印件。</w:t>
      </w:r>
    </w:p>
    <w:p>
      <w:r>
        <w:t>⑤英语水平证明材料（如CET、TOEFL、IELTS等的证书或成绩单复印件）。</w:t>
      </w:r>
    </w:p>
    <w:p>
      <w:r>
        <w:t>⑥有意向报考推免直博生的考生，还需准备两名所报考学科专业领域内的教授(或相当专业技术职称的专家)《专家推荐表》（一式两份均须原件，即每位专家两份，共四份），需推荐专家所在单位人事部门盖章。（可拟录取后补盖章）</w:t>
      </w:r>
    </w:p>
    <w:p>
      <w:r>
        <w:t>⑦其它有关材料复印件各1份（该部分材料不作为必须提供的材料内容，仅供我校审核、接收时参考），如个人简历、获奖证书复印件、申请人提交的体现本人学术水平的代表性学术论文、出版物或原创性工作成果等（原件在复试时查验）。</w:t>
      </w:r>
    </w:p>
    <w:p>
      <w:r>
        <w:t>3、复试安排</w:t>
      </w:r>
    </w:p>
    <w:p>
      <w:r>
        <w:t>复试时间预计9月17日-9月19日，具体安排由招生院系所另行通知。</w:t>
      </w:r>
    </w:p>
    <w:p>
      <w:r>
        <w:t>4、复试内容</w:t>
      </w:r>
    </w:p>
    <w:p>
      <w:r>
        <w:t>（1）专业能力（共100分）。主要包括：①大学阶段学习情况及成绩；②考生对专业知识、专业基础知识以及对专业前沿知识了解；③创新精神和创新能力。</w:t>
      </w:r>
    </w:p>
    <w:p>
      <w:r>
        <w:t>（2）外语能力（共100分）。主要包括：①日常会话；②文献(专业外语或公共外语)阅读，然后对文献内容进行问答。</w:t>
      </w:r>
    </w:p>
    <w:p>
      <w:r>
        <w:t>（3）综合素质能力（共100分）。主要包括：①思想政治素质和品德考核；②事业心、责任感、纪律性（遵纪守法）、协作性和心理健康情况；③本学科以外的学习、社会实践（学生工作、社团工作、志愿服务等）、沟通能力或实际工作表现等方面情况；④人文素养；⑤举止、表达及文明礼仪等。</w:t>
      </w:r>
    </w:p>
    <w:p>
      <w:r>
        <w:t>（4）临床技能或科研能力（共200分）。主要包括：①考生对本专业的临床或科研热情；②运用本科阶段知识综合分析和解决实际问题的能力和潜质等。</w:t>
      </w:r>
    </w:p>
    <w:p>
      <w:r>
        <w:t>5、拟录取</w:t>
      </w:r>
    </w:p>
    <w:p>
      <w:r>
        <w:t>学校对通过复试并拟录取的推免生，在教育部“推免服务系统”发送待录取通知，推免生须按我校相关招生院系所规定的时间在教育部“全国推荐免试攻读研究生（免初试、转段）信息公开暨管理服务系统”（以下简称“推免服务系统”，网址https://yz.chsi.com.cn/tm）完成网上报名、网上确认等手续。若在规定时间内未确认，则视为放弃，我校有权撤销待录取。完成确认者不可变更录取志愿。</w:t>
      </w:r>
    </w:p>
    <w:p>
      <w:r>
        <w:t>三、学制与学费</w:t>
      </w:r>
    </w:p>
    <w:p>
      <w:r>
        <w:t>1、学制：“推免硕士生”学制3年，“直博生”学制5年。</w:t>
      </w:r>
    </w:p>
    <w:p>
      <w:r>
        <w:t>2、学费：“推免硕士生”：学术学位8000元/学年，专业学位16000元/学年；“直博生”（学术学位）10000元/学年。</w:t>
      </w:r>
    </w:p>
    <w:p>
      <w:r>
        <w:t>四、其他事项</w:t>
      </w:r>
    </w:p>
    <w:p>
      <w:r>
        <w:t>1、在2025年9月14日前，若申请人尚未知晓是否获得推免生资格，可先参加我校推免生复试。若申请人取得当年推免生资格，则复试成绩有效；若未取得推免生资格，则复试成绩无效。</w:t>
      </w:r>
    </w:p>
    <w:p>
      <w:r>
        <w:t>2、相关招生信息，可向所选报的招生院系所咨询。</w:t>
      </w:r>
    </w:p>
    <w:p>
      <w:r>
        <w:t>3、接收直博生的专业为我校具有一级学科博士学位授予权的专业。</w:t>
      </w:r>
    </w:p>
    <w:p>
      <w:r>
        <w:t>4、所有报考的推免生都要参加我校组织的考核。考核不合格或体检不合格的考生不予录取。</w:t>
      </w:r>
    </w:p>
    <w:p>
      <w:r>
        <w:t>5、考核结束后，推免生根据招生院系所要求提交纸质版材料。推免生必须保证提交的全部申请材料的真实性和准确性。我校将在考核结束后公示拟录取推免生名单，如提交的信息不真实，将取消录取资格。</w:t>
      </w:r>
    </w:p>
    <w:p>
      <w:r>
        <w:t>6、若上级部门对2026年招生政策有新的调整或规定，则以最新政策为准。</w:t>
      </w:r>
    </w:p>
    <w:p>
      <w:r>
        <w:t>五、联系方式</w:t>
      </w:r>
    </w:p>
    <w:p>
      <w:r>
        <w:t>1、地址邮编：广州市番禺区新造镇广州医科大学研究生院（511436）</w:t>
      </w:r>
    </w:p>
    <w:p>
      <w:r>
        <w:t>2、研招办咨询/监督电话：020-37103094</w:t>
      </w:r>
    </w:p>
    <w:p>
      <w:r>
        <w:t>3、广州医科大学研究生院网址 http://yjs.gzhmu.edu.cn</w:t>
      </w:r>
    </w:p>
    <w:p>
      <w:r>
        <w:t>4、各招生院系所的联系方式</w:t>
      </w:r>
    </w:p>
    <w:p>
      <w:r>
        <w:t>2026年各医院（或学院）负责老师邮箱和联系电话</w:t>
      </w:r>
    </w:p>
    <w:p>
      <w:r>
        <w:t>招生院系</w:t>
      </w:r>
    </w:p>
    <w:p>
      <w:r>
        <w:t>负责人</w:t>
      </w:r>
    </w:p>
    <w:p>
      <w:r>
        <w:t>办公电话</w:t>
      </w:r>
    </w:p>
    <w:p>
      <w:r>
        <w:t>电子邮箱或材料接收地址</w:t>
      </w:r>
    </w:p>
    <w:p>
      <w:r>
        <w:t>详细通讯地址</w:t>
      </w:r>
    </w:p>
    <w:p>
      <w:r>
        <w:t>附属第一医院</w:t>
      </w:r>
    </w:p>
    <w:p>
      <w:r>
        <w:t>黄老师（男）</w:t>
      </w:r>
    </w:p>
    <w:p>
      <w:r>
        <w:t>020-81566439</w:t>
      </w:r>
    </w:p>
    <w:p>
      <w:r>
        <w:t>jxkhuang@gzhmu.edu.cn</w:t>
      </w:r>
    </w:p>
    <w:p>
      <w:r>
        <w:t>广州市荔湾区桥中中路28号广州医科大学附属第一医院 学术中心320教学管理科</w:t>
      </w:r>
    </w:p>
    <w:p>
      <w:r>
        <w:t>呼吸健康研究院</w:t>
      </w:r>
    </w:p>
    <w:p>
      <w:r>
        <w:t>黄老师（女）</w:t>
      </w:r>
    </w:p>
    <w:p>
      <w:r>
        <w:t>020-81567941</w:t>
      </w:r>
    </w:p>
    <w:p>
      <w:r>
        <w:t>huangxiaoliang@gird.cn</w:t>
      </w:r>
    </w:p>
    <w:p>
      <w:r>
        <w:t>广州市荔湾区桥中中路28号广州医科大学附属第一医院 科研楼 604 呼研院办公室</w:t>
      </w:r>
    </w:p>
    <w:p>
      <w:r>
        <w:t>附属第二医院</w:t>
      </w:r>
    </w:p>
    <w:p>
      <w:r>
        <w:t>刘老师</w:t>
      </w:r>
    </w:p>
    <w:p>
      <w:r>
        <w:t>020-34152462</w:t>
      </w:r>
    </w:p>
    <w:p>
      <w:r>
        <w:t>460314174@qq.com</w:t>
      </w:r>
    </w:p>
    <w:p>
      <w:r>
        <w:t>广州市海珠区昌岗东路250号广州医科大学附属第二医院行政楼5楼毕业后教育中心1、2号室</w:t>
      </w:r>
    </w:p>
    <w:p>
      <w:r>
        <w:t>附属第三医院</w:t>
      </w:r>
    </w:p>
    <w:p>
      <w:r>
        <w:t>向老师</w:t>
      </w:r>
    </w:p>
    <w:p>
      <w:r>
        <w:t>020-81292196</w:t>
      </w:r>
    </w:p>
    <w:p>
      <w:r>
        <w:t>1925464709@qq.com</w:t>
      </w:r>
    </w:p>
    <w:p>
      <w:r>
        <w:t>广州市荔湾区黄沙大道144号（大冶有色大厦3楼教学管理科）</w:t>
      </w:r>
    </w:p>
    <w:p>
      <w:r>
        <w:t>附属第五医院</w:t>
      </w:r>
    </w:p>
    <w:p>
      <w:r>
        <w:t>陈老师</w:t>
      </w:r>
    </w:p>
    <w:p>
      <w:r>
        <w:t>020-82516054</w:t>
      </w:r>
    </w:p>
    <w:p>
      <w:r>
        <w:t>gywykjk@163.com</w:t>
      </w:r>
    </w:p>
    <w:p>
      <w:r>
        <w:t>广州市黄埔区港湾西四街90号（颐康园对面）B栋501教学管理科</w:t>
      </w:r>
    </w:p>
    <w:p>
      <w:r>
        <w:t>附属清远医院</w:t>
      </w:r>
    </w:p>
    <w:p>
      <w:r>
        <w:t>潘老师</w:t>
      </w:r>
    </w:p>
    <w:p>
      <w:r>
        <w:t>0763-3113962</w:t>
      </w:r>
    </w:p>
    <w:p>
      <w:r>
        <w:t>447091634@qq.com</w:t>
      </w:r>
    </w:p>
    <w:p>
      <w:r>
        <w:t>清远市清城区银泉北路35号清远市人民医院体检中心5楼教学部</w:t>
      </w:r>
    </w:p>
    <w:p>
      <w:r>
        <w:t>附属肿瘤医院</w:t>
      </w:r>
    </w:p>
    <w:p>
      <w:r>
        <w:t>李老师</w:t>
      </w:r>
    </w:p>
    <w:p>
      <w:r>
        <w:t>020-66673676</w:t>
      </w:r>
    </w:p>
    <w:p>
      <w:r>
        <w:t>gzjxk@gzhmu.edu.cn</w:t>
      </w:r>
    </w:p>
    <w:p>
      <w:r>
        <w:t>广州市越秀区横枝岗路78号广州医科大学附属肿瘤医院学术报告厅3楼教学管理科</w:t>
      </w:r>
    </w:p>
    <w:p>
      <w:r>
        <w:t>附属口腔医院</w:t>
      </w:r>
    </w:p>
    <w:p>
      <w:r>
        <w:t>于老师</w:t>
      </w:r>
    </w:p>
    <w:p>
      <w:r>
        <w:t>020-86539579</w:t>
      </w:r>
    </w:p>
    <w:p>
      <w:r>
        <w:t>gykqyanjiusheng@163.com</w:t>
      </w:r>
    </w:p>
    <w:p>
      <w:r>
        <w:t>广州市越秀区东风西路195号广州医科大学附属口腔医院A栋7楼研究生管理办公室</w:t>
      </w:r>
    </w:p>
    <w:p>
      <w:r>
        <w:t>基础医学院</w:t>
      </w:r>
    </w:p>
    <w:p>
      <w:r>
        <w:t>黄老师</w:t>
      </w:r>
    </w:p>
    <w:p>
      <w:r>
        <w:t>020-37103203</w:t>
      </w:r>
    </w:p>
    <w:p>
      <w:r>
        <w:t>jcyjs@gzhmu.edu.cn</w:t>
      </w:r>
    </w:p>
    <w:p>
      <w:r>
        <w:t>广州市番禺区新造镇广州医科大学番禺校区A栋教学楼六楼A1-613办公室</w:t>
      </w:r>
    </w:p>
    <w:p>
      <w:r>
        <w:t>生物医学工程学院</w:t>
      </w:r>
    </w:p>
    <w:p>
      <w:r>
        <w:t>管老师</w:t>
      </w:r>
    </w:p>
    <w:p>
      <w:r>
        <w:t>020-62961055</w:t>
      </w:r>
    </w:p>
    <w:p>
      <w:r>
        <w:t>bme_kyb@gzhmu.edu.cn</w:t>
      </w:r>
    </w:p>
    <w:p>
      <w:r>
        <w:t>广州市番禺区新造镇广州医科大学番禺校区二期科技大楼630室</w:t>
      </w:r>
    </w:p>
    <w:p>
      <w:r>
        <w:t>药学院</w:t>
      </w:r>
    </w:p>
    <w:p>
      <w:r>
        <w:t>梁老师</w:t>
      </w:r>
    </w:p>
    <w:p>
      <w:r>
        <w:t>020-37103262</w:t>
      </w:r>
    </w:p>
    <w:p>
      <w:r>
        <w:t>yxyyjsb@gzhmu.edu.cn</w:t>
      </w:r>
    </w:p>
    <w:p>
      <w:r>
        <w:t>广州市番禺区新造镇广州医科大学番禺校区药学院A2栋643办公室</w:t>
      </w:r>
    </w:p>
    <w:p>
      <w:r>
        <w:t>公共卫生学院</w:t>
      </w:r>
    </w:p>
    <w:p>
      <w:r>
        <w:t>黄老师</w:t>
      </w:r>
    </w:p>
    <w:p>
      <w:r>
        <w:t>020-37105232</w:t>
      </w:r>
    </w:p>
    <w:p>
      <w:r>
        <w:t>huangdanhua@gzhmu.edu.cn</w:t>
      </w:r>
    </w:p>
    <w:p>
      <w:r>
        <w:t>广州市番禺区新造镇广州医科大学番禺校区B2栋5楼公共卫生学院B2-514科研办</w:t>
      </w:r>
    </w:p>
    <w:p>
      <w:r>
        <w:t>霍夫曼免疫研究所</w:t>
      </w:r>
    </w:p>
    <w:p>
      <w:r>
        <w:t>周老师</w:t>
      </w:r>
    </w:p>
    <w:p>
      <w:r>
        <w:t>020-62961153</w:t>
      </w:r>
    </w:p>
    <w:p>
      <w:r>
        <w:t>505439049@qq.com</w:t>
      </w:r>
    </w:p>
    <w:p>
      <w:r>
        <w:t>广州市番禺区新造镇广州医科大学番禺校区科技大楼325</w:t>
      </w:r>
    </w:p>
    <w:p>
      <w:r>
        <w:t>护理学院</w:t>
      </w:r>
    </w:p>
    <w:p>
      <w:r>
        <w:t>刘老师</w:t>
      </w:r>
    </w:p>
    <w:p>
      <w:r>
        <w:t>020-83079022</w:t>
      </w:r>
    </w:p>
    <w:p>
      <w:r>
        <w:t>812151684@qq.com</w:t>
      </w:r>
    </w:p>
    <w:p>
      <w:r>
        <w:t>广州市番禺区新造镇广州医科大学番禺校区A1栋524</w:t>
      </w:r>
    </w:p>
    <w:p>
      <w:r>
        <w:t>金域检验学院</w:t>
      </w:r>
    </w:p>
    <w:p>
      <w:r>
        <w:t>李老师</w:t>
      </w:r>
    </w:p>
    <w:p>
      <w:r>
        <w:t>020-83079041</w:t>
      </w:r>
    </w:p>
    <w:p>
      <w:r>
        <w:t>leez@gzhmu.edu.cn</w:t>
      </w:r>
    </w:p>
    <w:p>
      <w:r>
        <w:t>广州市番禺区新造镇广州医科大学番禺校区A2栋636办公室</w:t>
      </w:r>
    </w:p>
    <w:p>
      <w:r>
        <w:t>生命科学学院</w:t>
      </w:r>
    </w:p>
    <w:p>
      <w:r>
        <w:t>顾老师</w:t>
      </w:r>
    </w:p>
    <w:p>
      <w:r>
        <w:t>020-37104137</w:t>
      </w:r>
    </w:p>
    <w:p>
      <w:r>
        <w:t>skyjxb2024@sohu.com</w:t>
      </w:r>
    </w:p>
    <w:p>
      <w:r>
        <w:t>广州市番禺区新造镇广州医科大学番禺校区A1栋623</w:t>
      </w:r>
    </w:p>
    <w:p>
      <w:r>
        <w:t>附属市八医院</w:t>
      </w:r>
    </w:p>
    <w:p>
      <w:r>
        <w:t>曹老师</w:t>
      </w:r>
    </w:p>
    <w:p>
      <w:r>
        <w:t>13321559105</w:t>
      </w:r>
    </w:p>
    <w:p>
      <w:r>
        <w:t>289002479@qq.com</w:t>
      </w:r>
    </w:p>
    <w:p>
      <w:r>
        <w:t>广州市白云区华英路8号教学楼3楼310室科教科</w:t>
      </w:r>
    </w:p>
    <w:p>
      <w:r>
        <w:t>附属市十二人民医院</w:t>
      </w:r>
    </w:p>
    <w:p>
      <w:r>
        <w:t>张老师</w:t>
      </w:r>
    </w:p>
    <w:p>
      <w:r>
        <w:t>020-38981255</w:t>
      </w:r>
    </w:p>
    <w:p>
      <w:r>
        <w:t>srx8255@163.com</w:t>
      </w:r>
    </w:p>
    <w:p>
      <w:r>
        <w:t>广州市黄埔区丹水坑路123号综合楼三楼科教科</w:t>
      </w:r>
    </w:p>
    <w:p>
      <w:r>
        <w:t>附属脑科医院</w:t>
      </w:r>
    </w:p>
    <w:p>
      <w:r>
        <w:t>姚老师</w:t>
      </w:r>
    </w:p>
    <w:p>
      <w:r>
        <w:t>020-81268042</w:t>
      </w:r>
    </w:p>
    <w:p>
      <w:r>
        <w:t>gzsmh2016@163.com</w:t>
      </w:r>
    </w:p>
    <w:p>
      <w:r>
        <w:t>广州市荔湾区芳村大道中218号广州医科大学附属脑科医院明泽楼9楼学院办公室</w:t>
      </w:r>
    </w:p>
    <w:p>
      <w:r>
        <w:t>广州市胸科医院</w:t>
      </w:r>
    </w:p>
    <w:p>
      <w:r>
        <w:t>黄老师</w:t>
      </w:r>
    </w:p>
    <w:p>
      <w:r>
        <w:t>020-83590406</w:t>
      </w:r>
    </w:p>
    <w:p>
      <w:r>
        <w:t>gzsxkyy@163.com</w:t>
      </w:r>
    </w:p>
    <w:p>
      <w:r>
        <w:t>广州市越秀区恒福社区93号大院33栋办公楼5楼科教科</w:t>
      </w:r>
    </w:p>
    <w:p>
      <w:r>
        <w:t>附属妇女儿童医疗中心</w:t>
      </w:r>
    </w:p>
    <w:p>
      <w:r>
        <w:t>何老师/卫老师</w:t>
      </w:r>
    </w:p>
    <w:p>
      <w:r>
        <w:t>020-38367825/020-38367837</w:t>
      </w:r>
    </w:p>
    <w:p>
      <w:r>
        <w:t>fejx@gwcmc.org</w:t>
      </w:r>
    </w:p>
    <w:p>
      <w:r>
        <w:t>广州市天河区珠江新城华强路9号保利克洛维中盈大厦503-1室</w:t>
      </w:r>
    </w:p>
    <w:p>
      <w:r>
        <w:t>广医皮肤病研究所（广州市皮肤病医院）</w:t>
      </w:r>
    </w:p>
    <w:p>
      <w:r>
        <w:t>罗老师</w:t>
      </w:r>
    </w:p>
    <w:p>
      <w:r>
        <w:t>020-83482635</w:t>
      </w:r>
    </w:p>
    <w:p>
      <w:r>
        <w:t>531876255@qq.com</w:t>
      </w:r>
    </w:p>
    <w:p>
      <w:r>
        <w:t>广州市越秀区恒福路18、22号7楼科教科</w:t>
      </w:r>
    </w:p>
    <w:p>
      <w:r>
        <w:t>广东省妇幼保健院</w:t>
      </w:r>
    </w:p>
    <w:p>
      <w:r>
        <w:t>曾老师</w:t>
      </w:r>
    </w:p>
    <w:p>
      <w:r>
        <w:t>020-39151890</w:t>
      </w:r>
    </w:p>
    <w:p>
      <w:r>
        <w:t>153350399@qq.com</w:t>
      </w:r>
    </w:p>
    <w:p>
      <w:r>
        <w:t>广州市番禺区兴南大道521号广东省妇幼保健院行政楼208 科教科</w:t>
      </w:r>
    </w:p>
    <w:p>
      <w:r>
        <w:t>附属惠州医院</w:t>
      </w:r>
    </w:p>
    <w:p>
      <w:r>
        <w:t>孔老师</w:t>
      </w:r>
    </w:p>
    <w:p>
      <w:r>
        <w:t>0752-2359825</w:t>
      </w:r>
    </w:p>
    <w:p>
      <w:r>
        <w:t>30258090@qq.com</w:t>
      </w:r>
    </w:p>
    <w:p>
      <w:r>
        <w:t>广东省惠州市惠城区桥东学背街1号惠州市第三人民医院心脑血管病大楼5楼科教部</w:t>
      </w:r>
    </w:p>
    <w:p>
      <w:r>
        <w:t>附属中医医院</w:t>
      </w:r>
    </w:p>
    <w:p>
      <w:r>
        <w:t>韩老师</w:t>
      </w:r>
    </w:p>
    <w:p>
      <w:r>
        <w:t>020-81222780</w:t>
      </w:r>
    </w:p>
    <w:p>
      <w:r>
        <w:t>gzykjk@163.com</w:t>
      </w:r>
    </w:p>
    <w:p>
      <w:r>
        <w:t>广州市天河区天坤三路95号广州医科大学附属中医医院行政楼6楼科教科</w:t>
      </w:r>
    </w:p>
    <w:p>
      <w:r>
        <w:t>卫生管理学院</w:t>
      </w:r>
    </w:p>
    <w:p>
      <w:r>
        <w:t>神老师</w:t>
      </w:r>
    </w:p>
    <w:p>
      <w:r>
        <w:t>020-37103486</w:t>
      </w:r>
    </w:p>
    <w:p>
      <w:r>
        <w:t>gy37103486@163.com</w:t>
      </w:r>
    </w:p>
    <w:p>
      <w:r>
        <w:t>广州市番禺区新造镇广州医科大学番禺校区B1栋教学实验楼511室</w:t>
      </w:r>
    </w:p>
    <w:p>
      <w:r>
        <w:t>附属番禺中心医院</w:t>
      </w:r>
    </w:p>
    <w:p>
      <w:r>
        <w:t>陈老师</w:t>
      </w:r>
    </w:p>
    <w:p>
      <w:r>
        <w:t>020-34858239</w:t>
      </w:r>
    </w:p>
    <w:p>
      <w:r>
        <w:t>229856068@qq.com</w:t>
      </w:r>
    </w:p>
    <w:p>
      <w:r>
        <w:t>广州市番禺区桥南街福愉东路8号宿舍楼4楼科教科</w:t>
      </w:r>
    </w:p>
    <w:p>
      <w:r>
        <w:t>广医输血与血液病研究所（市一医院）</w:t>
      </w:r>
    </w:p>
    <w:p>
      <w:r>
        <w:t>樊老师</w:t>
      </w:r>
    </w:p>
    <w:p>
      <w:r>
        <w:t>020-81048197</w:t>
      </w:r>
    </w:p>
    <w:p>
      <w:r>
        <w:t>137350784@qq.com</w:t>
      </w:r>
    </w:p>
    <w:p>
      <w:r>
        <w:t>广州市越秀区人民北路604号1号楼1102办公室</w:t>
      </w:r>
    </w:p>
    <w:p>
      <w:r>
        <w:t>广医老年医学研究所（市老年医院）</w:t>
      </w:r>
    </w:p>
    <w:p>
      <w:r>
        <w:t>张老师</w:t>
      </w:r>
    </w:p>
    <w:p>
      <w:r>
        <w:t>020-37402159</w:t>
      </w:r>
    </w:p>
    <w:p>
      <w:r>
        <w:t>lys_jiaoxue@163.com</w:t>
      </w:r>
    </w:p>
    <w:p>
      <w:r>
        <w:t>广州市白云区广从十路1288号广州市老年医院综合楼2楼教育培训部</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