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安徽中医药大学2026年接收推荐免试研究生章程-安徽中医药大学研究生院</w:t>
      </w:r>
    </w:p>
    <w:p>
      <w:r>
        <w:t>发布时间：2025年9月16日</w:t>
      </w:r>
    </w:p>
    <w:p>
      <w:r>
        <w:t>来源URL：https://yjsb.ahtcm.edu.cn/info/1351/12981.htm</w:t>
      </w:r>
    </w:p>
    <w:p>
      <w:r>
        <w:t>========================================</w:t>
      </w:r>
    </w:p>
    <w:p>
      <w:r>
        <w:t>安徽中医药大学2026年接收推荐免试研究生章程</w:t>
      </w:r>
    </w:p>
    <w:p>
      <w:r>
        <w:t>信息来源：</w:t>
      </w:r>
    </w:p>
    <w:p>
      <w:r>
        <w:t>发布日期：2025-09-16</w:t>
      </w:r>
    </w:p>
    <w:p>
      <w:r>
        <w:t>附件【附件1：安徽中医药大学2026年接收推荐免试攻读硕士学位研究生申请表.doc】已下载 次</w:t>
      </w:r>
    </w:p>
    <w:p>
      <w:r>
        <w:t>附件【附件2-1：安徽中医药大学硕士研究生、导师双向选择表.doc】已下载 次</w:t>
      </w:r>
    </w:p>
    <w:p>
      <w:r>
        <w:t>附件【附件2-2：安徽中医药大学临床类学术学位硕士研究生双导师申请表.doc】已下载 次</w:t>
      </w:r>
    </w:p>
    <w:p>
      <w:r>
        <w:t>附件【附件2-3：安徽中医药大学中医、针灸硕士专业学位研究生、导师双向选择表.doc】已下载 次</w:t>
      </w:r>
    </w:p>
    <w:p>
      <w:r>
        <w:t>附件【附件2-4：安徽中医药大学中药学、药学专业学位硕士研究生双导师申请表.doc】已下载 次</w:t>
      </w:r>
    </w:p>
    <w:p>
      <w:r>
        <w:t>上一条：安徽中医药大学2026年硕士研究生招生简章</w:t>
      </w:r>
    </w:p>
    <w:p>
      <w:r>
        <w:t>下一条：安徽中医药大学2025年硕士研究生调剂复试工作办法</w:t>
      </w:r>
    </w:p>
    <w:p>
      <w:r>
        <w:t>安徽中医药大学 研究生院 地址：安徽省合肥市新站区前江路1号（少荃湖校区）</w:t>
      </w:r>
    </w:p>
    <w:p>
      <w:r>
        <w:t>办公电话：0551--68129403 研招办电话：0551-68129404 邮编：230012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