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公示2026年无军籍应届本科毕业生免试攻读研究生拟推荐名单</w:t>
      </w:r>
    </w:p>
    <w:p>
      <w:r>
        <w:t>发布时间：2025年9月13日</w:t>
      </w:r>
    </w:p>
    <w:p>
      <w:r>
        <w:t>来源URL：https://zs.tmmu.edu.cn/zsjy/news_show.aspx?newsid=3230&amp;master=y</w:t>
      </w:r>
    </w:p>
    <w:p>
      <w:r>
        <w:t>========================================</w:t>
      </w:r>
    </w:p>
    <w:p>
      <w:r>
        <w:t>公示2026年无军籍应届本科毕业生免试攻读研究生拟推荐名单</w:t>
      </w:r>
    </w:p>
    <w:p>
      <w:r>
        <w:t>栏目：通知公告作者：admin日期：2025-09-13 22:15:16 浏览：5315</w:t>
      </w:r>
    </w:p>
    <w:p>
      <w:r>
        <w:t>根据《关于做好2026年推荐无军籍应届本科毕业生免试攻读研究生工作的通知》（研函﹝2025﹞189号），按照相关工作要求及程序，现将拟推荐名单进行公示，公示期为9月13日至9月19日。如有异议，请以书面形式并署真实姓名，在公示期内向大学研究生院招生培养处反映，同时提供相应的证据或证明材料。如有主动放弃、因故被取消推免资格等情况，根据综合评定成绩排名依次递补。</w:t>
      </w:r>
    </w:p>
    <w:p>
      <w:r>
        <w:t>联系地址：重庆市沙坪坝区高滩岩正街30号陆军军医大学研究生院404室。</w:t>
      </w:r>
    </w:p>
    <w:p>
      <w:r>
        <w:t>联系电话：023－68752372/68752378。</w:t>
      </w:r>
    </w:p>
    <w:p>
      <w:r>
        <w:t>联系邮箱：tmmu_zhaosheng@163.com</w:t>
      </w:r>
    </w:p>
    <w:p>
      <w:r>
        <w:t>附件：2026年无军籍应届本科毕业生免试攻读研究生拟推荐名单.pdf</w:t>
      </w:r>
    </w:p>
    <w:p>
      <w:r>
        <w:t>上一篇：2026年接收无军籍推荐免试硕士研究生复试通知</w:t>
      </w:r>
    </w:p>
    <w:p>
      <w:r>
        <w:t>下一篇：陆军军医大学2026年接收无军籍应届本科毕业生免试攻读硕士研究生的通知</w:t>
      </w:r>
    </w:p>
    <w:p>
      <w:r>
        <w:t>中国研究生招生信息网</w:t>
      </w:r>
    </w:p>
    <w:p>
      <w:r>
        <w:t>中国高等教育学生信息网（学信网）</w:t>
      </w:r>
    </w:p>
    <w:p>
      <w:r>
        <w:t>教育部学位与研究生教育发展中心</w:t>
      </w:r>
    </w:p>
    <w:p>
      <w:r>
        <w:t>陆军军医大学第一附属医院</w:t>
      </w:r>
    </w:p>
    <w:p>
      <w:r>
        <w:t>陆军军医大学第二附属医院</w:t>
      </w:r>
    </w:p>
    <w:p>
      <w:r>
        <w:t>陆军特色医学中心</w:t>
      </w:r>
    </w:p>
    <w:p>
      <w:r>
        <w:t>前程无忧（51job）</w:t>
      </w:r>
    </w:p>
    <w:p>
      <w:r>
        <w:t>BOSS直聘</w:t>
      </w:r>
    </w:p>
    <w:p>
      <w:r>
        <w:t>智联招聘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