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湖北大学2026年接收具有推荐免试资格的考生攻读研究生（含硕士生、直博生）公告-湖北大学研究生招生信息网</w:t>
      </w:r>
    </w:p>
    <w:p>
      <w:r>
        <w:t>发布时间：2025年9月15日</w:t>
      </w:r>
    </w:p>
    <w:p>
      <w:r>
        <w:t>来源URL：https://yz.hubu.edu.cn/info/1011/3289.htm</w:t>
      </w:r>
    </w:p>
    <w:p>
      <w:r>
        <w:t>========================================</w:t>
      </w:r>
    </w:p>
    <w:p>
      <w:r>
        <w:t>&gt;</w:t>
      </w:r>
    </w:p>
    <w:p>
      <w:r>
        <w:t>2026年我校继续接收具有推荐免试资格的考生攻读研究生（含硕士生、直博生），欢迎报考湖北大学！</w:t>
      </w:r>
    </w:p>
    <w:p>
      <w:r>
        <w:t>一、接收专业</w:t>
      </w:r>
    </w:p>
    <w:p>
      <w:r>
        <w:t>我校招收推荐免试考生攻读研究生的具体专业详见“全国推荐免试攻读研究生信息公开管理服务系统”（简称“推免服务系统”）或我校研究生招生信息网发布的推免生招生专业目录。</w:t>
      </w:r>
    </w:p>
    <w:p>
      <w:r>
        <w:t>&gt;&gt;&gt;&gt; 推免生招生专业目录</w:t>
      </w:r>
    </w:p>
    <w:p>
      <w:r>
        <w:t>二、申请人基本条件</w:t>
      </w:r>
    </w:p>
    <w:p>
      <w:r>
        <w:t>1.拥护中国共产党的领导、品德良好、遵纪守法，符合研究生报考条件。</w:t>
      </w:r>
    </w:p>
    <w:p>
      <w:r>
        <w:t>2.应届本科毕业于具有推荐免试授权高校，成绩优秀且获得本科就读高校的推荐免试资格，推荐手续完备、材料齐全。</w:t>
      </w:r>
    </w:p>
    <w:p>
      <w:r>
        <w:t>3.学术研究兴趣浓厚，有较强的创新意识、创新能力和专业能力。</w:t>
      </w:r>
    </w:p>
    <w:p>
      <w:r>
        <w:t>4.没有考试作弊、剽窃他人学术成果及其他违法违纪受处分记录。</w:t>
      </w:r>
    </w:p>
    <w:p>
      <w:r>
        <w:t>5.身心健康，符合国家规定的体检标准。</w:t>
      </w:r>
    </w:p>
    <w:p>
      <w:r>
        <w:t>三、工作流程</w:t>
      </w:r>
    </w:p>
    <w:p>
      <w:r>
        <w:t>1.填报志愿</w:t>
      </w:r>
    </w:p>
    <w:p>
      <w:r>
        <w:t>（1）获得推免生资格的应届本科毕业生按时在“推免服务系统”填报报考信息。入选英才计划、优师计划的推免生应按时报名。</w:t>
      </w:r>
    </w:p>
    <w:p>
      <w:r>
        <w:t>（2）其他符合免初试攻读硕士研究生资格条件（如在部队荣立二等功等）的人员，应在国家规定的全国统考报名时间内登录“推免服务系统”报名。</w:t>
      </w:r>
    </w:p>
    <w:p>
      <w:r>
        <w:t>2.通知复试</w:t>
      </w:r>
    </w:p>
    <w:p>
      <w:r>
        <w:t>招生单位通过“推免服务系统”向考生发出复试通知。考生接到复试通知后应尽快通过服务系统确认是否同意参加复试。</w:t>
      </w:r>
    </w:p>
    <w:p>
      <w:r>
        <w:t>3.复试</w:t>
      </w:r>
    </w:p>
    <w:p>
      <w:r>
        <w:t>复试一般为综合能力面试，由复试专家组以面试方式对考生的思想政治品德(含诚信考核)、综合素质等进行考查。复试方式可为网络远程面试、或线下现场复试，复试的具体安排和方式由招生学院告知考生。</w:t>
      </w:r>
    </w:p>
    <w:p>
      <w:r>
        <w:t>4.拟录取</w:t>
      </w:r>
    </w:p>
    <w:p>
      <w:r>
        <w:t>学校通过“推免服务系统”向复试合格的考生发送待录取通知，考生及时登录服务系统接受待录取通知。</w:t>
      </w:r>
    </w:p>
    <w:p>
      <w:r>
        <w:t>四、其他</w:t>
      </w:r>
    </w:p>
    <w:p>
      <w:r>
        <w:t>1.录取当年入学前（截至学校新生入学报到当天）未获得毕业证书和学位证书的应届本科生，取消录取资格。</w:t>
      </w:r>
    </w:p>
    <w:p>
      <w:r>
        <w:t>2.推免生的学习形式为全日制，就业形式为非定向，必须按要求将个人档案转入我校。</w:t>
      </w:r>
    </w:p>
    <w:p>
      <w:r>
        <w:t>3.推荐生的奖助学金政策按照学校有关文件规定执行。</w:t>
      </w:r>
    </w:p>
    <w:p>
      <w:r>
        <w:t>4.咨询、监督与申诉渠道</w:t>
      </w:r>
    </w:p>
    <w:p>
      <w:r>
        <w:t>咨询申诉：027-88663060，电子邮箱yjsc@hubu.edu.cn</w:t>
      </w:r>
    </w:p>
    <w:p>
      <w:r>
        <w:t>监督举报：027-88663907，电子邮箱jiwei@hubu.edu.cn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