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吉林师范大学推荐2026届优秀本科毕业生免试攻读硕士研究生工作方案-吉林师范大学教务处</w:t>
      </w:r>
    </w:p>
    <w:p>
      <w:r>
        <w:t>发布时间：2025年9月2日</w:t>
      </w:r>
    </w:p>
    <w:p>
      <w:r>
        <w:t>来源URL：https://www.jlnu.edu.cn/jwc/info/1061/3462.htm</w:t>
      </w:r>
    </w:p>
    <w:p>
      <w:r>
        <w:t>========================================</w:t>
      </w:r>
    </w:p>
    <w:p>
      <w:r>
        <w:t>﻿</w:t>
      </w:r>
    </w:p>
    <w:p>
      <w:r>
        <w:t>﻿</w:t>
      </w:r>
    </w:p>
    <w:p>
      <w:r>
        <w:t>首页</w:t>
      </w:r>
    </w:p>
    <w:p>
      <w:r>
        <w:t>机构设置</w:t>
      </w:r>
    </w:p>
    <w:p>
      <w:r>
        <w:t>教务运行</w:t>
      </w:r>
    </w:p>
    <w:p>
      <w:r>
        <w:t>教学研究</w:t>
      </w:r>
    </w:p>
    <w:p>
      <w:r>
        <w:t>教研立项</w:t>
      </w:r>
    </w:p>
    <w:p>
      <w:r>
        <w:t>教研结项</w:t>
      </w:r>
    </w:p>
    <w:p>
      <w:r>
        <w:t>专业建设</w:t>
      </w:r>
    </w:p>
    <w:p>
      <w:r>
        <w:t>课程建设</w:t>
      </w:r>
    </w:p>
    <w:p>
      <w:r>
        <w:t>教学成果</w:t>
      </w:r>
    </w:p>
    <w:p>
      <w:r>
        <w:t>实践教学</w:t>
      </w:r>
    </w:p>
    <w:p>
      <w:r>
        <w:t>实习实践</w:t>
      </w:r>
    </w:p>
    <w:p>
      <w:r>
        <w:t>实验教学</w:t>
      </w:r>
    </w:p>
    <w:p>
      <w:r>
        <w:t>毕业论文</w:t>
      </w:r>
    </w:p>
    <w:p>
      <w:r>
        <w:t>学科竞赛</w:t>
      </w:r>
    </w:p>
    <w:p>
      <w:r>
        <w:t>职业技能</w:t>
      </w:r>
    </w:p>
    <w:p>
      <w:r>
        <w:t>大创计划</w:t>
      </w:r>
    </w:p>
    <w:p>
      <w:r>
        <w:t>质量监控</w:t>
      </w:r>
    </w:p>
    <w:p>
      <w:r>
        <w:t>管理文件</w:t>
      </w:r>
    </w:p>
    <w:p>
      <w:r>
        <w:t>教学督导</w:t>
      </w:r>
    </w:p>
    <w:p>
      <w:r>
        <w:t>网上评教</w:t>
      </w:r>
    </w:p>
    <w:p>
      <w:r>
        <w:t>教学竞赛</w:t>
      </w:r>
    </w:p>
    <w:p>
      <w:r>
        <w:t>质量报告</w:t>
      </w:r>
    </w:p>
    <w:p>
      <w:r>
        <w:t>考务管理</w:t>
      </w:r>
    </w:p>
    <w:p>
      <w:r>
        <w:t>试题库建设</w:t>
      </w:r>
    </w:p>
    <w:p>
      <w:r>
        <w:t>期末考试</w:t>
      </w:r>
    </w:p>
    <w:p>
      <w:r>
        <w:t>补考重修</w:t>
      </w:r>
    </w:p>
    <w:p>
      <w:r>
        <w:t>大学外语四六级</w:t>
      </w:r>
    </w:p>
    <w:p>
      <w:r>
        <w:t>专业四八级</w:t>
      </w:r>
    </w:p>
    <w:p>
      <w:r>
        <w:t>本科招生</w:t>
      </w:r>
    </w:p>
    <w:p>
      <w:r>
        <w:t>教材管理</w:t>
      </w:r>
    </w:p>
    <w:p>
      <w:r>
        <w:t>办事指南</w:t>
      </w:r>
    </w:p>
    <w:p>
      <w:r>
        <w:t>评估专栏</w:t>
      </w:r>
    </w:p>
    <w:p>
      <w:r>
        <w:t>评建动态</w:t>
      </w:r>
    </w:p>
    <w:p>
      <w:r>
        <w:t>通知公告</w:t>
      </w:r>
    </w:p>
    <w:p>
      <w:r>
        <w:t>资料下载</w:t>
      </w:r>
    </w:p>
    <w:p>
      <w:r>
        <w:t>﻿</w:t>
      </w:r>
    </w:p>
    <w:p>
      <w:r>
        <w:t>内部链接</w:t>
      </w:r>
    </w:p>
    <w:p>
      <w:r>
        <w:t>教务处简介</w:t>
      </w:r>
    </w:p>
    <w:p>
      <w:r>
        <w:t>教务通知</w:t>
      </w:r>
    </w:p>
    <w:p>
      <w:r>
        <w:t>教学新闻</w:t>
      </w:r>
    </w:p>
    <w:p>
      <w:r>
        <w:t>教务简报</w:t>
      </w:r>
    </w:p>
    <w:p>
      <w:r>
        <w:t>下载专区</w:t>
      </w:r>
    </w:p>
    <w:p>
      <w:r>
        <w:t>吉林师范大学推荐2026届优秀本科毕业生免试攻读硕士研究生工作方案</w:t>
      </w:r>
    </w:p>
    <w:p>
      <w:r>
        <w:t>发布日期:2025-09-02 阅读次数:</w:t>
      </w:r>
    </w:p>
    <w:p>
      <w:r>
        <w:t>吉林师范大学推荐2026届优秀本科毕业生免试攻读硕士研究生工作方案</w:t>
      </w:r>
    </w:p>
    <w:p>
      <w:r>
        <w:t>附件【吉林师范大学推荐2026届优秀本科毕业生免试攻读硕士研究生工作方案.docx】已下载 次</w:t>
      </w:r>
    </w:p>
    <w:p>
      <w:r>
        <w:t>﻿</w:t>
      </w:r>
    </w:p>
    <w:p>
      <w:r>
        <w:t>首页</w:t>
      </w:r>
    </w:p>
    <w:p>
      <w:r>
        <w:t>|</w:t>
      </w:r>
    </w:p>
    <w:p>
      <w:r>
        <w:t>机构设置</w:t>
      </w:r>
    </w:p>
    <w:p>
      <w:r>
        <w:t>|</w:t>
      </w:r>
    </w:p>
    <w:p>
      <w:r>
        <w:t>教务通知</w:t>
      </w:r>
    </w:p>
    <w:p>
      <w:r>
        <w:t>|</w:t>
      </w:r>
    </w:p>
    <w:p>
      <w:r>
        <w:t>教务简报</w:t>
      </w:r>
    </w:p>
    <w:p>
      <w:r>
        <w:t>|</w:t>
      </w:r>
    </w:p>
    <w:p>
      <w:r>
        <w:t>教务系统</w:t>
      </w:r>
    </w:p>
    <w:p>
      <w:r>
        <w:t>|</w:t>
      </w:r>
    </w:p>
    <w:p>
      <w:r>
        <w:t>办事指南</w:t>
      </w:r>
    </w:p>
    <w:p>
      <w:r>
        <w:t>|</w:t>
      </w:r>
    </w:p>
    <w:p>
      <w:r>
        <w:t>下载专区</w:t>
      </w:r>
    </w:p>
    <w:p>
      <w:r>
        <w:t>地址：吉林省四平市铁西区海丰大街1301号 邮编：136000</w:t>
      </w:r>
    </w:p>
    <w:p>
      <w:r>
        <w:t>Copyright © 吉林师范大学教务处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