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青海师范大学2026年硕士研究生招生推免生拟录取名单公示</w:t>
      </w:r>
    </w:p>
    <w:p>
      <w:r>
        <w:t>发布时间：2025年11月13日</w:t>
      </w:r>
    </w:p>
    <w:p>
      <w:r>
        <w:t>来源URL：https://yjsb.qhnu.edu.cn/info/1059/2842.htm</w:t>
      </w:r>
    </w:p>
    <w:p>
      <w:r>
        <w:t>========================================</w:t>
      </w:r>
    </w:p>
    <w:p>
      <w:r>
        <w:t>&gt;</w:t>
      </w:r>
    </w:p>
    <w:p>
      <w:r>
        <w:t>青海师范大学2026年硕士研究生招生推免生拟录取名单公示</w:t>
      </w:r>
    </w:p>
    <w:p>
      <w:r>
        <w:t>各位推免生：</w:t>
      </w:r>
    </w:p>
    <w:p>
      <w:r>
        <w:t>根据《青海师范大学2026年关于接收优秀应届本科毕业生免试攻读硕士学位研究生工作办法》的相关要求，经我校招生工作委员会确定，现将我校2026年接收优秀应届本科毕业生免试攻读硕士研究生拟录取名单公示如下：</w:t>
      </w:r>
    </w:p>
    <w:p>
      <w:r>
        <w:t>序号</w:t>
      </w:r>
    </w:p>
    <w:p>
      <w:r>
        <w:t>姓名</w:t>
      </w:r>
    </w:p>
    <w:p>
      <w:r>
        <w:t>录取学院</w:t>
      </w:r>
    </w:p>
    <w:p>
      <w:r>
        <w:t>录取学科类别</w:t>
      </w:r>
    </w:p>
    <w:p>
      <w:r>
        <w:t>学习 方式</w:t>
      </w:r>
    </w:p>
    <w:p>
      <w:r>
        <w:t>复试成绩</w:t>
      </w:r>
    </w:p>
    <w:p>
      <w:r>
        <w:t>备注</w:t>
      </w:r>
    </w:p>
    <w:p>
      <w:r>
        <w:t>外语成绩</w:t>
      </w:r>
    </w:p>
    <w:p>
      <w:r>
        <w:t>专业课成绩</w:t>
      </w:r>
    </w:p>
    <w:p>
      <w:r>
        <w:t>综合面试成绩</w:t>
      </w:r>
    </w:p>
    <w:p>
      <w:r>
        <w:t>总成绩</w:t>
      </w:r>
    </w:p>
    <w:p>
      <w:r>
        <w:t>1</w:t>
      </w:r>
    </w:p>
    <w:p>
      <w:r>
        <w:t>德拉措</w:t>
      </w:r>
    </w:p>
    <w:p>
      <w:r>
        <w:t>计算机学院</w:t>
      </w:r>
    </w:p>
    <w:p>
      <w:r>
        <w:t>计算机科学与技术</w:t>
      </w:r>
    </w:p>
    <w:p>
      <w:r>
        <w:t>全日制</w:t>
      </w:r>
    </w:p>
    <w:p>
      <w:r>
        <w:t>85.2</w:t>
      </w:r>
    </w:p>
    <w:p>
      <w:r>
        <w:t>75.8</w:t>
      </w:r>
    </w:p>
    <w:p>
      <w:r>
        <w:t>86.2</w:t>
      </w:r>
    </w:p>
    <w:p>
      <w:r>
        <w:t>82.88</w:t>
      </w:r>
    </w:p>
    <w:p>
      <w:r>
        <w:t>2</w:t>
      </w:r>
    </w:p>
    <w:p>
      <w:r>
        <w:t>康主草</w:t>
      </w:r>
    </w:p>
    <w:p>
      <w:r>
        <w:t>计算机学院</w:t>
      </w:r>
    </w:p>
    <w:p>
      <w:r>
        <w:t>计算机科学与技术</w:t>
      </w:r>
    </w:p>
    <w:p>
      <w:r>
        <w:t>全日制</w:t>
      </w:r>
    </w:p>
    <w:p>
      <w:r>
        <w:t>84.4</w:t>
      </w:r>
    </w:p>
    <w:p>
      <w:r>
        <w:t>73</w:t>
      </w:r>
    </w:p>
    <w:p>
      <w:r>
        <w:t>84.8</w:t>
      </w:r>
    </w:p>
    <w:p>
      <w:r>
        <w:t>81.18</w:t>
      </w:r>
    </w:p>
    <w:p>
      <w:r>
        <w:t>3</w:t>
      </w:r>
    </w:p>
    <w:p>
      <w:r>
        <w:t>厍亮</w:t>
      </w:r>
    </w:p>
    <w:p>
      <w:r>
        <w:t>体育学院</w:t>
      </w:r>
    </w:p>
    <w:p>
      <w:r>
        <w:t>体育学</w:t>
      </w:r>
    </w:p>
    <w:p>
      <w:r>
        <w:t>全日制</w:t>
      </w:r>
    </w:p>
    <w:p>
      <w:r>
        <w:t>85</w:t>
      </w:r>
    </w:p>
    <w:p>
      <w:r>
        <w:t>72</w:t>
      </w:r>
    </w:p>
    <w:p>
      <w:r>
        <w:t>87.25</w:t>
      </w:r>
    </w:p>
    <w:p>
      <w:r>
        <w:t>82.23</w:t>
      </w:r>
    </w:p>
    <w:p>
      <w:r>
        <w:t>4</w:t>
      </w:r>
    </w:p>
    <w:p>
      <w:r>
        <w:t>米雪芳</w:t>
      </w:r>
    </w:p>
    <w:p>
      <w:r>
        <w:t>外国语学院</w:t>
      </w:r>
    </w:p>
    <w:p>
      <w:r>
        <w:t>学科教学（英语）</w:t>
      </w:r>
    </w:p>
    <w:p>
      <w:r>
        <w:t>全日制</w:t>
      </w:r>
    </w:p>
    <w:p>
      <w:r>
        <w:t>84.8</w:t>
      </w:r>
    </w:p>
    <w:p>
      <w:r>
        <w:t>85</w:t>
      </w:r>
    </w:p>
    <w:p>
      <w:r>
        <w:t>86.2</w:t>
      </w:r>
    </w:p>
    <w:p>
      <w:r>
        <w:t>85.54</w:t>
      </w:r>
    </w:p>
    <w:p>
      <w:r>
        <w:t>5</w:t>
      </w:r>
    </w:p>
    <w:p>
      <w:r>
        <w:t>张慧</w:t>
      </w:r>
    </w:p>
    <w:p>
      <w:r>
        <w:t>外国语学院</w:t>
      </w:r>
    </w:p>
    <w:p>
      <w:r>
        <w:t>学科教学（英语）</w:t>
      </w:r>
    </w:p>
    <w:p>
      <w:r>
        <w:t>全日制</w:t>
      </w:r>
    </w:p>
    <w:p>
      <w:r>
        <w:t>83.8</w:t>
      </w:r>
    </w:p>
    <w:p>
      <w:r>
        <w:t>84</w:t>
      </w:r>
    </w:p>
    <w:p>
      <w:r>
        <w:t>84.4</w:t>
      </w:r>
    </w:p>
    <w:p>
      <w:r>
        <w:t>84.14</w:t>
      </w:r>
    </w:p>
    <w:p>
      <w:r>
        <w:t>6</w:t>
      </w:r>
    </w:p>
    <w:p>
      <w:r>
        <w:t>南曼措</w:t>
      </w:r>
    </w:p>
    <w:p>
      <w:r>
        <w:t>数学与统计学院</w:t>
      </w:r>
    </w:p>
    <w:p>
      <w:r>
        <w:t>数学</w:t>
      </w:r>
    </w:p>
    <w:p>
      <w:r>
        <w:t>全日制</w:t>
      </w:r>
    </w:p>
    <w:p>
      <w:r>
        <w:t>87.2</w:t>
      </w:r>
    </w:p>
    <w:p>
      <w:r>
        <w:t>88.6</w:t>
      </w:r>
    </w:p>
    <w:p>
      <w:r>
        <w:t>88.6</w:t>
      </w:r>
    </w:p>
    <w:p>
      <w:r>
        <w:t>88.32</w:t>
      </w:r>
    </w:p>
    <w:p>
      <w:r>
        <w:t>7</w:t>
      </w:r>
    </w:p>
    <w:p>
      <w:r>
        <w:t>刚尕措</w:t>
      </w:r>
    </w:p>
    <w:p>
      <w:r>
        <w:t>数学与统计学院</w:t>
      </w:r>
    </w:p>
    <w:p>
      <w:r>
        <w:t>数学</w:t>
      </w:r>
    </w:p>
    <w:p>
      <w:r>
        <w:t>全日制</w:t>
      </w:r>
    </w:p>
    <w:p>
      <w:r>
        <w:t>86.8</w:t>
      </w:r>
    </w:p>
    <w:p>
      <w:r>
        <w:t>84.6</w:t>
      </w:r>
    </w:p>
    <w:p>
      <w:r>
        <w:t>85.8</w:t>
      </w:r>
    </w:p>
    <w:p>
      <w:r>
        <w:t>85.64</w:t>
      </w:r>
    </w:p>
    <w:p>
      <w:r>
        <w:t>8</w:t>
      </w:r>
    </w:p>
    <w:p>
      <w:r>
        <w:t>卡毛先加</w:t>
      </w:r>
    </w:p>
    <w:p>
      <w:r>
        <w:t>数学与统计学院</w:t>
      </w:r>
    </w:p>
    <w:p>
      <w:r>
        <w:t>数学</w:t>
      </w:r>
    </w:p>
    <w:p>
      <w:r>
        <w:t>全日制</w:t>
      </w:r>
    </w:p>
    <w:p>
      <w:r>
        <w:t>85.4</w:t>
      </w:r>
    </w:p>
    <w:p>
      <w:r>
        <w:t>82.4</w:t>
      </w:r>
    </w:p>
    <w:p>
      <w:r>
        <w:t>84</w:t>
      </w:r>
    </w:p>
    <w:p>
      <w:r>
        <w:t>83.8</w:t>
      </w:r>
    </w:p>
    <w:p>
      <w:r>
        <w:t>9</w:t>
      </w:r>
    </w:p>
    <w:p>
      <w:r>
        <w:t>仁青卓玛</w:t>
      </w:r>
    </w:p>
    <w:p>
      <w:r>
        <w:t>物理与电子信息工程学院</w:t>
      </w:r>
    </w:p>
    <w:p>
      <w:r>
        <w:t>学科教学（物理）</w:t>
      </w:r>
    </w:p>
    <w:p>
      <w:r>
        <w:t>全日制</w:t>
      </w:r>
    </w:p>
    <w:p>
      <w:r>
        <w:t>66.8</w:t>
      </w:r>
    </w:p>
    <w:p>
      <w:r>
        <w:t>74</w:t>
      </w:r>
    </w:p>
    <w:p>
      <w:r>
        <w:t>75</w:t>
      </w:r>
    </w:p>
    <w:p>
      <w:r>
        <w:t>73.06</w:t>
      </w:r>
    </w:p>
    <w:p>
      <w:r>
        <w:t>公示时间：2025年11月13日-2025年11月19日</w:t>
      </w:r>
    </w:p>
    <w:p>
      <w:r>
        <w:t>若有异议，请在公示期内向研招办实名反映。</w:t>
      </w:r>
    </w:p>
    <w:p>
      <w:r>
        <w:t>联系电话：0971-6285502</w:t>
      </w:r>
    </w:p>
    <w:p>
      <w:r>
        <w:t>通讯地址：青海省西宁市五四西路38号研究生院</w:t>
      </w:r>
    </w:p>
    <w:p>
      <w:r>
        <w:t>特别说明：</w:t>
      </w:r>
    </w:p>
    <w:p>
      <w:r>
        <w:t>正式录取名单待报教育部录检通过后公布。考生最终录取以正式录取名单为准。</w:t>
      </w:r>
    </w:p>
    <w:p>
      <w:r>
        <w:t>青海师范大学研究生院</w:t>
      </w:r>
    </w:p>
    <w:p>
      <w:r>
        <w:t>2025年11月13日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