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长春中医药大学2026年推荐优秀应届本科毕业生免试攻读硕士学位研究生工作管理办法-长春中医药研究生院</w:t>
      </w:r>
    </w:p>
    <w:p>
      <w:r>
        <w:t>发布时间：2025年9月4日</w:t>
      </w:r>
    </w:p>
    <w:p>
      <w:r>
        <w:t>来源URL：https://y.ccucm.edu.cn/info/1087/18120.htm</w:t>
      </w:r>
    </w:p>
    <w:p>
      <w:r>
        <w:t>========================================</w:t>
      </w:r>
    </w:p>
    <w:p>
      <w:r>
        <w:t>﻿</w:t>
      </w:r>
    </w:p>
    <w:p>
      <w:r>
        <w:t>设为首页</w:t>
      </w:r>
    </w:p>
    <w:p>
      <w:r>
        <w:t>加入收藏</w:t>
      </w:r>
    </w:p>
    <w:p>
      <w:r>
        <w:t>学校首页</w:t>
      </w:r>
    </w:p>
    <w:p>
      <w:r>
        <w:t>本站首页</w:t>
      </w:r>
    </w:p>
    <w:p>
      <w:r>
        <w:t>部门概况</w:t>
      </w:r>
    </w:p>
    <w:p>
      <w:r>
        <w:t>部门简介</w:t>
      </w:r>
    </w:p>
    <w:p>
      <w:r>
        <w:t>机构设置</w:t>
      </w:r>
    </w:p>
    <w:p>
      <w:r>
        <w:t>管理职责</w:t>
      </w:r>
    </w:p>
    <w:p>
      <w:r>
        <w:t>招生工作</w:t>
      </w:r>
    </w:p>
    <w:p>
      <w:r>
        <w:t>硕士招生</w:t>
      </w:r>
    </w:p>
    <w:p>
      <w:r>
        <w:t>博士招生</w:t>
      </w:r>
    </w:p>
    <w:p>
      <w:r>
        <w:t>推免招生</w:t>
      </w:r>
    </w:p>
    <w:p>
      <w:r>
        <w:t>国家政策</w:t>
      </w:r>
    </w:p>
    <w:p>
      <w:r>
        <w:t>培养工作</w:t>
      </w:r>
    </w:p>
    <w:p>
      <w:r>
        <w:t>培养动态</w:t>
      </w:r>
    </w:p>
    <w:p>
      <w:r>
        <w:t>教学改革</w:t>
      </w:r>
    </w:p>
    <w:p>
      <w:r>
        <w:t>专业学位</w:t>
      </w:r>
    </w:p>
    <w:p>
      <w:r>
        <w:t>学籍学历</w:t>
      </w:r>
    </w:p>
    <w:p>
      <w:r>
        <w:t>国际交流</w:t>
      </w:r>
    </w:p>
    <w:p>
      <w:r>
        <w:t>规章制度</w:t>
      </w:r>
    </w:p>
    <w:p>
      <w:r>
        <w:t>学位工作</w:t>
      </w:r>
    </w:p>
    <w:p>
      <w:r>
        <w:t>通知公告</w:t>
      </w:r>
    </w:p>
    <w:p>
      <w:r>
        <w:t>学位授予</w:t>
      </w:r>
    </w:p>
    <w:p>
      <w:r>
        <w:t>优秀博硕论文</w:t>
      </w:r>
    </w:p>
    <w:p>
      <w:r>
        <w:t>导师队伍建设</w:t>
      </w:r>
    </w:p>
    <w:p>
      <w:r>
        <w:t>学位点建设</w:t>
      </w:r>
    </w:p>
    <w:p>
      <w:r>
        <w:t>学位评定委员会</w:t>
      </w:r>
    </w:p>
    <w:p>
      <w:r>
        <w:t>学科建设</w:t>
      </w:r>
    </w:p>
    <w:p>
      <w:r>
        <w:t>通知公告</w:t>
      </w:r>
    </w:p>
    <w:p>
      <w:r>
        <w:t>学科建设</w:t>
      </w:r>
    </w:p>
    <w:p>
      <w:r>
        <w:t>下载专区</w:t>
      </w:r>
    </w:p>
    <w:p>
      <w:r>
        <w:t>学科下载</w:t>
      </w:r>
    </w:p>
    <w:p>
      <w:r>
        <w:t>招生下载</w:t>
      </w:r>
    </w:p>
    <w:p>
      <w:r>
        <w:t>培养下载</w:t>
      </w:r>
    </w:p>
    <w:p>
      <w:r>
        <w:t>学位下载</w:t>
      </w:r>
    </w:p>
    <w:p>
      <w:r>
        <w:t>招生工作</w:t>
      </w:r>
    </w:p>
    <w:p>
      <w:r>
        <w:t>硕士招生</w:t>
      </w:r>
    </w:p>
    <w:p>
      <w:r>
        <w:t>博士招生</w:t>
      </w:r>
    </w:p>
    <w:p>
      <w:r>
        <w:t>推免招生</w:t>
      </w:r>
    </w:p>
    <w:p>
      <w:r>
        <w:t>国家政策</w:t>
      </w:r>
    </w:p>
    <w:p>
      <w:r>
        <w:t>您的位置 :</w:t>
      </w:r>
    </w:p>
    <w:p>
      <w:r>
        <w:t>本站首页</w:t>
      </w:r>
    </w:p>
    <w:p>
      <w:r>
        <w:t>&gt;</w:t>
      </w:r>
    </w:p>
    <w:p>
      <w:r>
        <w:t>招生工作</w:t>
      </w:r>
    </w:p>
    <w:p>
      <w:r>
        <w:t>&gt;</w:t>
      </w:r>
    </w:p>
    <w:p>
      <w:r>
        <w:t>硕士招生</w:t>
      </w:r>
    </w:p>
    <w:p>
      <w:r>
        <w:t>&gt;</w:t>
      </w:r>
    </w:p>
    <w:p>
      <w:r>
        <w:t>正文</w:t>
      </w:r>
    </w:p>
    <w:p>
      <w:r>
        <w:t>硕士招生</w:t>
      </w:r>
    </w:p>
    <w:p>
      <w:r>
        <w:t>长春中医药大学2026年推荐优秀应届本科毕业生免试攻读硕士学位研究生工作管理办法</w:t>
      </w:r>
    </w:p>
    <w:p>
      <w:r>
        <w:t>时间：2025-09-04 点击：[ ]</w:t>
      </w:r>
    </w:p>
    <w:p>
      <w:r>
        <w:t>地址：长春市净月国家高新技术产业开发区博硕路1035号</w:t>
      </w:r>
    </w:p>
    <w:p>
      <w:r>
        <w:t>邮编：130117</w:t>
      </w:r>
    </w:p>
    <w:p>
      <w:r>
        <w:t>长中大学位与研究生教育</w:t>
      </w:r>
    </w:p>
    <w:p>
      <w:r>
        <w:t>Copyright © 长春中医药大学研究生院2016 版权所有 吉ICP备05002036号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