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吉林师范大学拟推荐2026届优秀本科毕业生免试攻读硕士研究生名单公示-吉林师范大学教务处</w:t>
      </w:r>
    </w:p>
    <w:p>
      <w:r>
        <w:t>发布时间：2025年9月8日</w:t>
      </w:r>
    </w:p>
    <w:p>
      <w:r>
        <w:t>来源URL：https://www.jlnu.edu.cn/jwc/info/1061/3463.htm</w:t>
      </w:r>
    </w:p>
    <w:p>
      <w:r>
        <w:t>========================================</w:t>
      </w:r>
    </w:p>
    <w:p>
      <w:r>
        <w:t>&gt;</w:t>
      </w:r>
    </w:p>
    <w:p>
      <w:r>
        <w:t>根据教育部、吉林省教育厅推免工作相关文件及指示精神和《关于推荐推荐应届优秀本科毕业生免试攻读硕士研究生的管理办法（吉师大校发字〔2020〕35号）》规定，学校于 2025年9月1日至9月7日，开展了2026届优秀本科毕业生免试攻读硕士研究生推荐工作。经本人申请、学院审查推荐、学校复核决定，共有148名学生获得拟推免资格。</w:t>
      </w:r>
    </w:p>
    <w:p>
      <w:r>
        <w:t>现将《吉林师范大学拟推荐2026届优秀本科毕业生免试攻读硕士研究生名单》予以公示，公示期自2025年9月8日至2025年9月14日。</w:t>
      </w:r>
    </w:p>
    <w:p>
      <w:r>
        <w:t>监督举报电话：0434-3291692（推免工作领导小组办公室）</w:t>
      </w:r>
    </w:p>
    <w:p>
      <w:r>
        <w:t>0434-3291862（纪检监察机构）</w:t>
      </w:r>
    </w:p>
    <w:p>
      <w:r>
        <w:t>监督举报邮箱：631023639@qq.com,jlsdjjw@126.com</w:t>
      </w:r>
    </w:p>
    <w:p>
      <w:r>
        <w:t>附件：吉林师范大学拟推荐2026届优秀本科毕业生免试攻读硕士研究生名单</w:t>
      </w:r>
    </w:p>
    <w:p>
      <w:r>
        <w:t>吉林师范大学推免工作领导小组</w:t>
      </w:r>
    </w:p>
    <w:p>
      <w:r>
        <w:t>2025年9月8日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