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塔里木大学2026年招收推荐免试攻读硕士学位研究生工作办法</w:t>
      </w:r>
    </w:p>
    <w:p>
      <w:r>
        <w:t>发布时间：2025年9月15日</w:t>
      </w:r>
    </w:p>
    <w:p>
      <w:r>
        <w:t>来源URL：https://yjsb.taru.edu.cn/info/13151/274102.htm</w:t>
      </w:r>
    </w:p>
    <w:p>
      <w:r>
        <w:t>========================================</w:t>
      </w:r>
    </w:p>
    <w:p>
      <w:r>
        <w:t>﻿</w:t>
      </w:r>
    </w:p>
    <w:p>
      <w:r>
        <w:t>首页</w:t>
      </w:r>
    </w:p>
    <w:p>
      <w:r>
        <w:t>机构简介</w:t>
      </w:r>
    </w:p>
    <w:p>
      <w:r>
        <w:t>发展概况</w:t>
      </w:r>
    </w:p>
    <w:p>
      <w:r>
        <w:t>部门职责</w:t>
      </w:r>
    </w:p>
    <w:p>
      <w:r>
        <w:t>新闻公告</w:t>
      </w:r>
    </w:p>
    <w:p>
      <w:r>
        <w:t>通知公告</w:t>
      </w:r>
    </w:p>
    <w:p>
      <w:r>
        <w:t>学术创新</w:t>
      </w:r>
    </w:p>
    <w:p>
      <w:r>
        <w:t>党建思政</w:t>
      </w:r>
    </w:p>
    <w:p>
      <w:r>
        <w:t>党建工作</w:t>
      </w:r>
    </w:p>
    <w:p>
      <w:r>
        <w:t>思政工作</w:t>
      </w:r>
    </w:p>
    <w:p>
      <w:r>
        <w:t>时政要闻</w:t>
      </w:r>
    </w:p>
    <w:p>
      <w:r>
        <w:t>招生工作</w:t>
      </w:r>
    </w:p>
    <w:p>
      <w:r>
        <w:t>新闻动态</w:t>
      </w:r>
    </w:p>
    <w:p>
      <w:r>
        <w:t>通知公告</w:t>
      </w:r>
    </w:p>
    <w:p>
      <w:r>
        <w:t>导师简介</w:t>
      </w:r>
    </w:p>
    <w:p>
      <w:r>
        <w:t>就业工作</w:t>
      </w:r>
    </w:p>
    <w:p>
      <w:r>
        <w:t>通知公告</w:t>
      </w:r>
    </w:p>
    <w:p>
      <w:r>
        <w:t>招聘信息</w:t>
      </w:r>
    </w:p>
    <w:p>
      <w:r>
        <w:t>就业指导</w:t>
      </w:r>
    </w:p>
    <w:p>
      <w:r>
        <w:t>培养工作</w:t>
      </w:r>
    </w:p>
    <w:p>
      <w:r>
        <w:t>通知公告</w:t>
      </w:r>
    </w:p>
    <w:p>
      <w:r>
        <w:t>学位工作</w:t>
      </w:r>
    </w:p>
    <w:p>
      <w:r>
        <w:t>教学改革</w:t>
      </w:r>
    </w:p>
    <w:p>
      <w:r>
        <w:t>实践教学</w:t>
      </w:r>
    </w:p>
    <w:p>
      <w:r>
        <w:t>创新能力培养</w:t>
      </w:r>
    </w:p>
    <w:p>
      <w:r>
        <w:t>学科建设</w:t>
      </w:r>
    </w:p>
    <w:p>
      <w:r>
        <w:t>新闻动态</w:t>
      </w:r>
    </w:p>
    <w:p>
      <w:r>
        <w:t>通知公告</w:t>
      </w:r>
    </w:p>
    <w:p>
      <w:r>
        <w:t>重点建设学科</w:t>
      </w:r>
    </w:p>
    <w:p>
      <w:r>
        <w:t>学位点建设</w:t>
      </w:r>
    </w:p>
    <w:p>
      <w:r>
        <w:t>学生工作</w:t>
      </w:r>
    </w:p>
    <w:p>
      <w:r>
        <w:t>新闻动态</w:t>
      </w:r>
    </w:p>
    <w:p>
      <w:r>
        <w:t>通知公告</w:t>
      </w:r>
    </w:p>
    <w:p>
      <w:r>
        <w:t>研究生会</w:t>
      </w:r>
    </w:p>
    <w:p>
      <w:r>
        <w:t>资助工作</w:t>
      </w:r>
    </w:p>
    <w:p>
      <w:r>
        <w:t>政策文件</w:t>
      </w:r>
    </w:p>
    <w:p>
      <w:r>
        <w:t>通知公告</w:t>
      </w:r>
    </w:p>
    <w:p>
      <w:r>
        <w:t>信息查询</w:t>
      </w:r>
    </w:p>
    <w:p>
      <w:r>
        <w:t>校历查询</w:t>
      </w:r>
    </w:p>
    <w:p>
      <w:r>
        <w:t>课表查询</w:t>
      </w:r>
    </w:p>
    <w:p>
      <w:r>
        <w:t>工作流程</w:t>
      </w:r>
    </w:p>
    <w:p>
      <w:r>
        <w:t>下载专区</w:t>
      </w:r>
    </w:p>
    <w:p>
      <w:r>
        <w:t>规章制度</w:t>
      </w:r>
    </w:p>
    <w:p>
      <w:r>
        <w:t>培养方案</w:t>
      </w:r>
    </w:p>
    <w:p>
      <w:r>
        <w:t>招生工作</w:t>
      </w:r>
    </w:p>
    <w:p>
      <w:r>
        <w:t>新闻动态</w:t>
      </w:r>
    </w:p>
    <w:p>
      <w:r>
        <w:t>通知公告</w:t>
      </w:r>
    </w:p>
    <w:p>
      <w:r>
        <w:t>导师简介</w:t>
      </w:r>
    </w:p>
    <w:p>
      <w:r>
        <w:t>当前位置:</w:t>
      </w:r>
    </w:p>
    <w:p>
      <w:r>
        <w:t>首页</w:t>
      </w:r>
    </w:p>
    <w:p>
      <w:r>
        <w:t>&gt;&gt;</w:t>
      </w:r>
    </w:p>
    <w:p>
      <w:r>
        <w:t>招生工作</w:t>
      </w:r>
    </w:p>
    <w:p>
      <w:r>
        <w:t>&gt;&gt;</w:t>
      </w:r>
    </w:p>
    <w:p>
      <w:r>
        <w:t>通知公告</w:t>
      </w:r>
    </w:p>
    <w:p>
      <w:r>
        <w:t>&gt;&gt;</w:t>
      </w:r>
    </w:p>
    <w:p>
      <w:r>
        <w:t>正文</w:t>
      </w:r>
    </w:p>
    <w:p>
      <w:r>
        <w:t>正文</w:t>
      </w:r>
    </w:p>
    <w:p>
      <w:r>
        <w:t>塔里木大学2026年招收推荐免试攻读硕士学位研究生工作办法</w:t>
      </w:r>
    </w:p>
    <w:p>
      <w:r>
        <w:t>2025年09月15日 12:21 点击： [ ]</w:t>
      </w:r>
    </w:p>
    <w:p>
      <w:r>
        <w:t>附件【附件1 塔里木大学2026年招收推免生专业目录.pdf】已下载 次</w:t>
      </w:r>
    </w:p>
    <w:p>
      <w:r>
        <w:t>附件【附件2 塔里木大学2026年招收推荐免试攻读硕士学位研究生登记表.docx】已下载 次</w:t>
      </w:r>
    </w:p>
    <w:p>
      <w:r>
        <w:t>附件【附件3 个人陈述.docx】已下载 次</w:t>
      </w:r>
    </w:p>
    <w:p>
      <w:r>
        <w:t>附件【附件4 诚信承诺书.docx】已下载 次</w:t>
      </w:r>
    </w:p>
    <w:p>
      <w:r>
        <w:t>附件【附件5 塔里木大学2026年招收推荐免试攻读硕士学位研究生思想政治品德考核表.docx】已下载 次</w:t>
      </w:r>
    </w:p>
    <w:p>
      <w:r>
        <w:t>附件【附件6 塔里木大学2026年招收免试攻读硕士学位研究生申请材料汇总表.docx】已下载 次</w:t>
      </w:r>
    </w:p>
    <w:p>
      <w:r>
        <w:t>上一条：塔里木大学2026年硕士研究生招生章程</w:t>
      </w:r>
    </w:p>
    <w:p>
      <w:r>
        <w:t>【关闭】</w:t>
      </w:r>
    </w:p>
    <w:p>
      <w:r>
        <w:t>塔里木大学研究生处 地址：新疆阿拉尔市 学校主页</w:t>
      </w:r>
    </w:p>
    <w:p>
      <w:r>
        <w:t>电话：0997-4682652 邮编：843300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