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广州美术学院2026年接收优秀应届毕业生免试攻读硕士学位研究生复试工作安排</w:t>
      </w:r>
    </w:p>
    <w:p>
      <w:r>
        <w:t>发布时间：2025年9月20日</w:t>
      </w:r>
    </w:p>
    <w:p>
      <w:r>
        <w:t>来源URL：https://zs.gzarts.edu.cn/info/1038/4209.htm</w:t>
      </w:r>
    </w:p>
    <w:p>
      <w:r>
        <w:t>========================================</w:t>
      </w:r>
    </w:p>
    <w:p>
      <w:r>
        <w:t>&gt;</w:t>
      </w:r>
    </w:p>
    <w:p>
      <w:r>
        <w:t>各位考生：</w:t>
      </w:r>
    </w:p>
    <w:p>
      <w:r>
        <w:t>根据国家教育部有关文件精神及复试工作实际，我校2026年接收优秀应届毕业生免试攻读硕士学位研究生复试工作采用现场复试方式进行，现就相关事宜通知如下：</w:t>
      </w:r>
    </w:p>
    <w:p>
      <w:r>
        <w:t>一、复试名单</w:t>
      </w:r>
    </w:p>
    <w:p>
      <w:r>
        <w:t>根据《广州美术学院2026年接收校外优秀应届毕业生免试攻读硕士学位研究生工作办法》，结合考生报名材料，经各相关专业评审小组初审，各培养部门接收推免生工作领导小组审定，共132名考生进入复试，具体名单详见附件1。</w:t>
      </w:r>
    </w:p>
    <w:p>
      <w:r>
        <w:t>二、复试方式、时间及内容</w:t>
      </w:r>
    </w:p>
    <w:p>
      <w:r>
        <w:t>（一）复试方式：现场复试</w:t>
      </w:r>
    </w:p>
    <w:p>
      <w:r>
        <w:t>（二）复试地点：广州美术学院大学城校区（地址：广东省广州市番禺区大学城外环西路168号）</w:t>
      </w:r>
    </w:p>
    <w:p>
      <w:r>
        <w:t>（三）复试工作日程：</w:t>
      </w:r>
    </w:p>
    <w:p>
      <w:r>
        <w:t>时间</w:t>
      </w:r>
    </w:p>
    <w:p>
      <w:r>
        <w:t>事项</w:t>
      </w:r>
    </w:p>
    <w:p>
      <w:r>
        <w:t>备注</w:t>
      </w:r>
    </w:p>
    <w:p>
      <w:r>
        <w:t>2025年9月22日</w:t>
      </w:r>
    </w:p>
    <w:p>
      <w:r>
        <w:t>上午9:00开始</w:t>
      </w:r>
    </w:p>
    <w:p>
      <w:r>
        <w:t>复试考生正式报名</w:t>
      </w:r>
    </w:p>
    <w:p>
      <w:r>
        <w:t>中国研究生招生信息网“推免服务系统”</w:t>
      </w:r>
    </w:p>
    <w:p>
      <w:r>
        <w:t>2025年9月23日</w:t>
      </w:r>
    </w:p>
    <w:p>
      <w:r>
        <w:t>上午9:00开始</w:t>
      </w:r>
    </w:p>
    <w:p>
      <w:r>
        <w:t>复试考生接受复试通知</w:t>
      </w:r>
    </w:p>
    <w:p>
      <w:r>
        <w:t>中国研究生招生信息网“推免服务系统”</w:t>
      </w:r>
    </w:p>
    <w:p>
      <w:r>
        <w:t>2025年9月24日</w:t>
      </w:r>
    </w:p>
    <w:p>
      <w:r>
        <w:t>上午9:30开始</w:t>
      </w:r>
    </w:p>
    <w:p>
      <w:r>
        <w:t>现场复试</w:t>
      </w:r>
    </w:p>
    <w:p>
      <w:r>
        <w:t>除跨媒体艺术学院“戏剧与影视”专业的其他所有考生</w:t>
      </w:r>
    </w:p>
    <w:p>
      <w:r>
        <w:t>2025年9月24日</w:t>
      </w:r>
    </w:p>
    <w:p>
      <w:r>
        <w:t>下午14:00开始</w:t>
      </w:r>
    </w:p>
    <w:p>
      <w:r>
        <w:t>跨媒体艺术学院“戏剧与影视”专业的考生</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