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盾O A2:ebu</w:t>
      </w:r>
    </w:p>
    <w:p>
      <w:r>
        <w:t>发布时间：未标注</w:t>
      </w:r>
    </w:p>
    <w:p>
      <w:r>
        <w:t>来源URL：https://jwc.jnu.edu.cn/_upload/article/files/c1/51/620b66754a828a639f38bdb1252c/0b9265a7-3a01-4623-acdd-7899a7db476d.pdf</w:t>
      </w:r>
    </w:p>
    <w:p>
      <w:r>
        <w:t>========================================</w:t>
      </w:r>
    </w:p>
    <w:p>
      <w:r>
        <w:t>%PDF-1.5</w:t>
      </w:r>
    </w:p>
    <w:p>
      <w:r>
        <w:t>%</w:t>
      </w:r>
    </w:p>
    <w:p>
      <w:r>
        <w:t>1 0 obj</w:t>
      </w:r>
    </w:p>
    <w:p>
      <w:r>
        <w:t>&gt;&gt;&gt;</w:t>
      </w:r>
    </w:p>
    <w:p>
      <w:r>
        <w:t>endobj</w:t>
      </w:r>
    </w:p>
    <w:p>
      <w:r>
        <w:t>2 0 obj</w:t>
      </w:r>
    </w:p>
    <w:p>
      <w:r>
        <w:t>&gt;</w:t>
      </w:r>
    </w:p>
    <w:p>
      <w:r>
        <w:t>endobj</w:t>
      </w:r>
    </w:p>
    <w:p>
      <w:r>
        <w:t>3 0 obj</w:t>
      </w:r>
    </w:p>
    <w:p>
      <w:r>
        <w:t>&gt;/ExtGState&gt;/ProcSet[/PDF/Text/ImageB/ImageC/ImageI] &gt;&gt;/MediaBox[ 0 0 595.32 841.92] /Contents 4 0 R/Group&gt;/Tabs/S/StructParents 0&gt;&gt;</w:t>
      </w:r>
    </w:p>
    <w:p>
      <w:r>
        <w:t>endobj</w:t>
      </w:r>
    </w:p>
    <w:p>
      <w:r>
        <w:t>4 0 obj</w:t>
      </w:r>
    </w:p>
    <w:p>
      <w:r>
        <w:t>&gt;</w:t>
      </w:r>
    </w:p>
    <w:p>
      <w:r>
        <w:t>stream</w:t>
      </w:r>
    </w:p>
    <w:p>
      <w:r>
        <w:t>x\ێ]q}'8Rf8 XA?,;kə!ջNwm/?r7w.߽/|}ӟ?o?՛2/x ku˷o~/?Wׯ.WUʥk2z?~wˤ+ dZVJm׹2+7J3_?s^r_</w:t>
        <w:br/>
        <w:t>Z</w:t>
        <w:br/>
        <w:t>~ÈZ~=|(]&gt;9n6/~ry;Ho%ŏ?/F%VJ=KcObċO\ǋf/1kyь3ֹ1_2c}錭]fl/1k|ьG;xmRCnz&gt;uC*y</w:t>
        <w:br/>
        <w:t>d+yu_/˯O|j?3oR</w:t>
        <w:br/>
        <w:t>O!&gt;DNoq װh~2ʚyyd$PS!о|[zMz?ۈ]-pl߅aR'eY3c</w:t>
        <w:br/>
        <w:t>q#]cvmm })6/)Xٴ==^C_]I^GY37F.7/ZV,F |[Z 3J6ӝx~㸶|g+/;.wys:roۓ{L+r7fK-sXQzlu*\&gt;8.K?;</w:t>
      </w:r>
    </w:p>
    <w:p>
      <w:r>
        <w:t>Kcy{DcȳGt -T2P*}!/Es9clˢ=]yzaӖ8%n4[_r{!V_S~7~ky¼$.\Sme[CiwN5gf?ϯxfUxfdLUy.Ϯ7^U2ynϯze^%d'WW""ӗY3u=J:)ʯ;S{|"xOeƟB+vHu2ްݓN|nTw]'|Q`zu?L\gy8!tE'"WȨyiQJF;шb'ut-C6Y:9֬e:'3(tK"W0lBR!~@!1x^/*\n$Q9+hLݵ2Afzҥ-F]rX(8lk</w:t>
        <w:br/>
        <w:t>khqx3[TQkc*ڸ@0q5Id8n govKQ3󆖍*0e,UƆLb\G\$h`y͏ }Z6745iHȭ&amp;+{-}:Qw4n0e _jܥO*Õhj?of`LE!fHܲ%qk"/ʕ=SبGH"1 ii!֣$SxaE1e zʶ i{L[t5Lp&amp;.N̩Ah~bؼ#wҼ!MW9XY6(d`Ve`&amp;vӌc2I0e8*)$Nuy0</w:t>
        <w:br/>
        <w:t>Y1$LO]HP:ey</w:t>
      </w:r>
    </w:p>
    <w:p>
      <w:r>
        <w:t>٠ɧ.Eb\x`xukKdGh8khBqg'iڐ1HG"&amp;,Vk;u\ͼĦLV=bsWN'Y{},dM:XjSsfqX5#:(֝=͆X`@rrHDCRn-j2s.]4siDs(e4T&gt;N]ym&gt;/@L</w:t>
      </w:r>
    </w:p>
    <w:p>
      <w:r>
        <w:t>&gt;dieopORW$GzڹV?Ԑ1 ~==:eC</w:t>
        <w:br/>
        <w:t>j xNʏTđWygj^C2x'^4X1i&gt;Ŭ#GjGm#t&amp;Fԏ8K JXgFCNef:p3j*6&amp;Hj</w:t>
      </w:r>
    </w:p>
    <w:p>
      <w:r>
        <w:t>$^UnDi s*nE=bnej:!-D9;1y</w:t>
        <w:br/>
        <w:t>B-Og6p.@p3*̸LS^8PY3 !;I</w:t>
        <w:br/>
        <w:t>ƠyVl Q!Ů :Z&amp;TE-Å:#\*H:V05BZA=4ԆhZA,BJPdizG1ihHTI+75NbGƦM</w:t>
      </w:r>
    </w:p>
    <w:p>
      <w:r>
        <w:t>l9ДWpuM0@]@1b,9b%/X"#7Ma"Bv;Z!,1j~+2 "U yެrZ;rH5^Cq/1ЕJ</w:t>
        <w:br/>
        <w:t>+Eu$Xu&amp; 1X&gt;c_UcJzIvD:6d%</w:t>
        <w:br/>
        <w:t>f8,m9* F5*lOUIE.30=pȠ2饕eEuHFd^y Jh</w:t>
      </w:r>
    </w:p>
    <w:p>
      <w:r>
        <w:t>e1O-q^op~d'O ᾭXU?;8dNEоb'3+XX\j8$8=Y5 AOĉUb6#Ҫ%*[o6d1+[paۖ&gt;,S쮌bLL##a"F=Ѵ܍5v%e{Aյ{˅h?3e]AW$ϮG~+W-{j&amp;6F;}5R;</w:t>
        <w:br/>
        <w:t>dL7</w:t>
      </w:r>
    </w:p>
    <w:p>
      <w:r>
        <w:t>Nđr,9g[GәqAg,VN("l Ƒ rxP}sgy</w:t>
        <w:br/>
        <w:br/>
        <w:t>f-[s^r`B8)JpCY'n~Y</w:t>
        <w:br/>
        <w:t>⩽h'^܃-$fRÍ˶6Vt~.5gdJ44&gt;F=]Zg6HzC;5=c=I 9h</w:t>
        <w:br/>
        <w:t>rֽCT</w:t>
        <w:br/>
        <w:t>5xfkVk4EE1;Uk1</w:t>
        <w:br/>
        <w:t xml:space="preserve"> C3YJQ HZځ8lol@ԉeJ4߻0`Y!Xf2^Ӗ˶mCc0}Cx2q@e#Xk(&amp;h*ƛxd}n@</w:t>
        <w:br/>
        <w:t>QfP</w:t>
      </w:r>
    </w:p>
    <w:p>
      <w:r>
        <w:t>FELDiQ%;]JȪ^;RD=*+.S9[Dl1V4mD) Ri#OKSJcv"4Pk$qt"1Fj*f3.d߱ť(gНr#Yٲ(#mo+Vj5%3gʦ(.|hW+RUJͫ&amp;ص{dx)b`HUŔ^܉zE^wS/4+ba]C</w:t>
        <w:br/>
        <w:t>GZs^~Lٹ@iA 2oiG{eqmMVIgYua5B&gt;=~lݘʲrƦ&amp; %OܦV7$$YLf9[,@Ful^ъRRƦӍP&gt;KpV?</w:t>
      </w:r>
    </w:p>
    <w:p>
      <w:r>
        <w:t>endobj</w:t>
      </w:r>
    </w:p>
    <w:p>
      <w:r>
        <w:t>6 0 obj</w:t>
      </w:r>
    </w:p>
    <w:p>
      <w:r>
        <w:t>&gt;</w:t>
      </w:r>
    </w:p>
    <w:p>
      <w:r>
        <w:t>endobj</w:t>
      </w:r>
    </w:p>
    <w:p>
      <w:r>
        <w:t>7 0 obj</w:t>
      </w:r>
    </w:p>
    <w:p>
      <w:r>
        <w:t>&gt;</w:t>
      </w:r>
    </w:p>
    <w:p>
      <w:r>
        <w:t>endobj</w:t>
      </w:r>
    </w:p>
    <w:p>
      <w:r>
        <w:t>8 0 obj</w:t>
      </w:r>
    </w:p>
    <w:p>
      <w:r>
        <w:t>&gt;</w:t>
      </w:r>
    </w:p>
    <w:p>
      <w:r>
        <w:t>endobj</w:t>
      </w:r>
    </w:p>
    <w:p>
      <w:r>
        <w:t>9 0 obj</w:t>
      </w:r>
    </w:p>
    <w:p>
      <w:r>
        <w:t>[ 10 0 R]</w:t>
      </w:r>
    </w:p>
    <w:p>
      <w:r>
        <w:t>endobj</w:t>
      </w:r>
    </w:p>
    <w:p>
      <w:r>
        <w:t>10 0 obj</w:t>
      </w:r>
    </w:p>
    <w:p>
      <w:r>
        <w:t>&gt;</w:t>
      </w:r>
    </w:p>
    <w:p>
      <w:r>
        <w:t>endobj</w:t>
      </w:r>
    </w:p>
    <w:p>
      <w:r>
        <w:t>11 0 obj</w:t>
      </w:r>
    </w:p>
    <w:p>
      <w:r>
        <w:t>&gt;</w:t>
      </w:r>
    </w:p>
    <w:p>
      <w:r>
        <w:t>endobj</w:t>
      </w:r>
    </w:p>
    <w:p>
      <w:r>
        <w:t>12 0 obj</w:t>
      </w:r>
    </w:p>
    <w:p>
      <w:r>
        <w:t>&gt;</w:t>
      </w:r>
    </w:p>
    <w:p>
      <w:r>
        <w:t>endobj</w:t>
      </w:r>
    </w:p>
    <w:p>
      <w:r>
        <w:t>13 0 obj</w:t>
      </w:r>
    </w:p>
    <w:p>
      <w:r>
        <w:t>&gt;</w:t>
      </w:r>
    </w:p>
    <w:p>
      <w:r>
        <w:t>endobj</w:t>
      </w:r>
    </w:p>
    <w:p>
      <w:r>
        <w:t>14 0 obj</w:t>
      </w:r>
    </w:p>
    <w:p>
      <w:r>
        <w:t>&gt;</w:t>
      </w:r>
    </w:p>
    <w:p>
      <w:r>
        <w:t>endobj</w:t>
      </w:r>
    </w:p>
    <w:p>
      <w:r>
        <w:t>15 0 obj</w:t>
      </w:r>
    </w:p>
    <w:p>
      <w:r>
        <w:t>&gt;</w:t>
      </w:r>
    </w:p>
    <w:p>
      <w:r>
        <w:t>endobj</w:t>
      </w:r>
    </w:p>
    <w:p>
      <w:r>
        <w:t>16 0 obj</w:t>
      </w:r>
    </w:p>
    <w:p>
      <w:r>
        <w:t>&gt;</w:t>
      </w:r>
    </w:p>
    <w:p>
      <w:r>
        <w:t>endobj</w:t>
      </w:r>
    </w:p>
    <w:p>
      <w:r>
        <w:t>17 0 obj</w:t>
      </w:r>
    </w:p>
    <w:p>
      <w:r>
        <w:t>&gt;</w:t>
      </w:r>
    </w:p>
    <w:p>
      <w:r>
        <w:t>endobj</w:t>
      </w:r>
    </w:p>
    <w:p>
      <w:r>
        <w:t>18 0 obj</w:t>
      </w:r>
    </w:p>
    <w:p>
      <w:r>
        <w:t>[ 19 0 R]</w:t>
      </w:r>
    </w:p>
    <w:p>
      <w:r>
        <w:t>endobj</w:t>
      </w:r>
    </w:p>
    <w:p>
      <w:r>
        <w:t>19 0 obj</w:t>
      </w:r>
    </w:p>
    <w:p>
      <w:r>
        <w:t>&gt;</w:t>
      </w:r>
    </w:p>
    <w:p>
      <w:r>
        <w:t>endobj</w:t>
      </w:r>
    </w:p>
    <w:p>
      <w:r>
        <w:t>20 0 obj</w:t>
      </w:r>
    </w:p>
    <w:p>
      <w:r>
        <w:t>&gt;</w:t>
      </w:r>
    </w:p>
    <w:p>
      <w:r>
        <w:t>endobj</w:t>
      </w:r>
    </w:p>
    <w:p>
      <w:r>
        <w:t>21 0 obj</w:t>
      </w:r>
    </w:p>
    <w:p>
      <w:r>
        <w:t>&gt;</w:t>
      </w:r>
    </w:p>
    <w:p>
      <w:r>
        <w:t>endobj</w:t>
      </w:r>
    </w:p>
    <w:p>
      <w:r>
        <w:t>22 0 obj</w:t>
      </w:r>
    </w:p>
    <w:p>
      <w:r>
        <w:t>&gt;</w:t>
      </w:r>
    </w:p>
    <w:p>
      <w:r>
        <w:t>endobj</w:t>
      </w:r>
    </w:p>
    <w:p>
      <w:r>
        <w:t>23 0 obj</w:t>
      </w:r>
    </w:p>
    <w:p>
      <w:r>
        <w:t>[ 24 0 R]</w:t>
      </w:r>
    </w:p>
    <w:p>
      <w:r>
        <w:t>endobj</w:t>
      </w:r>
    </w:p>
    <w:p>
      <w:r>
        <w:t>24 0 obj</w:t>
      </w:r>
    </w:p>
    <w:p>
      <w:r>
        <w:t>&gt;</w:t>
      </w:r>
    </w:p>
    <w:p>
      <w:r>
        <w:t>endobj</w:t>
      </w:r>
    </w:p>
    <w:p>
      <w:r>
        <w:t>25 0 obj</w:t>
      </w:r>
    </w:p>
    <w:p>
      <w:r>
        <w:t>&gt;</w:t>
      </w:r>
    </w:p>
    <w:p>
      <w:r>
        <w:t>endobj</w:t>
      </w:r>
    </w:p>
    <w:p>
      <w:r>
        <w:t>26 0 obj</w:t>
      </w:r>
    </w:p>
    <w:p>
      <w:r>
        <w:t>&gt;</w:t>
      </w:r>
    </w:p>
    <w:p>
      <w:r>
        <w:t>endobj</w:t>
      </w:r>
    </w:p>
    <w:p>
      <w:r>
        <w:t>27 0 obj</w:t>
      </w:r>
    </w:p>
    <w:p>
      <w:r>
        <w:t>&gt;</w:t>
      </w:r>
    </w:p>
    <w:p>
      <w:r>
        <w:t>endobj</w:t>
      </w:r>
    </w:p>
    <w:p>
      <w:r>
        <w:t>28 0 obj</w:t>
      </w:r>
    </w:p>
    <w:p>
      <w:r>
        <w:t>&gt;</w:t>
      </w:r>
    </w:p>
    <w:p>
      <w:r>
        <w:t>endobj</w:t>
      </w:r>
    </w:p>
    <w:p>
      <w:r>
        <w:t>29 0 obj</w:t>
      </w:r>
    </w:p>
    <w:p>
      <w:r>
        <w:t>&gt;/ProcSet[/PDF/Text/ImageB/ImageC/ImageI] &gt;&gt;/MediaBox[ 0 0 595.32 841.92] /Contents 30 0 R/Group&gt;/Tabs/S/StructParents 1&gt;&gt;</w:t>
      </w:r>
    </w:p>
    <w:p>
      <w:r>
        <w:t>endobj</w:t>
      </w:r>
    </w:p>
    <w:p>
      <w:r>
        <w:t>30 0 obj</w:t>
      </w:r>
    </w:p>
    <w:p>
      <w:r>
        <w:t>&gt;</w:t>
      </w:r>
    </w:p>
    <w:p>
      <w:r>
        <w:t>stream</w:t>
      </w:r>
    </w:p>
    <w:p>
      <w:r>
        <w:t>xX[kF~7?)X+V@J]N8m0H'H@Jݹ}3y|{7WunnܵU=?J37*:Tg/oz&gt;Y: V@B_C&gt;ߟ]p"e.The_SñŜ|tDX8MP7oN9[[?@pW˶^Il*}uqp//{Rc+t.ZJ.Th}+TZB,!/jg^|&amp;Gogg,=GZTCVBmC\|u-Ϡ3l1B[i!U.p);3z%O~!%x*h6k3Ї͌</w:t>
      </w:r>
    </w:p>
    <w:p>
      <w:r>
        <w:t>ED\4?O_REÖD`#vt@KSjӬMcػںym^*).F&amp;رa/:[Id* i4'@D^@hTʙIfn)`4Mў5|oIn'Ḿ)sXD(ÜșMV4v7J B3X%YZw3DհdD"W')`ƠmRk֓ƴؼ$w9P</w:t>
        <w:br/>
        <w:t>%P5ЈmȓRv}+N 6Ϝح$isGL19ӻLkKO.~Tܵ6پt"qڧKdy6/8@ΰҢOJKA2r+M9;M</w:t>
        <w:br/>
        <w:t>tZwc-Bx \9Wc\(ȕk|Svy!~;)9</w:t>
      </w:r>
    </w:p>
    <w:p>
      <w:r>
        <w:t>~-{Ef7</w:t>
        <w:br/>
        <w:t>`Bv9-'0qP[oҳJP0v.E:te:py'.=-(F&amp;+)J7abbi 5&gt;$޲)҈KsdpL c~Sm!HF}KHWA}F\ߎ'A%WRgdEI3̀&gt;</w:t>
      </w:r>
    </w:p>
    <w:p>
      <w:r>
        <w:t>endobj</w:t>
      </w:r>
    </w:p>
    <w:p>
      <w:r>
        <w:t>32 0 obj</w:t>
      </w:r>
    </w:p>
    <w:p>
      <w:r>
        <w:t>&gt;</w:t>
      </w:r>
    </w:p>
    <w:p>
      <w:r>
        <w:t>endobj</w:t>
      </w:r>
    </w:p>
    <w:p>
      <w:r>
        <w:t>33 0 obj</w:t>
      </w:r>
    </w:p>
    <w:p>
      <w:r>
        <w:t>&gt;</w:t>
      </w:r>
    </w:p>
    <w:p>
      <w:r>
        <w:t>endobj</w:t>
      </w:r>
    </w:p>
    <w:p>
      <w:r>
        <w:t>34 0 obj</w:t>
      </w:r>
    </w:p>
    <w:p>
      <w:r>
        <w:t>[ 35 0 R]</w:t>
      </w:r>
    </w:p>
    <w:p>
      <w:r>
        <w:t>endobj</w:t>
      </w:r>
    </w:p>
    <w:p>
      <w:r>
        <w:t>35 0 obj</w:t>
      </w:r>
    </w:p>
    <w:p>
      <w:r>
        <w:t>&gt;</w:t>
      </w:r>
    </w:p>
    <w:p>
      <w:r>
        <w:t>endobj</w:t>
      </w:r>
    </w:p>
    <w:p>
      <w:r>
        <w:t>36 0 obj</w:t>
      </w:r>
    </w:p>
    <w:p>
      <w:r>
        <w:t>&gt;</w:t>
      </w:r>
    </w:p>
    <w:p>
      <w:r>
        <w:t>endobj</w:t>
      </w:r>
    </w:p>
    <w:p>
      <w:r>
        <w:t>37 0 obj</w:t>
      </w:r>
    </w:p>
    <w:p>
      <w:r>
        <w:t>&gt;</w:t>
      </w:r>
    </w:p>
    <w:p>
      <w:r>
        <w:t>endobj</w:t>
      </w:r>
    </w:p>
    <w:p>
      <w:r>
        <w:t>38 0 obj</w:t>
      </w:r>
    </w:p>
    <w:p>
      <w:r>
        <w:t>&gt;/ProcSet[/PDF/Text/ImageB/ImageC/ImageI] &gt;&gt;/MediaBox[ 0 0 595.32 841.92] /Contents 39 0 R/Group&gt;/Tabs/S/StructParents 2&gt;&gt;</w:t>
      </w:r>
    </w:p>
    <w:p>
      <w:r>
        <w:t>endobj</w:t>
      </w:r>
    </w:p>
    <w:p>
      <w:r>
        <w:t>39 0 obj</w:t>
      </w:r>
    </w:p>
    <w:p>
      <w:r>
        <w:t>&gt;</w:t>
      </w:r>
    </w:p>
    <w:p>
      <w:r>
        <w:t>stream</w:t>
      </w:r>
    </w:p>
    <w:p>
      <w:r>
        <w:t>xXMoF1)`rÀ&gt;</w:t>
        <w:br/>
        <w:t>.zr0R'!N[_rFֻn"Fl͎HGr&gt;T\7OOxzw~}z?&gt;\۪@򦎮ry'ˋw﫻//y&amp;</w:t>
        <w:br/>
        <w:t>W@</w:t>
      </w:r>
    </w:p>
    <w:p>
      <w:r>
        <w:t>h+t5ˋ߾QǺʯm9S!yDl]K95ϑ|hB5?Oիǫ_y8U&gt;p(pn^اx$ګ|ɨI(zD_Cg"T7wW]A</w:t>
        <w:br/>
        <w:t>n]Y5|;is</w:t>
      </w:r>
    </w:p>
    <w:p>
      <w:r>
        <w:t>%gi-4RL1`t{6e&amp;wNj&amp;g 9ֺ,&gt;O!i"AJ"yТ8Nqir2on[kZ7Ys^zcz</w:t>
      </w:r>
    </w:p>
    <w:p>
      <w:r>
        <w:t>k韴U9A&amp;i6c</w:t>
        <w:br/>
        <w:t>#4#Df&amp;&amp;u,ƫKϝZ\nЗ^gy0RQ֜ـE&gt;/ProcSet[/PDF/Text/ImageB/ImageC/ImageI] &gt;&gt;/MediaBox[ 0 0 595.32 841.92] /Contents 41 0 R/Group&gt;/Tabs/S/StructParents 3&gt;&gt;</w:t>
      </w:r>
    </w:p>
    <w:p>
      <w:r>
        <w:t>endobj</w:t>
      </w:r>
    </w:p>
    <w:p>
      <w:r>
        <w:t>41 0 obj</w:t>
      </w:r>
    </w:p>
    <w:p>
      <w:r>
        <w:t>&gt;</w:t>
      </w:r>
    </w:p>
    <w:p>
      <w:r>
        <w:t>stream</w:t>
      </w:r>
    </w:p>
    <w:p>
      <w:r>
        <w:t>xXIoF)=EHQ=9</w:t>
        <w:br/>
        <w:t>|/ҳ,)AwR`H</w:t>
        <w:br/>
        <w:t>%o5VMS_"]NvFv)$;qz.</w:t>
        <w:br/>
        <w:t>@[ `}54穓Rތ=ALK~8d-;vFx7MYL4Pge0AvS^w|C\uLwMe#/MIj֊[*#%,&gt;_Mt</w:t>
        <w:br/>
        <w:t>b1}&amp;^-ǵ</w:t>
        <w:br/>
        <w:t>?auTVl&gt;8Ao6?X4"LPoI*/N,Oa*I˥0nea:PRzI&gt;.2b6o 5Q;I|fm/w4yfZ^R"$SPc;qv6d|̳Z^6jU}9t=zg:J[jx4O|</w:t>
      </w:r>
    </w:p>
    <w:p>
      <w:r>
        <w:t>n(S)E9\(s=ء-=0ǢsƁevplvTt|U@B-^kpB6)IhvO#sŎ+NV̎=j'ל@N6v n)LڈV SR%L,DϸWd^̿pz&amp;!}0Y`q&gt;6GFA.!HgUǜf05BngcJ #_5c9pEZ8I-Ԭ〸M1HE؅u9Nrߌ_5os96s3DN_LSɀ.A^L.l80gٟ']kK'*tTǇ3=a1v-'+/^x =Kfb 5jHxNs{I9bۀMC2}JO&gt;2{ʏg3׉ݻv/m4?q`G@ %$S.E}gFclhf뛟14ZX1d~qrF8M</w:t>
      </w:r>
    </w:p>
    <w:p>
      <w:r>
        <w:t>endstream</w:t>
      </w:r>
    </w:p>
    <w:p>
      <w:r>
        <w:t>endobj</w:t>
      </w:r>
    </w:p>
    <w:p>
      <w:r>
        <w:t>42 0 obj</w:t>
      </w:r>
    </w:p>
    <w:p>
      <w:r>
        <w:t>&gt;/ProcSet[/PDF/Text/ImageB/ImageC/ImageI] &gt;&gt;/MediaBox[ 0 0 595.32 841.92] /Contents 43 0 R/Group&gt;/Tabs/S/StructParents 4&gt;&gt;</w:t>
      </w:r>
    </w:p>
    <w:p>
      <w:r>
        <w:t>endobj</w:t>
      </w:r>
    </w:p>
    <w:p>
      <w:r>
        <w:t>43 0 obj</w:t>
      </w:r>
    </w:p>
    <w:p>
      <w:r>
        <w:t>&gt;</w:t>
      </w:r>
    </w:p>
    <w:p>
      <w:r>
        <w:t>stream</w:t>
      </w:r>
    </w:p>
    <w:p>
      <w:r>
        <w:t>xYMoDG)ZK"$A"Ѳ,{ ([eOH6Jf吏nypn_o&gt;&gt;?~psS}W#T*Pl|u兩&gt;ȯ]^]Uo~nտ//TyWLU5%WMyy˗&gt;H9sMlZjD׉ĚBwcZ{ɏg</w:t>
      </w:r>
    </w:p>
    <w:p>
      <w:r>
        <w:t>5!).~ T_Jp[Ba5߳u(R,}jT]U] }M_"9]ű5k7+!ܼ</w:t>
        <w:br/>
        <w:t>5}2h@ƱR^s{7-﵃Y4.۷4ZDFehpc2&gt;y</w:t>
        <w:br/>
        <w:t>8,8Cu?),KqKK&gt;; !A)yRvȟY5q8WH]6|`fB^-zLdMߓr</w:t>
      </w:r>
    </w:p>
    <w:p>
      <w:r>
        <w:t>.&gt;Iup@r.(g:</w:t>
      </w:r>
    </w:p>
    <w:p>
      <w:r>
        <w:t>߆Z3w'9נsZ@[l^yfҷ_`KRz'$sq4`lܜs %9PAJsӛQC)މKv,Fs6L&amp;/SJ&gt; 9UfIoj%sOG}sC(Ch3gEӨvid1&amp;zs"o%zJǤǬ.6 2ڮUD'юdǤj:; n̊6ڻRߩp\6dmҚqFje(2285Y,P*hNI`dc.cfHMeg</w:t>
      </w:r>
    </w:p>
    <w:p>
      <w:r>
        <w:t>e((rUg!g+H,`}EL%#Fӻa'35VĨY%[v&gt;Xd&gt;b܁]g7KݮΖrΛ%pogV}ww@5&amp;}</w:t>
      </w:r>
    </w:p>
    <w:p>
      <w:r>
        <w:t>)w/Iyjkܽ#~(9O/3^Z</w:t>
        <w:br/>
        <w:t>q,;w[u`?~l!</w:t>
        <w:br/>
        <w:t>6*FЎ44Bkbą M-Sdw</w:t>
        <w:br/>
        <w:t>Wϥ1ef$M̌8 pnk6h)yQ|n$l2u{^ռP,*𵴊B 5ћ6љ6,:뎝xE[ӺcK;Mґa.-xhN5zӺ}L=gVі3mYh(e^})CK%O/_ȯ6Mۿ!&gt;IJjIëL;%'Ai[/aLOQ{$</w:t>
        <w:br/>
        <w:t>gli&amp;!}Z0jnU6aI*rf;ytܤ[cHP*n`Vlോ3) RM|pqB-E48J3AYR=N]Iey^K=Gzb3nb8</w:t>
        <w:br/>
        <w:t>{tӖ68s(@cb&gt;/ProcSet[/PDF/Text/ImageB/ImageC/ImageI] &gt;&gt;/MediaBox[ 0 0 595.32 841.92] /Contents 45 0 R/Group&gt;/Tabs/S/StructParents 5&gt;&gt;</w:t>
      </w:r>
    </w:p>
    <w:p>
      <w:r>
        <w:t>endobj</w:t>
      </w:r>
    </w:p>
    <w:p>
      <w:r>
        <w:t>45 0 obj</w:t>
      </w:r>
    </w:p>
    <w:p>
      <w:r>
        <w:t>&gt;</w:t>
      </w:r>
    </w:p>
    <w:p>
      <w:r>
        <w:t>stream</w:t>
      </w:r>
    </w:p>
    <w:p>
      <w:r>
        <w:t>xXIoE[cqmI֓fE @q8X! 9OUÞ"8g鮮û7Mx5o?p㇏CӏC]_ؤ6?zmi7w\_AݷWn*pZJlз^_Up\"mbvÙ')DsΉע"ck;MsW|Γ+p|Qbc9FvL=]rÚ9ӖR&amp;p)~</w:t>
      </w:r>
    </w:p>
    <w:p>
      <w:r>
        <w:t>n~#*ϩLϔ *犎,bԒ^O#(:UvZuϜMAP!w*;Lc5qrayzs\e2(فGSFuZdEf妣*^¤&amp;BX3qug=۞</w:t>
        <w:br/>
        <w:t>mu8|8/RFC/nܗ8e۝l(\@!FbY[+r/ɟ%Vndq_}`LyL)^</w:t>
      </w:r>
    </w:p>
    <w:p>
      <w:r>
        <w:t>LD;MB)NQkU[f.zTyPhT|şQ+kݯ5Sjߊ}rxoҤ`[P#n[&gt;V3B8Uo</w:t>
        <w:br/>
        <w:t>SOĺL4~mBX(.HOxR:W</w:t>
        <w:br/>
        <w:t>̶oQBF</w:t>
      </w:r>
    </w:p>
    <w:p>
      <w:r>
        <w:t>endstream</w:t>
      </w:r>
    </w:p>
    <w:p>
      <w:r>
        <w:t>endobj</w:t>
      </w:r>
    </w:p>
    <w:p>
      <w:r>
        <w:t>46 0 obj</w:t>
      </w:r>
    </w:p>
    <w:p>
      <w:r>
        <w:t>&gt;/ProcSet[/PDF/Text/ImageB/ImageC/ImageI] &gt;&gt;/MediaBox[ 0 0 595.32 841.92] /Contents 47 0 R/Group&gt;/Tabs/S/StructParents 6&gt;&gt;</w:t>
      </w:r>
    </w:p>
    <w:p>
      <w:r>
        <w:t>endobj</w:t>
      </w:r>
    </w:p>
    <w:p>
      <w:r>
        <w:t>47 0 obj</w:t>
      </w:r>
    </w:p>
    <w:p>
      <w:r>
        <w:t>&gt;</w:t>
      </w:r>
    </w:p>
    <w:p>
      <w:r>
        <w:t>stream</w:t>
      </w:r>
    </w:p>
    <w:p>
      <w:r>
        <w:t>xYnF%@7@5H ,'\n#3$ffuUWӇn_O|#{ܗ_/y㧗ç//YYWYڷ</w:t>
      </w:r>
    </w:p>
    <w:p>
      <w:r>
        <w:t>2%Vqf1&amp;{R]W]1q+9{ɕ˾&gt;~&gt;{y]GqeZ/8,{^vq9G*Փ_6n6*n$ol;o\,N</w:t>
      </w:r>
    </w:p>
    <w:p>
      <w:r>
        <w:t>xÐYʲPoLMZP6P{;,g;a FYG</w:t>
      </w:r>
    </w:p>
    <w:p>
      <w:r>
        <w:t>x1L63ƓN,秗oތA܆Q(i19(b! 3Bgȝ3pn(/oACrT BI_y@zCf3~r(GǾ</w:t>
      </w:r>
    </w:p>
    <w:p>
      <w:r>
        <w:t>׹9dJKis[;loK;X;&gt;,{ʲn&amp;(]Kql.</w:t>
      </w:r>
    </w:p>
    <w:p>
      <w:r>
        <w:t>;떇ֱҤb1T{+htʸT{LR)ܔU Yj+ǆRE}|nVc8}|)$*nxFN{4ĸ v8a]ee6LvCΈvHK-Gg Γہ'mPȿLJּvd)#`m}&amp;$4Ԙv&amp;1t"0Ҹ("gHҖӺ)ɲX$hUΚW1Ђs~dP!%+aݤp&amp;#yG%&amp;W^\Ix&amp;kMrZ-%ʒ$[haC/8Abr</w:t>
      </w:r>
    </w:p>
    <w:p>
      <w:r>
        <w:t>42wh</w:t>
        <w:br/>
        <w:t>tHC</w:t>
      </w:r>
    </w:p>
    <w:p>
      <w:r>
        <w:t>J7a!kܹ1O+jr!QWwc3ًTpDuE?x!QWR3S?LIZ XC|1~</w:t>
      </w:r>
    </w:p>
    <w:p>
      <w:r>
        <w:t>\;.3PV^72K\9cO/!</w:t>
      </w:r>
    </w:p>
    <w:p>
      <w:r>
        <w:t>endstream</w:t>
      </w:r>
    </w:p>
    <w:p>
      <w:r>
        <w:t>endobj</w:t>
      </w:r>
    </w:p>
    <w:p>
      <w:r>
        <w:t>48 0 obj</w:t>
      </w:r>
    </w:p>
    <w:p>
      <w:r>
        <w:t>&gt;/ProcSet[/PDF/Text/ImageB/ImageC/ImageI] &gt;&gt;/MediaBox[ 0 0 595.32 841.92] /Contents 49 0 R/Group&gt;/Tabs/S/StructParents 7&gt;&gt;</w:t>
      </w:r>
    </w:p>
    <w:p>
      <w:r>
        <w:t>endobj</w:t>
      </w:r>
    </w:p>
    <w:p>
      <w:r>
        <w:t>49 0 obj</w:t>
      </w:r>
    </w:p>
    <w:p>
      <w:r>
        <w:t>&gt;</w:t>
      </w:r>
    </w:p>
    <w:p>
      <w:r>
        <w:t>stream</w:t>
      </w:r>
    </w:p>
    <w:p>
      <w:r>
        <w:t>xXKo7KHyGs&gt;&gt;~~w_ww&gt;?=~p}tCt7g |5fԀMIԡ4Zi¨z`%m@-r_Qh[^0]?]WӼ3Ņ k_m2^.WSd{l̨}%ٞ~bk`ħ~kBZ}`[]^ri}tK[͉SyX@ɖOv,U</w:t>
        <w:br/>
        <w:t>n?vb`{mאtKLТ)1歶f6DD}'{R 5p"Wlth)szԙʩ9g| B6!S^UhO)K)0</w:t>
      </w:r>
    </w:p>
    <w:p>
      <w:r>
        <w:t>,*aaNc]+墝?sT</w:t>
      </w:r>
    </w:p>
    <w:p>
      <w:r>
        <w:t>&gt;MT(A=#R.V|Optn\B&amp;c9;Szy?p5HI_hs ]T{bbJ}</w:t>
        <w:br/>
        <w:t>]7x]5CfFByjsk,fg</w:t>
      </w:r>
    </w:p>
    <w:p>
      <w:r>
        <w:t>(Ỏh3,0RY"f|F[܃\F *9e٢i8CT~@L4cdd.=hR8}y~}JlNY!T0dɘv&amp;81N&amp;8Q5TPQQawAbN\7jJqOD|z#bakjOmyRYڰv(~i-g2eR)왇̠=3sY</w:t>
      </w:r>
    </w:p>
    <w:p>
      <w:r>
        <w:t>&amp;4cɮyNIUچZr*'~&gt;qGJ+''W~l}&gt;/ProcSet[/PDF/Text/ImageB/ImageC/ImageI] &gt;&gt;/MediaBox[ 0 0 595.32 841.92] /Contents 51 0 R/Group&gt;/Tabs/S/StructParents 8&gt;&gt;</w:t>
      </w:r>
    </w:p>
    <w:p>
      <w:r>
        <w:t>endobj</w:t>
      </w:r>
    </w:p>
    <w:p>
      <w:r>
        <w:t>51 0 obj</w:t>
      </w:r>
    </w:p>
    <w:p>
      <w:r>
        <w:t>&gt;</w:t>
      </w:r>
    </w:p>
    <w:p>
      <w:r>
        <w:t>stream</w:t>
      </w:r>
    </w:p>
    <w:p>
      <w:r>
        <w:t>xXMo61).3(- E]`NC63+ki7HءvIμ7Cگ&gt;ܾhvl/_&gt;O__7]b7Bh'P^S㍊|yˋ///^!)CJclWmN|01ʗˀI&gt;BJ1!ELd`p2QvvLLtz,ߕSR޳s-ȩr2멬5%l\]ZTioqKK͙5aҙSԜ-]l^OD&gt;D )PApW=!e`N</w:t>
        <w:br/>
        <w:t>0$ D^gZzc?AJ"?V_tS&gt;#tϔlSkX!@nO{C2/{x^za:{Q?gy</w:t>
        <w:br/>
        <w:t>Z%l8z?|L±GZ(Ȝz֨pT㖞z'bg,Jw*cdwGRp=JDձ{vZaTn(rkbiI=_*\|Q'&gt;#grϽh1,}hj]紆z.&amp;l7??H</w:t>
      </w:r>
    </w:p>
    <w:p>
      <w:r>
        <w:t>endstream</w:t>
      </w:r>
    </w:p>
    <w:p>
      <w:r>
        <w:t>endobj</w:t>
      </w:r>
    </w:p>
    <w:p>
      <w:r>
        <w:t>52 0 obj</w:t>
      </w:r>
    </w:p>
    <w:p>
      <w:r>
        <w:t>&gt;/ProcSet[/PDF/Text/ImageB/ImageC/ImageI] &gt;&gt;/MediaBox[ 0 0 595.32 841.92] /Contents 53 0 R/Group&gt;/Tabs/S/StructParents 9&gt;&gt;</w:t>
      </w:r>
    </w:p>
    <w:p>
      <w:r>
        <w:t>endobj</w:t>
      </w:r>
    </w:p>
    <w:p>
      <w:r>
        <w:t>53 0 obj</w:t>
      </w:r>
    </w:p>
    <w:p>
      <w:r>
        <w:t>&gt;</w:t>
      </w:r>
    </w:p>
    <w:p>
      <w:r>
        <w:t>stream</w:t>
      </w:r>
    </w:p>
    <w:p>
      <w:r>
        <w:t>xXMo61)-3(Q*Z4@H48mK}gHI]i7MaÖv)rGׇOn?T.&gt;[^3M|dF3BFYnsEe.=Yp*ok4!(L2sg"McBzd-3DnVD"-.b(,j8</w:t>
      </w:r>
    </w:p>
    <w:p>
      <w:r>
        <w:t>e4}yT#iRdV֚9QVfS;U{{&amp;Ѵl4h2H$yRE1ݦ#ZCbOcQ5a|왞q:_aXF=K^iG/J _6_G){4x}s</w:t>
      </w:r>
    </w:p>
    <w:p>
      <w:r>
        <w:t>endstream</w:t>
      </w:r>
    </w:p>
    <w:p>
      <w:r>
        <w:t>endobj</w:t>
      </w:r>
    </w:p>
    <w:p>
      <w:r>
        <w:t>54 0 obj</w:t>
      </w:r>
    </w:p>
    <w:p>
      <w:r>
        <w:t>&gt;/ProcSet[/PDF/Text/ImageB/ImageC/ImageI] &gt;&gt;/MediaBox[ 0 0 595.32 841.92] /Contents 55 0 R/Group&gt;/Tabs/S/StructParents 10&gt;&gt;</w:t>
      </w:r>
    </w:p>
    <w:p>
      <w:r>
        <w:t>endobj</w:t>
      </w:r>
    </w:p>
    <w:p>
      <w:r>
        <w:t>55 0 obj</w:t>
      </w:r>
    </w:p>
    <w:p>
      <w:r>
        <w:t>&gt;</w:t>
      </w:r>
    </w:p>
    <w:p>
      <w:r>
        <w:t>stream</w:t>
      </w:r>
    </w:p>
    <w:p>
      <w:r>
        <w:t>xXj#G}UU}!dauȃx,OH=#p,iF=UurŷZ.v{onQn_?/nq~ZTy;-62+XyS_3POJ]V泵^O)qmGG(Am[</w:t>
      </w:r>
    </w:p>
    <w:p>
      <w:r>
        <w:t>d1 c9RR)W?</w:t>
      </w:r>
    </w:p>
    <w:p>
      <w:r>
        <w:t>z-hD5ڡHxBgV7~ L]@.~yRW/7|iSBԞ:R5W]PǲKl2YsAPTi]LDrm45'YPk0W1kj*ZȀh&gt;g"lerhD؏MV{"OyEEqgDe|L~EF&amp;sEɟf?ȩ=Cm$jYVdc=HI,&gt;</w:t>
      </w:r>
    </w:p>
    <w:p>
      <w:r>
        <w:t>endobj</w:t>
      </w:r>
    </w:p>
    <w:p>
      <w:r>
        <w:t>64 0 obj</w:t>
      </w:r>
    </w:p>
    <w:p>
      <w:r>
        <w:t>&gt;</w:t>
      </w:r>
    </w:p>
    <w:p>
      <w:r>
        <w:t>stream</w:t>
      </w:r>
    </w:p>
    <w:p>
      <w:r>
        <w:t>x}yVB{a8IU6&amp;@8wXԫY$Yfw]KځՒE,%(!&amp;</w:t>
      </w:r>
    </w:p>
    <w:p>
      <w:r>
        <w:t>(\w$U8q*sGaӕlWO0^=;Jۙ{{_;0</w:t>
        <w:br/>
        <w:t>2p؆+aO!-pMC6RJ0l4\˰.\I?o}t;QܾcEYē:M\L</w:t>
        <w:br/>
        <w:t>Τ[]ArYzDXX&amp;Ɗģ&gt;b@7@/MϐҦo,ːDTKRt,M</w:t>
        <w:br/>
        <w:t xml:space="preserve"> QΓ&amp;!ʾq3</w:t>
        <w:br/>
        <w:t>e*\#!JJ\hHpLR.qk(G409vii&amp;)\c'1-yDKpc؂ޒA7ʰ}XG</w:t>
        <w:br/>
        <w:t>Qv/%h(i':MtK/0RRZXjxԀv9Z7G_4]$</w:t>
      </w:r>
    </w:p>
    <w:p>
      <w:r>
        <w:t>ͤ&amp;Cˉ]RwJFt|Rq)و%$U'@]@1Du4-z@KشH&gt; &amp;%OcMЁK1F-p3y{|ewL01XGJp</w:t>
        <w:br/>
        <w:t>-4za~w*X`RK!\7`F jTBX$FCm%5fyhm)h5UASL`jHe"cm؜Z6`5!cPFGL)ҊXVH</w:t>
      </w:r>
    </w:p>
    <w:p>
      <w:r>
        <w:t>ş6:`|%Y.R1eVXci/R)?(JIE"v1T$).Ph#L)nO3t,,P8-6Nb\3tQ"wLܭT.ɤf~2+їJܔh9Ȕҍ,7%ɤ[Xf60t#Mf2V@;i*ȊN*t#:`l"MD6&amp;"MDKՅ/{ĝ(T*Eqw'aJLtwbiҬ J Y gz1@~Jҽaˍ،&gt;c+&gt; dש^˔((;Ld~SE1x(zXoTQьoۚN;ʲ-NעR?ypmfx49#A@. Wv")qo\ϙ</w:t>
        <w:br/>
        <w:t xml:space="preserve"> hWy&gt;q</w:t>
        <w:br/>
        <w:t>"W"~20CxRjRXEnӕou?ոzvs}znSXvC?̡xi}Y{Ѹ433?LoB`z:/ww~Jj&gt;}T*/U&gt;U]h4=D{'߻̘|Gmwa</w:t>
        <w:br/>
        <w:t>VX&gt;&gt;p\`DuT7Q*kDE94T˙G</w:t>
      </w:r>
    </w:p>
    <w:p>
      <w:r>
        <w:t>`[E7vE'.xt%x2QdUsoe(U*/D{fđ3#,߫&amp;Zutvay%INS*_?tc4iR0_:#Ha</w:t>
      </w:r>
    </w:p>
    <w:p>
      <w:r>
        <w:t>w&gt;M}Hh;8M]8{!yOk7avR-?is"{ܦMBt O;YTH!x_n~!?!</w:t>
      </w:r>
    </w:p>
    <w:p>
      <w:r>
        <w:t>Q@&amp;g$kPu^x9xݗ-";vrWEYD+Kth\|!QU|T)lh*3E2p!@t }5x{PgNϞwF03[`wªR"`&gt;=J?7vaE[</w:t>
        <w:br/>
        <w:t>#;cIXai&gt;E9W-lEb@*TCq̧xR=`*%#&amp;f}j@v,6 ;;v)Z*0;μ</w:t>
        <w:br/>
        <w:t>oyd#_"a6ݗa=@%3_2m}:#߹G'8</w:t>
        <w:br/>
        <w:t>D4x^r*%xS)[SW|o)/xBmHͧ p.3z-.bWxKމutUB&amp;x*^r{¶L}Dbn!Jŷ㙵XEUiHB.~1|7{đ`̬/+/vF/N0Y)TnR L-y[tlEVR&amp;$Hi2&amp;v</w:t>
      </w:r>
    </w:p>
    <w:p>
      <w:r>
        <w:t>&amp;oKՎ3Jt[DTX𪲕R[":앰</w:t>
        <w:br/>
        <w:t>_i%-4ed6kSD{??*O</w:t>
        <w:br/>
        <w:t>㱏PH읜$SoYeMj欒"KjH`AӹzCK.^|R[uHHψ)]xӞ&amp;x.:]AB`34٭f;Cv"0=JG"eEzyqՉs($C!</w:t>
      </w:r>
    </w:p>
    <w:p>
      <w:r>
        <w:t>%K$</w:t>
      </w:r>
    </w:p>
    <w:p>
      <w:r>
        <w:t>Dq}!Cׇ(&gt;^C7o+WVo^,3vJϬAY}Sp{y8'UHDv2t2#:$(%CeuOYIXU\T^&gt;z)=Pean2d=/EQͻ&amp;S</w:t>
      </w:r>
    </w:p>
    <w:p>
      <w:r>
        <w:t>xGW];Jd+,Tz3&gt;xdGb,٨*i%E=Xb{,:آss)rSXL?ƯdvJdzNw't_;#S/OnfGrng`AnNQӡ`&gt;X|+IN?PwR 0?(՛O</w:t>
      </w:r>
    </w:p>
    <w:p>
      <w:r>
        <w:t>ЋDMZl=OgއI&gt;}[s1N;~[ֽE8-м9Pmlvl+[X)QݝTDGT;T#D"yg^'xg{ I4=^l؎+tatyi_t@V2S@Hw0b~}ch􆻩)fwzkrz</w:t>
        <w:br/>
        <w:t>N1$ŬAK(~F^37˕#V\t}=Jl/U'?U8qˉ{yZT`&amp;Fc}alS&amp;(rkv~cp</w:t>
      </w:r>
    </w:p>
    <w:p>
      <w:r>
        <w:t>PpN&gt;t;So_eQnC;^VA~9rlsE|nƩ=ʒ:Mt2\ѧAds=ؾ)5P}-Fo!x)Be]nɃ</w:t>
        <w:br/>
        <w:t>&gt;+eHJTɤ0?PdbdrPjU-l[JOnwSHVC</w:t>
      </w:r>
    </w:p>
    <w:p>
      <w:r>
        <w:t>=cZ^#`2/He)iA6}݅L&amp;͌wdȪعIr΍.BYJ A,L:vxZ}tLex7)c|?58֢Lm-μduO!%$ð͒Ta$Ȭ=6gmqȭ@*zBU</w:t>
      </w:r>
    </w:p>
    <w:p>
      <w:r>
        <w:t>$N{+t('rfHSf5QX|#&amp;l2'3WepmcQ$(@ɛ*-7+;BXTD'}{3rX-#Íg9~̗Z\DYcͣo΍x7\-*B|t)6` T٪"L2Vb*W;_~{*w:W竊 2}5Bf=ͧ \ a+g|兩^\US)S}4H|u&amp;h$iHֳ|tsa=yoՙO.}c7O</w:t>
        <w:br/>
        <w:t>w?!k^NP~!b3H8+!P1q*4N?l^=hq96S\NaV!ٻ/ _</w:t>
      </w:r>
    </w:p>
    <w:p>
      <w:r>
        <w:t>?yogdfщ/[}`Y(QZ%s3+9o/g xRzE;'EP,W*ٮ{&amp;ߏa8d|,+_n~_rD7c+H{HHJ_ ½Sísxq#$Cl&amp;ڵ&amp;O8[[3uk߫{_\6_p-Xf7/&gt;^g4{F1~rL(벦{ab</w:t>
      </w:r>
    </w:p>
    <w:p>
      <w:r>
        <w:t>endstream</w:t>
      </w:r>
    </w:p>
    <w:p>
      <w:r>
        <w:t>endobj</w:t>
      </w:r>
    </w:p>
    <w:p>
      <w:r>
        <w:t>574 0 obj</w:t>
      </w:r>
    </w:p>
    <w:p>
      <w:r>
        <w:t>&gt;</w:t>
      </w:r>
    </w:p>
    <w:p>
      <w:r>
        <w:t>stream</w:t>
      </w:r>
    </w:p>
    <w:p>
      <w:r>
        <w:t>xŚ]]E)}-RrDJSI&gt;hVNg&amp;wfB&amp;3arg4BMB[BR&gt;ćlX</w:t>
      </w:r>
    </w:p>
    <w:p>
      <w:r>
        <w:t>&gt;Zvs{2̙{GZ!3瞽{qDqRV&amp;4HXiE.$[zY)XQ,2Kj-dG$?Gjy.($6=z{DI#o'8\%Ϥ3VyĒQ=w/Gv#N_P)]]43csy$7Hq$TTHp$b"qIH#Q1;"qގD|WaMREZ[2;l3Sb$}'Ԇ.4RN3.RI3IveM;]4$GZeSB-16&gt;h3v'Y]؜tM3v9?%Þc~,揪i(?cc*Q?fm?q=?_. ߖLU(h%:a[6w:2I|</w:t>
        <w:br/>
        <w:t>_Ϙ2`2Bs2wv5E1[WŢbJ{6</w:t>
      </w:r>
    </w:p>
    <w:p>
      <w:r>
        <w:t>Bȏ#W`cQ`hE0`}~dlvpؑ`50ѺwyxpDkalfDkv_oכw׾C91ѭ'0ujڝ=~+|a!7=e蛻/|O&gt;ʾ־_a:ΏMoK=s:{jK;}˻FGCy&gt;hLN&gt;?uϙ^</w:t>
      </w:r>
    </w:p>
    <w:p>
      <w:r>
        <w:t>?8|cT{`|Ovܭ?t}[٤TCM&gt;SOվ۾ћOj?}T_B枓YoWޅ̈́&gt;y3{k8|W\\Ut1k \ThU %ȹV.]</w:t>
      </w:r>
    </w:p>
    <w:p>
      <w:r>
        <w:t>d@V*0U]į\X5Ο~ph͋X"W|`g9)OQf(K0j;{i_:F{MNHglڣᯕtf\\_2E5-Pp&amp;8J]e &amp;-M{V?[i/ߤ=9!؅kZ0USEv3\}0U;Q؅KgoqvԖL^?盰]]nL7ttSێ]:\v}C?])O\xz7k</w:t>
      </w:r>
    </w:p>
    <w:p>
      <w:r>
        <w:t>zw[Z7&amp;/4ķ9W5=fg߫)RSO#{Ug;MCE"1JB(%1111q^w`9~s@su3g1c,1(zdnܡsͩfUCcsgfVݨ8! *N]vׄ('Dj{#?$0#/! H _B^AQw8! H]X`'</w:t>
      </w:r>
    </w:p>
    <w:p>
      <w:r>
        <w:t>BH Da DXH"E0x b` eauFe ={!B83xdP}#`dBVU1cs`1cp# &amp;zб,$2P2d</w:t>
        <w:br/>
        <w:t>)C$2HdR2d A @T v@41H4' O2YSee_ίdk3n4</w:t>
      </w:r>
    </w:p>
    <w:p>
      <w:r>
        <w:t>p.Yh@[|</w:t>
      </w:r>
    </w:p>
    <w:p>
      <w:r>
        <w:t>"@HD  aGDHr#@&amp;PD""+"C)(`E(4W Pv"h+W ^%TPZ ]%2i</w:t>
      </w:r>
    </w:p>
    <w:p>
      <w:r>
        <w:t>x+V{ުa{ \</w:t>
      </w:r>
    </w:p>
    <w:p>
      <w:r>
        <w:t>+4V]&gt;W \</w:t>
      </w:r>
    </w:p>
    <w:p>
      <w:r>
        <w:t>+$l`D*T\M6</w:t>
      </w:r>
    </w:p>
    <w:p>
      <w:r>
        <w:t>)Ӱ|</w:t>
      </w:r>
    </w:p>
    <w:p>
      <w:r>
        <w:t>ig)`N1 MW Asr ˁ,r Ɂ$Hr A[zػ(mu A[s q34Ձ04Ձ4*tix.=rn8hQ΅</w:t>
        <w:br/>
        <w:t>*,r ʁ(Ӂ(HrGUߟvQb߄u ѕy-Vwx/-oz*$</w:t>
      </w:r>
    </w:p>
    <w:p>
      <w:r>
        <w:t>jh8~v</w:t>
      </w:r>
    </w:p>
    <w:p>
      <w:r>
        <w:t>endstream</w:t>
      </w:r>
    </w:p>
    <w:p>
      <w:r>
        <w:t>endobj</w:t>
      </w:r>
    </w:p>
    <w:p>
      <w:r>
        <w:t>657 0 obj</w:t>
      </w:r>
    </w:p>
    <w:p>
      <w:r>
        <w:t>&gt;</w:t>
      </w:r>
    </w:p>
    <w:p>
      <w:r>
        <w:t>stream</w:t>
      </w:r>
    </w:p>
    <w:p>
      <w:r>
        <w:t>x]Mj0&gt;$t,CFq}e7L&gt;,}=01ac0I8oѕ.&amp;*- kN.x+;dO3&gt;/7.H *upA&amp;A;}9&gt;Д</w:t>
        <w:br/>
        <w:t>c5lhFVRORBr'e8q7U}_{n,yJCT&gt;? o-</w:t>
      </w:r>
    </w:p>
    <w:p>
      <w:r>
        <w:t>endstream</w:t>
      </w:r>
    </w:p>
    <w:p>
      <w:r>
        <w:t>endobj</w:t>
      </w:r>
    </w:p>
    <w:p>
      <w:r>
        <w:t>658 0 obj</w:t>
      </w:r>
    </w:p>
    <w:p>
      <w:r>
        <w:t>&gt;</w:t>
      </w:r>
    </w:p>
    <w:p>
      <w:r>
        <w:t>stream</w:t>
      </w:r>
    </w:p>
    <w:p>
      <w:r>
        <w:t>x |EsdI&amp;BNE-H UWQ("(L&amp;\"* *9@W!~]  /h/홧ͺi}(ɳoSDysl&gt;|!|i矎/M+pϮq^t"Mw=EXڬ9]ڪ(9ƪO [/=% 9</w:t>
      </w:r>
    </w:p>
    <w:p>
      <w:r>
        <w:t>7UͩQh2]jޔ4'}1R+F.jzǚsd/ӜOcԖӊrbOI )a8,a+HGF+fX^KS`$St4QH7fVrI2İmbJ0JI`[Nr-Km(id"+BB 0/aBA_.}g&gt;@ 7`ԭ݇_.O_#anźvo</w:t>
      </w:r>
    </w:p>
    <w:p>
      <w:r>
        <w:t>@ @ 46-kjDxnhQj;u#/"\=bp@ בIf:Yf"t_5FdTɇ|\O=G5q</w:t>
        <w:br/>
        <w:t xml:space="preserve"> 4z</w:t>
        <w:br/>
        <w:t>LfhGDAP</w:t>
      </w:r>
    </w:p>
    <w:p>
      <w:r>
        <w:t>Q'h8,BM?3EApJPuZSuƒj#+4)On\(N=CMxhu&amp;S-PwhJrM$ItJڛRկArG=)]P/hI}WAAWS?h:(</w:t>
        <w:br/>
        <w:t>=M94KemMWu//'k䄾CoPT}n=G;yjK[ݴBwqM۠ы.C/ArE/QI_k7Џ</w:t>
        <w:br/>
        <w:t>A7Mzނ~B;Էף6=SکzvC?9Qߢ/h/;/i4@_ӇvTߤ\&amp;tX+z@(TcӯpO{?ϸ=$OrO?=$OrO?=OpO?=SrO{ӏsO?=8ӏsO?=cӏqO?=(ӏrO?=#ӏpO{'? sO?=0&amp;Mӛ7qO?=CqO?= v?\~{~{瞾{~㞾{&gt;=}/rO=}=pO==qO{{wsO=}7枾{n黹➾{.黸䞾{N;=]rO{w=}wpO=}wpO{;{[o瞾{v۹yyztW?^|mCܾѷ_𸷠Ff5xW/ @m#.vm!^][]/"VFC"@ \&gt;|RV{um%H.t_^T]@ 6]IQt?2V6Eul\psk==VK l2F܋zumef$ @mbMiC}m ۍ o6.̹_WMi?؎@  $N2k+ܿ*ě.s.bm%~H!@ oh_j{n}mէWzqeECS94 @m"BH7P+^}xҹ?Mi?䈴@ JÿP+~݈f˜uU}ݷ @md_Mqmś.s.bm%Pdtt@ IF_P܋z kVo6.̹?^\q(VGGwA D*</w:t>
        <w:br/>
        <w:t>5.S#ۑWV1l\psk+ДC.@ x.W!mxqj7\\cVCS}hGwA $ǐ_BP+^}xҹ?Mi?t@ ocb)</w:t>
        <w:br/>
        <w:t>5{n(&gt;Lo6.ߋG:ݛ.s.bmeZ':@ ަh}6FPM{=yqeE)jJy7h6?bU;\;1</w:t>
        <w:br/>
        <w:t>d/(-a8V:kj)|-lc˱MY&amp;IcnqEE9Mo-.8my:Q혛#H:sP˰~3-^ᘶqeZlC0J+zRb5dJbs2^NܲZsZ}nYk%S_oIfIDC}gR31Q \OJ</w:t>
        <w:br/>
        <w:br/>
        <w:t>Ve"(myiF*?&amp;F{y68EKZT"GjRS*r焎ri^f,mndA!WX49iۿe&gt;1%P|D!JhU#t L#?&amp;'D5/o#-y;&gt;*j]t4W|ZZsJj[#tBiOB</w:t>
      </w:r>
    </w:p>
    <w:p>
      <w:r>
        <w:t>ZRFj)Fy#s#(§~y&amp;&gt;-2y%"^*?"B8һ"~ZZ[qZx^MkVvu"ߊ co%VbVj-P&amp;.gCxvKc-k1`o݂d-8_fAKy,@(&amp;W|=Ԍ`E1w- mD@Xɿ8vGg,d8ҳS1yj}d?jq@kskS꣺(u]v\IA47B"WR-[4HBiPYSXr:2j,P&amp;</w:t>
      </w:r>
    </w:p>
    <w:p>
      <w:r>
        <w:t>tLd||fOgnP^.9UΒGʓd]2dBoӯoΩo7OuV}ޡ/WW}VW2*E~姳roW}ZQ'!*_0 $ŵH'(ȌMu8</w:t>
      </w:r>
    </w:p>
    <w:p>
      <w:r>
        <w:t>D@Dj RJP-gBBUk-|i-rmȄ#L(K:VQ2OkBgZϡՕ:ʻ5vglmw;sdfe;b!l&amp;S$YLNɲeٳ)T{jB:b- uagh$$jyTWf6fW D\ʼ"'i+%;}Æ(׭?ڈ4iS&amp;#+6{?NFc4[Æ?{ԕ\&gt;J g=%&gt;J&gt;]w#ϕKER9WOW*Goz&gt;'+)IzC6I4&amp;=Fcŭ;v t3-Bף&amp;zR8%\aw篧]FN֜vRCOU=\C߰4XFƿvn [%b;,*-Tǫci4M9tǫ*F`?J&gt;(Sy]wz6r(]UrQ} fUg#6-gX} |T~&amp;;GJ_N@KaJd\zPRpEP4PS:(/+guw675ZK̲A4FK&gt;tg3Y5;dlr\*/Wo*ʇ!rFCyͻB~GQ2~?S1Cͣtҽ/Z6˴ާb8l̺^lM:3&amp;bKJYRT Mc[)I'r%ߋ?K+K6XT~!0Pa|sJl_5j~Suzoꁞޅ^&gt;9Ә6}ILl</w:t>
        <w:br/>
        <w:t>xղ jahlcg</w:t>
      </w:r>
    </w:p>
    <w:p>
      <w:r>
        <w:t>6B`m{=;&gt;c_IĒlI\i4H)6MJ'݀WI^"Cd;ܶ\+?,I~U+Sd%UT)Ӕەn΢M׭ֽ֏?߬??kFvuaA5Vu?TNV("BbRdG}t{h$'Rͫ1?ks珢Lo=$V8\xy09I;DW}&gt;J]g0|&amp;nꃔnz&amp;R-R7oP]ԗҕJtIJoxv&gt;Ɩ·Ӈ#;ϰ Zj,u&gt;bhI|i:"3=nRev0ԉ5-:c&amp;v־G6%xAzE:AzY|</w:t>
        <w:br/>
        <w:t>s"zȗHfɇ]Ǯ$s#d?IY7L CXgZƳ݈Gգ</w:t>
        <w:br/>
        <w:t>9cL&amp;=M6:|MGvo=b1}֗}z?I/</w:t>
        <w:br/>
        <w:t>L~W1;z:#gN}s*(x@):e&gt;3Jd5b6=D\#;&amp;'60"lZvT1a/&amp;̙G_h|3;ٿAf㔴ެA=Q.Sv"# Q!3y1.̄^\o:ɄKzdUk</w:t>
      </w:r>
    </w:p>
    <w:p>
      <w:r>
        <w:t>%|6ѝW̼+3ל;rz.3K$6"2$x[H~N^naԻ[|x[A/</w:t>
        <w:br/>
        <w:t>]V3,Sm_0oMiqg[Z}_4?Wk&gt;Q@MlGb*j~cA-U3ysN&gt;@!/F9`(G@y'' &amp;RE-֢h+c^-ТbjEµ\|s3{'V{|kfZkZfىlcOG&amp;GJaQcpsԏ- 'e:^{]{,М[:qꄃi,!@?͝PI/pƺ\8_ѕ;1)]1j.s</w:t>
        <w:br/>
        <w:t>3_?e,=%M޾+GINᷠQؘLC-ID=6A:y:rO}Q?r&gt;fy,77oz+s8${u q^ם1%;{{bxs{^M2a#ۆN3QӐT:t۽~^</w:t>
      </w:r>
    </w:p>
    <w:p>
      <w:r>
        <w:t>;SfMw"w[*=7F`c@XXsݓzʧߚ^W{.;]R*f^WEnu6:ȓX;&amp;2WDHQ!JoH-δ)ң.}LVwF&gt;t,0w+ꖥT7E:Asuݎ2d| 3V}DHM!4ɛ~t澎|tNiaj|JϾސ'wufuy/sʢ\u$\xmB0۴޼!jzn6ɛ\7Rc^'zzIYeFA%fd)~~¹AGhK@Q o(btGymYl{0D_AWyi7#f&gt;P=ŁYd$Gp\ΦS-</w:t>
      </w:r>
    </w:p>
    <w:p>
      <w:r>
        <w:t>L_"zO+9#;П7eρbj)?%ݟg9rrZ^_=9xzd ʞ`MPR}R|XJїHIpNKu{.qbKԗ&gt;ju)fAbmG/t}eJ&amp;_</w:t>
      </w:r>
    </w:p>
    <w:p>
      <w:r>
        <w:t>,IsF]ѿϿ4͕~TO7䤧*ai/ޒE¶m_oeNB&amp;dY:lqx^!=Q\f&gt;(CAgt4[XcbPj~r9a=90hB/)%zHz/ Xn2L(?c~&gt;p,ǏN&amp;hϹ$ΚؑDI5I,)1.s</w:t>
        <w:br/>
        <w:t>cyv;jgş-hqz?(hhQlW(d1G5foomO</w:t>
        <w:br/>
        <w:t>A+'.wn2na*)Y%{</w:t>
        <w:br/>
        <w:t>2E!o8rXpY,PV*</w:t>
        <w:br/>
        <w:t>er?_yp%iS隞T6#W6fg+2+4G7QyH/Ïx~0[U"9F#7)ѐz֥9sco?UϵQ$ϕ02qt\X~Yxv#cJt;B_Q @! Y)-r6qtI.85\O+4@.1Unt_+wП^</w:t>
        <w:br/>
        <w:t>f/pCW}U\hTCW}U\&gt;y[WwpsEt ׌[z]&gt;Ֆ.U[0AX.N[zoZ/v]UTQ+Bc_=ڣ&amp;P2^=jjoS(C]ʦNe~ea{kmԩ*]ںpF~U%N*Ey)Jּ5lArA}͢yc+yU֨,hhhZSLRuն@pSg{DeIӚRQoR&amp;Ww+=Jwg</w:t>
        <w:br/>
        <w:t>혩T:íM]]u+3WLlXt:uk6eCiMh/ڦ5-u`jW:;Z@m[@TX&gt;OQFookQ՜KYm_ 6;°n~NR;#%]</w:t>
        <w:br/>
        <w:t>B^0O:r'-]2_r| wO&gt;MVw&amp;'@WPw9R}z&gt;_22U뀯ww_|fUmjx</w:t>
        <w:br/>
        <w:t>O4N'8x?6mߍgbdSiL-Z,Q,ٖز_ Cl9J?,gZ&gt;3[?oZz~Y6l^</w:t>
        <w:br/>
        <w:t>8m? Uv-EFʸˍ+נn0v^oAxf{7b܂o</w:t>
        <w:br/>
        <w:t>&amp;#ƭۀo3||ŽtF 7rOaK~#GYð[es</w:t>
        <w:br/>
        <w:t>1sDW]M5=recկ-]m8fB/,S~Fްhoo8)6O5֧8UTQ9[!.f\n#!QKԛcVQݢ~DԯfGxMKɄ}fwF[[--:</w:t>
      </w:r>
    </w:p>
    <w:p>
      <w:r>
        <w:t>cЖD%xI,ZLh+hMwq:H+uH6JK#ڄˠ)ڤ[6E=-ZŃj;.--oPYsvD_T\Op;DWfpmОW36j[K</w:t>
        <w:br/>
        <w:br/>
        <w:t>/6pF54v5xCɡPk26%6Tz=/*cW[r55J1joKkֶl}_I{l{V{q;vCmj9uim8Fh԰R</w:t>
        <w:br/>
        <w:t>yUz=6-QdaWiIQJߓKo.vZr.}K{;4Bd/Cyߐg0kho</w:t>
      </w:r>
    </w:p>
    <w:p>
      <w:r>
        <w:t>nv&gt;,AK;qM$ɘMe&gt;"H9`6"2D]v eh]R%A! m%ҀAـ</w:t>
      </w:r>
    </w:p>
    <w:p>
      <w:r>
        <w:t>hV`L:&amp;Ad@fˠl@]v1eණV55YqY@aU32u7v2WV#cܧ!ؽ,ulR*׎J5&gt;3Ts#G1:+0rqqH|'tb1:)Lf9W,-I@5Tn):9@ًU s</w:t>
        <w:br/>
        <w:t>шHdIsgBD4S85(E'g$</w:t>
      </w:r>
    </w:p>
    <w:p>
      <w:r>
        <w:t>~o</w:t>
        <w:br/>
        <w:t>@Pvr7t`nbW_JSrXOHy*\A[- =:i0PYY* pa{&gt;{!{3do͐r6óo~36~3(7g4\\_Mg&gt;&gt;F99=Z1{a d셎r#ar @iHy</w:t>
        <w:br/>
        <w:t>R^Ӑp(_cg͍&amp;&amp;&gt;bam|ϐ{rd Jk0A뀠|mꯁrʯi+cs$2I'K%h'nO</w:t>
      </w:r>
    </w:p>
    <w:p>
      <w:r>
        <w:t>6'6|5y^d#l)GN"UChѶGl*(cA@H; iC.[kQ sl%o6Q;N&gt;s8kj\;`8qix i@Z+l_</w:t>
      </w:r>
    </w:p>
    <w:p>
      <w:r>
        <w:t>W`WEj6B]Zw]؈{ uBm`59NuGUGTH+̋]v-ƫ"$N=Bu{vnbyHh!</w:t>
        <w:br/>
        <w:t>l6Z.BH;AZ;$BҾ1=6zD1SX|/+-=hQcڟq=GJ֨p&amp;FN넷w"x7&amp;4Dd"v}$kN&gt;}ȩ:Xq8</w:t>
        <w:br/>
        <w:t>&amp;#"z)R^M/jʑw}z4m7vfhV:v*Bx\NbТD&gt;V!t}C,</w:t>
      </w:r>
    </w:p>
    <w:p>
      <w:r>
        <w:t>ޛqCXa-vraE+&amp;h6Q)L^|/UE&gt;}ZD8jłH8'c"I4U)fCu'[xvren )C}K}|</w:t>
        <w:br/>
        <w:t>6ikO`sGdd8}$dxq0~ѣ0?+[&amp;#rlqo߹\nNnw~6߱@@</w:t>
      </w:r>
    </w:p>
    <w:p>
      <w:r>
        <w:t>ò/Dhb?Xֱlͱ\~^FqÜX</w:t>
        <w:br/>
        <w:t>c\1'c`</w:t>
      </w:r>
    </w:p>
    <w:p>
      <w:r>
        <w:t>"6}#9ubGAw\i?{DNx{赓?g|</w:t>
      </w:r>
    </w:p>
    <w:p>
      <w:r>
        <w:t>.!KccQR2</w:t>
      </w:r>
    </w:p>
    <w:p>
      <w:r>
        <w:t>zBl@iG(|&gt;I&gt;'~|ʻ?hmOe"%oo[Eݱ9Dla{ؿ)X\/L'⣢MtAl[E R@L YDQb? UC-d&gt;</w:t>
        <w:br/>
        <w:t>8tB}CWÀ[(&gt;σt0aKqxxkPG :w[;AH^;%2:f!Fމr`^*P-jDmȎth]G(@3hm$hc&gt;e?(As|sͪ</w:t>
        <w:br/>
        <w:t>Y7gsME2</w:t>
      </w:r>
    </w:p>
    <w:p>
      <w:r>
        <w:t>Si.sf8Pf94eLwachZS!j</w:t>
        <w:br/>
        <w:t>#$5؏</w:t>
      </w:r>
    </w:p>
    <w:p>
      <w:r>
        <w:t>b{X^F`V\&gt;.7ȝ,Ω# HV85`G5`</w:t>
        <w:br/>
        <w:t>~S5A'1PO&amp;mk}(:TxX7G%n&gt;)Kiaj,NSo19LbZ,ΓLyA793fX!Zary9k9a.@p!fڿ%es9(sf|܀Os_q1-ם]MŌUwI;$fr%gf,/cp1󖇮f2R0˖WԲcq9+.%:9?jMt?wU2VXŮzJ&amp;zQ2ܭxD=zg{љ^O䛝+;]|+ :Vky68hbxtOF}</w:t>
        <w:br/>
        <w:t>}2Wq9y?ڼz=&amp;Ǝ;/iZzvB=1;#=CDǬL;ǺIźI,ObPws[dutW;W3^.~ޭ;'p.΃Yɞ</w:t>
      </w:r>
    </w:p>
    <w:p>
      <w:r>
        <w:t>kOVNeg%m[m&gt;</w:t>
        <w:br/>
        <w:t>"{zwe ՞]0zMў8o/nx &amp;&gt;ݶS.n&amp;0ltܲWtFbc}B`2ݗskGvzI$%g</w:t>
        <w:br/>
        <w:t>67pZ.&gt;MqrM f</w:t>
      </w:r>
    </w:p>
    <w:p>
      <w:r>
        <w:t>73Iu{͵Co~Pi.</w:t>
      </w:r>
    </w:p>
    <w:p>
      <w:r>
        <w:t>{&gt;=O{6Xo5폽Mokݾᷓ5ZWvnRT;`~v&amp;ݮJ!t3~ޕ ٽy\$ֻS%ڽ[01s`ܞHl~\&gt;ê</w:t>
      </w:r>
    </w:p>
    <w:p>
      <w:r>
        <w:t>Lɓ¼pou^`o̔&gt;Qr4{^z:+ϛF&amp;mY(iN3sg"KjQ,.򋯯_|eIz_1* 2 Ș~/&gt;&gt;PCP FG i']D}.A]AP (GCQZCE(+IQ/&amp;:#O__Ǵ|.f0bnT-~"iR̯DoĬn͊}WuImѻOE⟉&amp;.:,8H4Mѿ{;.]48'=NJHGm~_zzSKǩoJPj/kԷ/OR`BRWP,Mx\RMu&amp;quiӨ/ڞIMmoP=g{5D VrR3Sġ!)Vn*o*o-({'O+X~JwO?,-_(_2WonCɇ}O~&amp;r(%D"JEE}FS!1UN8F#ImOQP299z:.ʅv B⟋ނ1M922ef5jkVMʴtm6[-jȭuZYۦhZ6=מ֞ўLhCګa-vT{_3Nk紏5'5fIGia0lI4+$ͪNPt:.G;+tJ]fVW%u-7NqoQX</w:t>
      </w:r>
    </w:p>
    <w:p>
      <w:r>
        <w:t>9拉}_C`?A`߿@&amp;o$2zܻH^{:qD5q}&gt;++@uq8:WWqIzg3|03Q,Bt@!</w:t>
      </w:r>
    </w:p>
    <w:p>
      <w:r>
        <w:t>d:Egһ=t&gt;h&gt;DZMt+Aᮇ')sE}Nߤqz~HBH-V'eTu:K֨!/&gt;U$$W儐@( +߇ (**jkkBf*ȠPDE@۶CR 't!ƐAhzѐbẘ{e6JdS4cqCenqp1Ϗ/#'䃿8^qq*7gy馺ު|L0IHwShyFJrŗSQ0-A*hG_U%썟kˆʧS/sBކaJU_WU%n|AU)UwWimxP0?*2,+/?ڰL2g}qIf\[y/ȯA/enH!sj.ͳQsU*&gt;'#jLu"7|L(0[!,O1#vo2W :)Uv.zZ1fnZolU;z}:aCto1FU9cQE#MU0/9̭U׍U7&amp;Ocl"cglr]ƶ7nc0m&gt;4z5'VUsUύxI/6^'eƛTMk?)DhJ|ϾĞZ$/e))'^})ٛU2_^OyGkfs0/uuuG&gt;4w}w-o:Un2뇪W6qx̸C8~s:.{?Z]矰~uq趡]dԝ/}QxyQuaqq@q @%t*SP</w:t>
        <w:br/>
        <w:t xml:space="preserve"> | 2F&gt;x</w:t>
      </w:r>
    </w:p>
    <w:p>
      <w:r>
        <w:t>a?yUIx.Gc&amp;b@E</w:t>
      </w:r>
    </w:p>
    <w:p>
      <w:r>
        <w:t>jP-2Eƛ28!m</w:t>
      </w:r>
    </w:p>
    <w:p>
      <w:r>
        <w:t>1QQØa0Q^(P</w:t>
        <w:br/>
        <w:t>7oXvCYib^ %O%h;!$!</w:t>
        <w:br/>
        <w:t xml:space="preserve"> dt}8Bz$E)</w:t>
        <w:br/>
        <w:t>ӐW.@x݇c#J%Fƺ7e[^ұS3ܾܾҧFɥ,n4co^Ztl Mᓍұ&amp;rm&gt;v&gt;Q:[D# ͧq+|^p</w:t>
      </w:r>
    </w:p>
    <w:p>
      <w:r>
        <w:t>kRgᶠgh9;#&gt;ݛ#hSEut.ç,h"q&gt;s)z</w:t>
      </w:r>
    </w:p>
    <w:p>
      <w:r>
        <w:t>U&gt;&gt;-06x'Oh,'"+</w:t>
        <w:br/>
        <w:t>#w.p|/E"</w:t>
      </w:r>
    </w:p>
    <w:p>
      <w:r>
        <w:t>?|)&gt;.]Ƨ&gt;{J:򠖑so|6Ddy9lm(yW=Jx{/W'7/yVOԏԏyxY&gt;S?Q OY`&gt;lx|:tFKASbޣPujs鼺Yݦ;U;^h ZP'/ӵXy,IzH}U</w:t>
        <w:br/>
        <w:t>[Ӻ3y݀nHwU7э&amp;uӺ9#^u1nnb퇓('9V`[av%2IY2yY}1YYnA}_SIj`$hUtHKk-iVkФҶBPWh1zl:PООkAE&amp;uM IP;].t</w:t>
      </w:r>
    </w:p>
    <w:p>
      <w:r>
        <w:t>%.Q'%ҭT].K}honruB]N*JQW3um:Ρ.6[WOj(D&amp;MQhr4iaM//RsPS*٣g^ӨiѴNJ56Khkz 4g52"0nԏ5˚kі</w:t>
      </w:r>
    </w:p>
    <w:p>
      <w:r>
        <w:t>^ՏzCs[sێfL.pl&gt;zKS`mPZ}l`@: K˭4!q= '*Mh|E(,+q:G-!N!*"i"*=SaR¥yܸ7󱩝ʗ!@=QgX^KUJMHEڷC_ɓp~s&amp;c܋.CR.`l[(9^^3ʘӫ/W</w:t>
      </w:r>
    </w:p>
    <w:p>
      <w:r>
        <w:t>V0Dl#l˸qA^NN},23¶15</w:t>
        <w:br/>
        <w:t>me?v@I&amp;)r|ynBwX[7U"+@\~(nЖR$1?1Ǐ2UI e22q~;ۆv</w:t>
      </w:r>
    </w:p>
    <w:p>
      <w:r>
        <w:t>WD 'Ge[%HUf'oϳ47t(JBE)#ubAHWÀ[(Bc0C`ˑlYnokrRT|=g|rHYԟ[)(o"K܅&gt;$$a7d;9R[(</w:t>
        <w:br/>
        <w:t>m:D</w:t>
      </w:r>
    </w:p>
    <w:p>
      <w:r>
        <w:t>9yWHB2H</w:t>
      </w:r>
    </w:p>
    <w:p>
      <w:r>
        <w:t>JL";;2di|n'O˟HX'mԈ~H#1cDQשhgԟg1! M</w:t>
      </w:r>
    </w:p>
    <w:p>
      <w:r>
        <w:t>WMti+v Q:~7U-*wHpx+;Y:].{{UٺP</w:t>
      </w:r>
    </w:p>
    <w:p>
      <w:r>
        <w:t>96(ߞ}{ד</w:t>
      </w:r>
    </w:p>
    <w:p>
      <w:r>
        <w:t>f`˲-4}G;e}v!6cLY,uoG}?Ro:m|c~,%Y =JrNe;v4BZGO}I?K?~`&gt;~</w:t>
      </w:r>
    </w:p>
    <w:p>
      <w:r>
        <w:t>*mGIcchy|JEiNtCO!==EOϠgӳ4X:ɔoH=&gt; ok-|3^g:$ܿ?gf$^D&amp;~T[ĻsCNgTokb`Ò%46/R?Bsf~sChT&amp;?SMXxfyUdS˘hGܜj+ȩgTqzNݜ%9yZ"纪#Z</w:t>
        <w:br/>
        <w:t>&amp;9MO~$E,e'7'/;W4)Ւ%ꌫC3Gf&gt;CG?}m2KhfZ/.3Ou"</w:t>
        <w:br/>
        <w:t>d#(I3{bT9ff</w:t>
      </w:r>
    </w:p>
    <w:p>
      <w:r>
        <w:t>_=OO/Ah?%D{</w:t>
        <w:br/>
        <w:t>}-H⠸,{&gt;75Y`#YE~H#G.LMk?+)#|#)n[TG}'XnOrr;Ͳ^ZE"׉9C</w:t>
        <w:br/>
        <w:t>e\/\?|Yofa}uʬ3bzM1'&gt;j1QlWg(x*O;ٹ/GxUhp8*S++'].k</w:t>
        <w:br/>
        <w:t>:y7xɷGq-6mQ\L==ңsgk+V{9mr;P? r"GPr9zrv/GNŷlV_'./F~:%=3W18Yd՚-K$h%iEz_gk;}VG.Z_GkꜼUm9w4՛9}*&amp;|+"R]쎙ҍmҡjLya4Ҽ܆|H䎤</w:t>
      </w:r>
    </w:p>
    <w:p>
      <w:r>
        <w:t>s7EτՎbOÕ</w:t>
        <w:br/>
        <w:t>WRAja!Xq</w:t>
      </w:r>
    </w:p>
    <w:p>
      <w:r>
        <w:t>WlcYxUn7@V6.զ_X8</w:t>
        <w:br/>
        <w:t>!«)KF;(7^Hmϫ[ޝfp8v</w:t>
      </w:r>
    </w:p>
    <w:p>
      <w:r>
        <w:t>IN</w:t>
        <w:br/>
        <w:t>JW4ɚ-^U.++{v6!|E#'\0ct.Pp/828o$E_{SceL,0D6Tw7i0[S:[ɻJޥ~}GM~Խݎ"{pd)|WȚ:\I</w:t>
        <w:br/>
        <w:t>?xR2R.rl\+{A+|F'`2T,ז}%eZ_Z5b:++cW-%˪D{</w:t>
      </w:r>
    </w:p>
    <w:p>
      <w:r>
        <w:t>t8Hk9G9Q9:wWd6;&amp;(2</w:t>
        <w:br/>
        <w:t>mw:</w:t>
      </w:r>
    </w:p>
    <w:p>
      <w:r>
        <w:t>x$2</w:t>
        <w:br/>
        <w:t>\Ĩү.&gt;ș+'-aQ</w:t>
        <w:br/>
        <w:t>shSdmA;Tcq(:sTFA+6{/j{h_</w:t>
      </w:r>
    </w:p>
    <w:p>
      <w:r>
        <w:t>vg_&gt;mFޠc)PP=\205Byٻ?UQ;͝KyZFnj214="sIo۱D^};jp̞{[X׈?ʎR3uwSMr0ܹjb0: ߃op2</w:t>
      </w:r>
    </w:p>
    <w:p>
      <w:r>
        <w:t>\,9|Ee˵:"7::Rr]D=*NLuqw[7uQcN;}'Xg:f"2V!v`|P NKY.`9_=MrPO.]G^4̲FjʱE-[oS 'X[MyĳTֿ^:Pj剬֖3&amp;~#xR</w:t>
        <w:br/>
        <w:t>D&amp;)Wy{b#|Op$=}Zvx&gt;v</w:t>
        <w:br/>
        <w:t>IO=\{.u\O*%k3ޫXGH/*4N3z 8OjيkJ)ϒ:)#^&gt;Iq}%:/a8)F輈~]~BYZ͹ɨ_^ݤK){ ;OpBzcpO.鏬5FtgXJf*)ſ&gt; ߛg4~6~"uF䮺lKt_x&gt;</w:t>
        <w:br/>
        <w:t>3Ի/ uWPvhy5x#</w:t>
        <w:br/>
        <w:t>y&gt;ޥh'/&amp;cgkp&gt;;0n=;)y;CI?|N: W&gt;LUj`n/$fu&gt;4GR60]c?'oG}Nm#C+&gt;DfɂW뾮Ceo@%M'R&gt;1-\(+0/%xx::tE:XEs|zL-;\~fs&gt;@bke'szڳi-ajlAk^3+kĹo[?rOt Z8NeYS=bGWn@&gt;j0)cs5?OY[@}ڒ~?Z4J@n'ϝxN8{x˕ ^srwme\JRwDnLj]E?H'bܧx7DN#k/[zڮxo/:zDyu2;i9_kOz;ϙhWGWZkѝ</w:t>
        <w:br/>
        <w:t>E.}}</w:t>
        <w:br/>
        <w:t>;,WOFپ+SʄWjck_3mEqgOkxNNt*Ernx$"E[[2B;_wVk.Կ*a[sĩ?Z`S=Y5sM^Vby&gt;.FBG&gt;PxQzi1q4W]G͊ZkEow[IL?~~+[*%hބ|#:k{r'2:tFjZWn*D~{q</w:t>
      </w:r>
    </w:p>
    <w:p>
      <w:r>
        <w:t>0U_3،@򪶩j-3}Q;i</w:t>
        <w:br/>
        <w:t>.w WY?u|5)cwr`ݭ=^&gt; x\XЏ5KNovly7+K)+|*wUѬ7?OJW܆Ε,:{</w:t>
      </w:r>
    </w:p>
    <w:p>
      <w:r>
        <w:t>ƽ&gt;yRkM'}-[WoԄl#3]Rڏb4;Q}tvHtTAү6ț?</w:t>
      </w:r>
    </w:p>
    <w:p>
      <w:r>
        <w:t>v8 &gt; ky(c8]OOMZ_UC''{[</w:t>
      </w:r>
    </w:p>
    <w:p>
      <w:r>
        <w:t>&gt;OI(H)CXF^fV{:f}T</w:t>
      </w:r>
    </w:p>
    <w:p>
      <w:r>
        <w:t>5گjL6xxKjŇOQPO"? "3Ly9D$"|D$"CIDMzwIdO"Cc'1ϑ$.?%q)M"RGD&amp;"∤8"iIqD.H:#NI㈤32of+ksX8"8"(H:;H:'HF$]9HJt8"c∤s㈤ՈIG$]=1qd5Ȥ΋&gt;!O$&gt;5MIrbI\NJR/˿DAID%9%Hc"D$"MD$"MH$"͓H"2ID~EDZ%iDM3sV1$97L$2őTM+Ad% -W}Hzi%t7eVfG[K%}T^%}R^Ҷ\ROy"M#] ?yܣ*rv{ܣ}Vсr,`G_{$ck5LM_NOZ,+nVcjf/rJYr}F4</w:t>
      </w:r>
    </w:p>
    <w:p>
      <w:r>
        <w:t>H'SbS/4N[VFpmYkUN~!IX/KELZ۟߼Ӷlps?ǟcjMmk?DZHb{ү˥EH[.5!!E;I%WlxWxwRmi3FC4g V{O|^g؆66vg;N;yQ[db[be9]iWuv}n[v-5tlw;ϝ.p_2[w]uwpw=n禹n{=q'ܓi{έp/Un{mp︍=ms^tHh LQX9ÚaA(l6</w:t>
        <w:br/>
        <w:t>-yapD֒Y"?</w:t>
      </w:r>
    </w:p>
    <w:p>
      <w:r>
        <w:t>('UjFQaZEgEmC)$zFuHmkK4</w:t>
        <w:br/>
        <w:t>oSڦٖ v4i{dػ]&amp;m6Yvd"{diz9~{dgY}&gt;h؇C}&gt;bM]hc S.qInOYiϛeg_k5S˾i4mSn̉k?v]zSs~f禁~a/헦~eN4^oY,s;ǝc9͵skoi:⺘Rw9uwͯrrLk1m\ߜʝY[&amp;l7</w:t>
        <w:br/>
        <w:t>7縑n9׍rL[w͜Ibڹn9ߍsLi.pxMp̅&amp;&amp;_)n覺"7M77t_41]l7\9W</w:t>
      </w:r>
    </w:p>
    <w:p>
      <w:r>
        <w:t>o\7\hb.s-rL7WJLw-5u2Cz_݋</w:t>
      </w:r>
    </w:p>
    <w:p>
      <w:r>
        <w:t>{tks{ݽnz[*{vwү3}܇Cs}bn=}nu_/uwߛG\КT2C¬0.V2C*a3, օQx Ep1\WyKp|</w:t>
        <w:br/>
        <w:t>߆s.?:T~,B%aEt6"Di"N&amp; c6ǔ1m`tl1 sü%`QĹ `6p8</w:t>
        <w:br/>
        <w:t>Nw!Z(/?$$$$$</w:t>
      </w:r>
    </w:p>
    <w:p>
      <w:r>
        <w:t>$$$$ 4xI</w:t>
      </w:r>
    </w:p>
    <w:p>
      <w:r>
        <w:t>xIxi&amp;,H2HHrH6</w:t>
      </w:r>
    </w:p>
    <w:p>
      <w:r>
        <w:t>66J66*6smTmۨۨhhhhT&gt;1x` )9|K+k[;88+j,\_V:wf665 67Y!H@X$YEb)Eʑ3&amp;riDH;A̻y(1F</w:t>
      </w:r>
    </w:p>
    <w:p>
      <w:r>
        <w:t>1NC</w:t>
      </w:r>
    </w:p>
    <w:p>
      <w:r>
        <w:t>!˶C7;/D,r#_pvU19߮\%`_&gt;׶!Ks4G</w:t>
      </w:r>
    </w:p>
    <w:p>
      <w:r>
        <w:t>*߰T̻6ymJbHʙdEuc&amp;$\ç#IkNm)^tν;li,\`$XG]N)+Cw \U8"9EvZ\WPUNd4{fF#4Qs5sn\c:9::Xq߃ᢔ eurZ#5@LM3Eo?84EAp</w:t>
      </w:r>
    </w:p>
    <w:p>
      <w:r>
        <w:t>!Dl{\Z:syNM\ZB!0J#֔\:~֙]x.[#ڲxDruȚdhV\1Gȴ]g=93xV|VWeon&gt;b,\f3Mݦ x.%tN%3_fP-_pØ\Sz\+3|l\z['J6~)'mI)xA!Too(ڧrgC5\|a;^S/f)%D)w8wϼ:O)E</w:t>
        <w:br/>
        <w:t>9F&gt;vʨ^nhVs%ydJdZc r mʂ[yo/6"8ZoűVn.q|fk]0j(p0c.-Oi(ΪʽBci+~5vY&amp;g츛ͽԊ5K~/qבA{*o:I|h"-Y%O}{LhhܪuŢs${=nP=櫫|7)ЎCTdm_kTt. zuEm]7`x#(,vA,&amp;&gt;(ݧVwµ['53k[/o_ǋ?f4'Jҝq/Y##~rb份WLg9nӮ$O{^wNui˨#9j.3\XxmֱzӛjkE;gH</w:t>
      </w:r>
    </w:p>
    <w:p>
      <w:r>
        <w:t>endstream</w:t>
      </w:r>
    </w:p>
    <w:p>
      <w:r>
        <w:t>endobj</w:t>
      </w:r>
    </w:p>
    <w:p>
      <w:r>
        <w:t>659 0 obj</w:t>
      </w:r>
    </w:p>
    <w:p>
      <w:r>
        <w:t>[ 0[ 778] 3[ 250] 19[ 500 500 500 500 500 500 500 500 500 500] ]</w:t>
      </w:r>
    </w:p>
    <w:p>
      <w:r>
        <w:t>endobj</w:t>
      </w:r>
    </w:p>
    <w:p>
      <w:r>
        <w:t>660 0 obj</w:t>
      </w:r>
    </w:p>
    <w:p>
      <w:r>
        <w:t>[ 250 0 0 0 0 0 0 0 0 0 0 0 0 0 0 0 500 500 500 500 500 500 500 500 500 500]</w:t>
      </w:r>
    </w:p>
    <w:p>
      <w:r>
        <w:t>endobj</w:t>
      </w:r>
    </w:p>
    <w:p>
      <w:r>
        <w:t>661 0 obj</w:t>
      </w:r>
    </w:p>
    <w:p>
      <w:r>
        <w:t>&gt;</w:t>
      </w:r>
    </w:p>
    <w:p>
      <w:r>
        <w:t>stream</w:t>
      </w:r>
    </w:p>
    <w:p>
      <w:r>
        <w:t>x]]k0+r]:AVWbf1^),9''Q6FfX:H%,j8RvBr{'\kp-V</w:t>
        <w:br/>
        <w:t>3)K}:qfoDw#H5W9V`eT0^{O@#[ti9#p&gt;XtjRܨhyq"?!vwo=M2gO_\</w:t>
      </w:r>
    </w:p>
    <w:p>
      <w:r>
        <w:t>* 1sTstd9PsE{JRadM,ϼ̟ro_qU`Gz&gt;/7</w:t>
      </w:r>
    </w:p>
    <w:p>
      <w:r>
        <w:t>endstream</w:t>
      </w:r>
    </w:p>
    <w:p>
      <w:r>
        <w:t>endobj</w:t>
      </w:r>
    </w:p>
    <w:p>
      <w:r>
        <w:t>662 0 obj</w:t>
      </w:r>
    </w:p>
    <w:p>
      <w:r>
        <w:t>&gt;</w:t>
      </w:r>
    </w:p>
    <w:p>
      <w:r>
        <w:t>stream</w:t>
      </w:r>
    </w:p>
    <w:p>
      <w:r>
        <w:t>x}k~uzgynLf&amp;$d2I3͵'iV%&amp;ifMҤ&amp;~ZJAEK U*ZBXQPk}'ysٗ^{uȉlӿkr&gt;!}Dn~仿;r?|O/r_x^[ozH?~;Ż_D/~⥟|C$G_Oǟ|g^t'~Km'DV}USO^{SLs/~+?Tv#~_xџ{ȿ_y})H/~/#%t|ÒO~)m뒱߯zޕ0rr֞俯}?K.rG)w</w:t>
        <w:br/>
        <w:t>5Krno铯tMi:tt~_yt^Kgtt\l䙴yet8,)O?xs7yt&gt;Mns݉6쭞?3~8Ot&gt;W|4=ܦu^/7xy/ųKe/s\wwyߗΧ/}y8\ߏ:gוH:e8yNmyʟ? }Ϸz;gY/~~̬z:R::#&amp;I</w:t>
        <w:br/>
        <w:t>goHzdӽ6uz{2.|/k}zqo99~Wy:,q?3=myx햧yدQ_?}կ8?~9\1~y.xf:9_]\ߝxg{ۑ'&amp;Gax|&gt;?v</w:t>
      </w:r>
    </w:p>
    <w:p>
      <w:r>
        <w:t>_N端WhM6)\uexVXx]}|_xiLȪ1qOǞǝXOuwXix:|ߕO؛~ؾ3)@vǾ2FXe]C)#FW㇩mI:b{v.7$~xkb</w:t>
      </w:r>
    </w:p>
    <w:p>
      <w:r>
        <w:t>Ѿ}3\;GWiNhuF05(8v</w:t>
        <w:br/>
        <w:t>}+u\8ܦ*ql5iv{h70ʅk/\'w[Z!S|&amp;ǯ7*'N!JؖQG*ۤ6B;m22/qOHmtܤu_זt:;s6==HS5eo4*pM,ٸ]oFspM՝q8|j2f;Ճ6:J.|~hApVHg6z-{d.T;ʸmIpQNg"!ONFtk</w:t>
      </w:r>
    </w:p>
    <w:p>
      <w:r>
        <w:t>_9]`^k[Llk;s6</w:t>
      </w:r>
    </w:p>
    <w:p>
      <w:r>
        <w:t>k}jvkõbxkVZj3n@0kN?LsS囜F~,6sl;y.rsr(x79b</w:t>
        <w:br/>
        <w:t>gW^s7zmxӅk eo6~7H9'=Rw1*%99Hgo{1(g|Lj</w:t>
        <w:br/>
        <w:t>uf㹮ħonujr&gt;?]W']K┟uʗZuFW;٫u;F-Dyw:V^%u&gt;N*ܲrKy$"Sw&gt;6SY{h)&amp;7^pHqBH+5AYxaUy˶0 mwS -]&amp;&gt;-:X0tˢ6_Rf\r[طfo#l}v:P0ӻd9U'{u`sI[ZM3 oܿt\j٩WJU|뽟:4FfU/w_oR_</w:t>
        <w:br/>
        <w:t>\C6j(4Idz3O( s/hveAς;'B,_Ntjm;B:6Ȍ΍\WY{p</w:t>
        <w:br/>
        <w:t xml:space="preserve"> brYN5Z1VhlNsS3^qMdͪu.vjg1!k\5UZ8:5ibtQWeef)1۠Em$g(]_͜'@?8wSrsT7.u)WJ뢅+&amp; wSm*`3ٷs)ޚk̯</w:t>
        <w:br/>
        <w:t>3msHiU]=Y[Ǵ}[{lɩ׷יS6Kofrv!k*q_17L QGH.0~H!;';waM</w:t>
      </w:r>
    </w:p>
    <w:p>
      <w:r>
        <w:t>nR?Ky`^05] Qft`s#ktU78L˿UOBlT\8jR]nD~n7ٌhXfnT4 ,+#bp]w;cyY-zآV8&amp;+l4 {8nͦohR62\`}h(</w:t>
        <w:br/>
        <w:t>Bi46ʡo u͉ EA{a(iԵQ"˩ky9JCR&amp;5(pp+</w:t>
        <w:br/>
        <w:t>1(0+Y{`Gvn+-³̎</w:t>
      </w:r>
    </w:p>
    <w:p>
      <w:r>
        <w:t>GpǪwxס/{yˠ6frǫw4,IԌZ/dCnm=ѕR5p</w:t>
        <w:br/>
        <w:t>Hq}|\1SRRdBԨ'lVlT</w:t>
        <w:br/>
        <w:t>v":}zj IgRաa@Fr\l{͋X&gt;?b9t%6n5V1al</w:t>
      </w:r>
    </w:p>
    <w:p>
      <w:r>
        <w:t>5q^,}З'h2D͵%?r)@z؎VHUSq='gUΙh3&amp;kFLp'r!!6BLc=k+"y|TG?̂`[!=z)yLu[WOCâSNT[[acʱ=7_Q</w:t>
      </w:r>
    </w:p>
    <w:p>
      <w:r>
        <w:t>U8ό/ȳx]HFYz9!A~ƈ6/&gt;o{3\XWh8_]yˉou:FB+{q&gt;Q5ѷ9-W;xPJLwl2;'}fSdu(aٱ|"ߒ(YαƶExcK}&amp;cmVHK˶O9aUQ=A?u3hAk|6AI0</w:t>
      </w:r>
    </w:p>
    <w:p>
      <w:r>
        <w:t>"vA@UH9*_ule UGD'vw(%0${ܻUP")/z={Zw{RXSzwǩjI4]VXewQӱ~3آ\-gcI툔z=ovՕ۸\9=Gq#ڈ\92Ez8Qc{Zx2aUku˞_&gt;_i6Z&amp;jꈔd ElK7hWHbP-s$APV戾;0~opݢw=U槦v*=X6ߊ#wv_Q̦3`XG|$Un4</w:t>
      </w:r>
    </w:p>
    <w:p>
      <w:r>
        <w:t>|</w:t>
      </w:r>
    </w:p>
    <w:p>
      <w:r>
        <w:t>ţ?lࡠ&gt;߻v$4A-[ԿFb?{ʦDL2 l}XtuDo39Z#uҢ=%ΎQ!uUrKuBouBeϦЅHR,7L^-~4ߢ%RƦF\`b\8-]RGm1G7V0vݚb6&gt;#D:r"^1vR:0_U۪TvQ^+T&gt;DCJS'E{yF -JkqD0V%- +:wM`/)ʶ ZI7v%53(LOhq$Ԕiy"OX!%,e]eʼy%/Fyz8Ψ{uaEx@h6CمK=kra4!Ĉzvsb͡ȯ}uM^u:i x!Xz.g3:5s7OP^_bWm}XVDb-B[&amp;Nqqp'5;yD8AGBfSEOerU?п nݲUI8P`3&gt;W.-G+7䀣yhUU8S1bqJwU걋V:F+˺RK+njg]imc纮Gx9Fȣa#fR&gt;V76&amp;cFXtcnEk.?flO</w:t>
        <w:br/>
        <w:t>Q11߅֋Mn;o,nZg'fG\KMie+/z]</w:t>
        <w:br/>
        <w:t>g)@k#ыE VdZa{i\lm VM ttĵc</w:t>
        <w:br/>
        <w:t>(e#}08bE$m_ZX(v&gt;&gt;7k}VRD}c\^\</w:t>
        <w:br/>
        <w:t>cL".~VF"h?XY!*'5s{͡W{oZ=umsسiWJy][U6zVȗMb7R7phDL=i&gt;'sIo̓]$= lʰgOԒ;+u:-vEkDԃjuڝkVƹXb9I1F}CZ_h]6MU6u/luLu-%j]rtA;#0BQ6j]:Ix#؁睾_xv="6 mw_1c9z:q=˰_ "A,3d,tBB&gt;V2ilÝA+z8}ȇ1Aa_{&amp;*S:N4%hm\x!r%:,VB TT@Ai-4/P[Zַqt(3i4@OHzuL;cɟ..u5|6+P?[#&gt;E}hc~[%[ڇ7,DAn6lp!Xryƭ2p_qZEBka9~4C^C,sT}Q4GXV؇@y'Z)DDىl9z`*1^f8DTT+\K}I᧗(E</w:t>
      </w:r>
    </w:p>
    <w:p>
      <w:r>
        <w:t>eR2tcvDk{#X</w:t>
        <w:br/>
        <w:t>Td؂Q=LtpsE$YDc+gݡ67A&gt;fک nz*R)'rn|jx_jȃ)h_KH2/a)LNFWVo9_~iEx;} D[3vǁ-b8ÃI=31lkWsBC;Bt$)&amp;Iv1ChjJ?r_|%Z b8=J[SX/B?4MWqzuFOۛǡ t9X#0Xj@+(</w:t>
        <w:br/>
        <w:t>Y⎺bu?J~'TঅA.RXhtR9%T'rLم9-8Z&gt;M(ܵ7eg]#/'ghMi_m%FDw[rȓAqr{0RG-qG&gt;;=N,7ʭ,</w:t>
      </w:r>
    </w:p>
    <w:p>
      <w:r>
        <w:t>^q)#Rqj</w:t>
      </w:r>
    </w:p>
    <w:p>
      <w:r>
        <w:t>E}ԋR+b1msWb5.eeζ0</w:t>
        <w:br/>
        <w:t>jTLh-`&gt;GPG[=ǡɬ5{zr%</w:t>
      </w:r>
    </w:p>
    <w:p>
      <w:r>
        <w:t>Z̹p@{D.AKf"Hg-VB)ii&gt;Vb lzTE@kkK*ôj;83:ܮ$!}`{m`/l9~E6mocmשʄSkHgXA</w:t>
        <w:br/>
        <w:t>egePo]HQlr(y[&gt;m?rr|\ãs2̞ܥ}*foH=/:</w:t>
      </w:r>
    </w:p>
    <w:p>
      <w:r>
        <w:t>ʓ`h_($Ҫ{`UڷΜ*0kaOý};0ֻ©/ToZ%Zף{zcRg[;^nL˝ⷱ8C?VI9B-DRZ?XxXj(9E=Y+.B!PgX0{52K#n\ıy</w:t>
      </w:r>
    </w:p>
    <w:p>
      <w:r>
        <w:t>6(~p;7f1zύ(!\Uv4-cVr|ׇ]keG t+VgV0,przbCE%v&gt;zkbG`]Ҵ|w{vjY.֮'aCWG^Gfڊl/ E{=B/L֩/;Y}%e]1Vp7\hv+H~u0</w:t>
      </w:r>
    </w:p>
    <w:p>
      <w:r>
        <w:t>lVR+sB$y/y'3Д4\h-J|vwvM!0=Z9\F=,y y^G{ɩ#^x엻+</w:t>
        <w:br/>
        <w:t>A1&gt;[oEXT?#u#&gt;uy</w:t>
        <w:br/>
        <w:t>N]5)?%'!;v?#;M2q'6C\Wް5ӻh9hmj</w:t>
      </w:r>
    </w:p>
    <w:p>
      <w:r>
        <w:t>a=UtW\</w:t>
      </w:r>
    </w:p>
    <w:p>
      <w:r>
        <w:t>.(7u4rCnJ[ҫ,Jf֤NȶN5~b[??{8惊#_</w:t>
        <w:br/>
        <w:t>M|wTyS-s\J֠c{u&amp;9v]k7q#75R=Xj]} ~n/i?,j[rŒmu{5ݻmvu)͖x;QZYK[=&gt;KcIŔ%l7%-2eYN(vZE(5nv</w:t>
        <w:br/>
        <w:br/>
        <w:t xml:space="preserve"> I</w:t>
        <w:br/>
        <w:t>Һh"5tI_e73.vνs̙o9]Q뼊TuZGq4Nnٞ7wGĎ{g\%wV]z綊Fg2XcX"85!ot?$Dob.\V$.u4Ό:DyVxc/dB[L</w:t>
        <w:br/>
        <w:t>muͩJ`/ބʺ_u)+$R9[7nPb.\{w2HMjjλmE؜e죒8`wḭ6ػȲhc_*l.Z=^6tCzkWeev</w:t>
      </w:r>
    </w:p>
    <w:p>
      <w:r>
        <w:t>Tn͸"zkEJ&gt;YSuxēP!G1VQb(:~$]^%{V;-Ŕ|ge҇n㭱kTgǮ1'b)ChLqFuOP9/y</w:t>
        <w:br/>
        <w:t>y"煫#W+ Z $bd_ihSvg}فZ5WW\;NLS{R-b߻{KM~meZ6{RP%81~*eP.{DJB#34ڶDӿX)j-</w:t>
        <w:br/>
        <w:t>ޗ)z9VcQ</w:t>
        <w:br/>
        <w:t>*Gg-cS2xV3؍- D%-k;o(ݨ5"l0]7ǨƪSrx%VI^L~I,NRچumF-8DL&gt;[:CsPć[_d񿅃g'p(I`7zҭRه߬XDv $}eA:7&amp;.ۨl$</w:t>
        <w:br/>
        <w:t>~}g]cgզ7s)N}Y~:;hYJWh8)b|zo-m^j÷Z0|@;ÿFQЃo99kݛ@@$!uk8/CbI rm0LeH8/Ygp^g3o^!4Q8kR(_)_-C4zZYPR%rxinysJƛ df#\3UlJKsQLO=y=\"ebQ񵂩\։dUQ|~֩=^5R^mt&amp;J=rK[ܷ_Rվ4%O|xN|! 4vNcӒu^%</w:t>
        <w:br/>
        <w:t>t@[vsӘ~*jA9SK"`A,ѻwU C@ߡL8JVG*T"(M}Y\BS&gt;b~~+ =TF</w:t>
      </w:r>
    </w:p>
    <w:p>
      <w:r>
        <w:t>㥈aϜDra</w:t>
        <w:br/>
        <w:t>hԵiƾ_A]y۞^VM&gt;٧Zjpn{</w:t>
      </w:r>
    </w:p>
    <w:p>
      <w:r>
        <w:t>sۥOOO\FyLX쾱;l]3eQމ({ZdYc[vFv UpdS+y2x-ˊjDj~mb=:^J3rՂ3qNGVۿ;I|%X[˱rg</w:t>
        <w:br/>
        <w:t>{'Sr}|x'i=7ʹޞlMR</w:t>
      </w:r>
    </w:p>
    <w:p>
      <w:r>
        <w:t>\-[I\b7#~-Ԗ1&gt;SpXHgyeOv4(7}·x2{</w:t>
      </w:r>
    </w:p>
    <w:p>
      <w:r>
        <w:t>=FsG9CxBm/ý&gt;ߗxϴVY7b{ku_ЪӲYUcVݎxYHyEs/W10s3QM4=qX=@\CFgxGqJR)B] &gt;SjSz_zU.{[L:g&amp;Y{zW{:]=</w:t>
        <w:br/>
        <w:t>KdroP'NdUK[6T_Ny[sC\('sdVCj1n̏{lK ,\_5({3}`zn]$Rx</w:t>
      </w:r>
    </w:p>
    <w:p>
      <w:r>
        <w:t>v{r::=od0td&amp;}5[ZwgGz{7kר*s?ҹ=|wgc_-ԒM-sPʞ.{hO=5#{jhͣϘk?EX?;:M%{MQk6tyT5u7Q6y1w_ds`yߚǈ{s3t-ji~?5G,6ݝ{WRRfأ득aƤll|3M[˖ x2&gt;qĎ~ߵ8ZGћ+eei%}%ew{wn'󝽝fe?:ٝ0GFk#^*fۛL~glN&gt;;ON۽6x?ZW-eRLI;Z[|K|-KKrvzVk1ljl$ڛc ΑIUoi;2mvzG6ͣ5UFFa4zoG\w1cM&amp;c'O;Gp9jۓMb9o'w.ocᖅ6;&gt;Ƨϼpna_^yxtNhuR7ϭg]7ш-</w:t>
        <w:br/>
        <w:t>ak渹5!Ojw'VeZJUG./*__|uԍvm1{FǗ{̶]/濙_Q#?1#\k7OŬIߗgkKMGGy/X(7h#wn͋w-2ݵll6'chjqtw&gt;CU:Q%ډ|LC}myV.̩ɅIrwdIlyOƖ.kF[d%Anvw?/4̆&gt;JfwM뺻{ԏׇ)aJGI&gt;Bl%$!"|BɞO? QC[,-3wCakՍ/}=(OFݏݹ3Cǎ}ސȉcɶד}yRMlLQ</w:t>
      </w:r>
    </w:p>
    <w:p>
      <w:r>
        <w:t>h1eNhmwbwPݹn:]YLOfҤZj&amp;qۭvfnݲ8&gt;4:Snޣqُ߶4NIySEsI,_jʮY'K]Zi^O~*md45,dbu;%կ'igX"sKsӵD&amp;B۞k{'.m܅?vKOuߕOnSgO=usm]tُu~3\z.=|K=uW_tϼS\xٺ}^sFߗ3yB׮}_Fralxɝ&gt;c¾YόCKgޱ7T){Ue{{{/HWs88#kDtEc%׊]fyryN.9 t |'qkpzt2/赛Smzq9||WN۵z=u=8\Mt\|S|EaqJDau1wrjH&gt;"3tKggNSg\ǝ$r&gt;h6h7i._y8ܙ}(ğ6}tH=y7 #1QJ-,QzJXy=}FN=Q,Qt]6|&amp;^%eN׶8wz`驥4gHڼJj)}ƳXܔn WQ@LwY4zKI!XΐܤQNJp]ݦR-o+7QQG(E+_NQ6g&gt;Ro[YogYgӟ"v:cb~?#iߦq?EOR rŋqQk2+RjLYƔ-tLSE&amp;ֲ֩ؑsr)kjKͩ1:|c@)Nf[[02_Xy&gt;gިosMuEWXY/eZё5{t</w:t>
        <w:br/>
        <w:t>s|"Mt|4ʹS+u+5Z0W:KR1tiss[aAM}dϖiiaĜUMYʹFXLy_|oO#OK/ɜtCV9A9XrgKIjAנ&gt;s9=S=?c/ynVL;h''*EA"䵌@@F=ZA-=l~}"=#kT'P#excݕ</w:t>
        <w:br/>
        <w:t>|J9=sRT-sT;WY6ոV-Ҏ)0=מsN8j{4rV}5XA,bj.ۚJTOL$HT$`ҨN'kPQb3öAD|s(svGS9T~</w:t>
      </w:r>
    </w:p>
    <w:p>
      <w:r>
        <w:t>7Emkp)8Vr=G+QA=w-Rr6Yp4xWbD,0VpY*Q,iP~HQb$.em򔅖K(\aӡtWKf `a&gt;1C0;믗=^</w:t>
      </w:r>
    </w:p>
    <w:p>
      <w:r>
        <w:t>$~a5Dd%&gt;;zs:CT5y;$pF2H-~Ba½;o^~</w:t>
        <w:br/>
        <w:t>*S5=n}]&gt;q=ԥ*r[7z| d0]~k^]/{l4D5 j:2rS$Cs7pנuD=o̤@S~6by^{.1ga5^&gt;|SYu%gv:l'~[zP=1"4n</w:t>
        <w:br/>
        <w:t>YU/a7g6,f]cU#jF</w:t>
        <w:br/>
        <w:t>D4&gt;?(F݋Z{2v\r+k،AN9zltO;[r03Wk;L쬐N%e$z2&gt;SwжjwF-=#k;Bq5Xi</w:t>
        <w:br/>
        <w:t>VTsҔSX#"caj</w:t>
      </w:r>
    </w:p>
    <w:p>
      <w:r>
        <w:t>znSbo(D(3ߠa_&amp;e?ULMɳ+{\C{3%e&gt;\Jv%܆Dd׭~ވ?P.ޭ`B7tyj</w:t>
        <w:br/>
        <w:t>kF&gt;oeϞHoDEhIQqYXUsF:{*hHد*kݵR7w *S e2lZEsIoJWV^vK41XG.N%Xho؇E,_Z `Ɵs3v6\yV-!R+tItטBWkt=ؿԅ77g:ZPb%JBW-%(QUj̵̝?5b`51d-ѕ:ܵJ,z+2B)tX*m5ZkΛ`\vJmkZubuC6y]YrQfsFֈbtV+K_{\ˠ\ݖ1xO.-:3+t])Q~k}Q_/ھҫ:tϛ_z -Fl1 ! 4HH$dPX*T@]fp%D(ǁPT.0#9JIEJ;==Rʼ~rYsJUx"itf12[oXDG*,fbZ+xTe%4xp:Ȣpգ=Ӓ~dh2Ama"Lޕ#J}dM*b9jlnH0</w:t>
        <w:br/>
        <w:t>33q$z`nm7KZ1RFA:Oy-YCa|\a"jh%c#&amp;R{c&amp;Y[',5+(rxHs%)"0</w:t>
      </w:r>
    </w:p>
    <w:p>
      <w:r>
        <w:t>F#cYnwfq#F?Lj:#cF,偋@]:</w:t>
      </w:r>
    </w:p>
    <w:p>
      <w:r>
        <w:t>ݣo]Q5+:U󦱛XjOj"!*Z}"iC"G9Ҵˉ˄V;xS`[CA̵̸M.qvxfk+p޹Q zG=u3uJmŽ,sS!V93J*La@(</w:t>
      </w:r>
    </w:p>
    <w:p>
      <w:r>
        <w:t>H&gt;uTgF.H8!R9</w:t>
        <w:br/>
        <w:t>+~azy&gt;7]"8zJ&gt;cֆGec1i8wG_H[ס*q=Vu'mRŞ~;#Db{kqq</w:t>
      </w:r>
    </w:p>
    <w:p>
      <w:r>
        <w:t>4D|y˄ _ 3vC^*77"ZKWc</w:t>
      </w:r>
    </w:p>
    <w:p>
      <w:r>
        <w:t>kz,D#kg||IX</w:t>
        <w:br/>
        <w:t>F'I#NdmͰ:qzSOʨO8gLm&gt;'W.T˵ 喦d~^lW6IȂGe++8m#ţΞGbjg&amp;8','}1mbM]Vfc;=1Zh7WрKubi3aKCp=ِIT&gt;_nS8c\/J|</w:t>
        <w:br/>
        <w:t>ngb!#}&amp;c</w:t>
      </w:r>
    </w:p>
    <w:p>
      <w:r>
        <w:t>]DHcb|˄ݻg`f0kgy:wpd/N4`v(</w:t>
        <w:br/>
        <w:t>Yo^CYcru!vc'C-Q'5U#έn4I,F|BحEISWw:C{&amp;DuQj</w:t>
        <w:br/>
        <w:t>9.cA՛RYWĵIkPHB4&amp;1&gt;=ܩ,\UkṞKK&amp;Ws&amp;gRdȊL(SOM3a`}Sځ#AeuH؃PӞxi=SXSۍj"dCiŪ!,Q+ѭ3AmPktZd(Fñ |jl`DSi]!8FY%^'V&gt;adjOfc*WYlCZ)L0?&gt;6wV- AFW&gt;!Jq֚heuF.mD)#r</w:t>
      </w:r>
    </w:p>
    <w:p>
      <w:r>
        <w:t>UI;j-V6*Ρavn</w:t>
        <w:br/>
        <w:t>&amp;Bk(Ԙ㉡·:8p"8DhMlws'$jcڡ\</w:t>
        <w:br/>
        <w:t>TEm4|;gOle#:oiTzn=kCǆA|</w:t>
        <w:br/>
        <w:t>ب4Ud7){Zx&amp;Mw'&amp;Wȝp(y!FXD.n%$urh;E]P+^-cΘ~ǒ&amp;r/|&amp;'|PKtiз7JW2kRۉ%vc: s2)s=nMbȸJH+P[xtׁ-{lE[</w:t>
      </w:r>
    </w:p>
    <w:p>
      <w:r>
        <w:t>5ٸ'Lv[=et)&gt;aMp^wK%\boms֧c@d|EryPO!G}MA@gB`"/^f6ωa?a&amp;2#!YDY,UcءV"b^qǹaW%m6@Kiu{SkFRZQ|е[aR"ak׸o[a]jtn</w:t>
      </w:r>
    </w:p>
    <w:p>
      <w:r>
        <w:t>=c-^21*B͂A</w:t>
      </w:r>
    </w:p>
    <w:p>
      <w:r>
        <w:t>-R ?T92+~cT~jBյ7Z\k1LMۍ,{^ȹUA#nE=uJ#d\A%2l;b0&gt;=4;baљecohV|CY1</w:t>
        <w:br/>
        <w:t>=cbޤuow;̺m|RA',{G¼K-'BG?q"/BH|ŕؓĈr~cX}WvRIeE&gt;5#7kw0+4`=5}6jJXc_X"9Hԗ0</w:t>
      </w:r>
    </w:p>
    <w:p>
      <w:r>
        <w:t>E+rtOY~6}w;8&gt;әđط~D|ZETz]˘BP\~Q,v}SsĽFv5ycS+q깞};2{z(tѩdm_r(81F4AG?Uжa7*.K&amp;ν߾@9quLYx_qz(i4@P͈]_/Y"9n̓cΝ\\_zKOՌZ$Piu-;k}ՙY:WJC#4k]Gak9O-MhEw31\J5"</w:t>
        <w:br/>
        <w:t>0Mr=}݇j%|0OtRU{ YDdbM+m͇sa냣t皇@`wOJkqHX</w:t>
      </w:r>
    </w:p>
    <w:p>
      <w:r>
        <w:t>c</w:t>
        <w:br/>
        <w:t>-</w:t>
      </w:r>
    </w:p>
    <w:p>
      <w:r>
        <w:t>iϓ71=,Tp]בy4k]L&amp;A0[KkzZ&gt;i1AV\B[kZ1)tC}xpU'Q}J.U</w:t>
      </w:r>
    </w:p>
    <w:p>
      <w:r>
        <w:t>EtPջF'_#7luaFaFąDa''ij=GrtG=5a3|s&amp; 6hV`h$r.^(LMdbPyP1סPIeio{lϫ% J2GG((ӓxVb+\TQQ̓X&gt;rv='&gt;{y_C%QYe&amp;2盾OA2:ebuԭ\Y</w:t>
        <w:br/>
        <w:t>1:UEgߓK/N&amp;yqKapʂ!f414Pqts;}b8au&gt;khy}S)]E;n6p(ކ50S^YXZ-woLiwj.=s/.g*TjBtK}mk&amp;Vs53TgVxVD*гC81peDDZN+š2%dR$1AY@`v_.r:"hPfw*ꆎ\bX@t̋Ѫ^QWӆ]ݻXyXPeg5ж{#3QV:+{</w:t>
        <w:br/>
        <w:t>'bc&amp;&gt;#}ճ~@9v$j]ҁ^GlY~2K(O_4)R9*W"z8S~?}u\~AQ*x.-ޏVDɗ8ݣ2:Lm49Pk!ᩗ̷+c~@4B![TN٨=9f%+CR.$ڙR:E#SRP#1jES;5sAsΉghY.R[`9VW^7SY&gt;Ȋ@[,1Ԝ k"\Ї{bb{ҥ~keoڱ_~c~wc?X"C51}[K6v]-^)m?K-%wGͽY+zc}5A-ӻԟ=\4;뉨ǻ}O`.R :2xU}?;S3vf2+?2Stz|h}S}Ks߸~!{</w:t>
        <w:br/>
        <w:t>?TG</w:t>
        <w:br/>
        <w:t>Wт_U3׾?O0zڧ|D*xyk0݃b&amp;f'rA9~֮1-U</w:t>
        <w:br/>
        <w:t>ga?YSAqۯpl'E5A$/jggyVEax֧Qs`?ӯ%jl1q7Z]_@¬NT*~KAJ 9Oz~gfZ2σ~|UDD*Gi</w:t>
      </w:r>
    </w:p>
    <w:p>
      <w:r>
        <w:t>G/Ąƚ)x5Bg}QxlI{5Du)KnjQT+F Sr4_ՠ ),\:J.?dMAA6*8LXsj7zSdq.vޖ9"};~yhHzMCO&amp;NGgފ?c\"</w:t>
        <w:br/>
        <w:t>wi*{b=ߵ#/oh"f{cY)$dΠcS+^[u&lt;&gt;[׶7nc݈XF{y~ډ$]dv}i4\8vg?ԫ_zWxΫP?kcn]刕ǆD*Ĕ[GvLɲE_uۭU@|2ZoϨ?;}cL-5m!|;6'#F{n-sn,1T纮)NkoXW_6;doLn!ҡR)M-:eSZyȺZcsܺgO^`bz-$Lexugg1OC)Ls߆d&amp;F+VYwsbyY'ԑRj:O N~cx4'(Lx"н?Wn 9Լ2PK΍zDׂPS㉒C%EWlFuuC[hC</w:t>
        <w:br/>
        <w:t>G^zK;rUlou_MgyS.}+\矷VnufYgucy/:{Ňf|˫~z;^vn^~=iO9Cז9˯&gt;5/?ΟwNOo9~_&gt;9W}[^pg3yܭg}&gt;Sǿ'_}קּ{^Go%+oo/?x?Loߗ}K]ݳCtM&gt;{_C{N&gt;a|]_g=</w:t>
        <w:br/>
        <w:t>ve\ٻJL*wUJ[{'ٮYo;e=#}ϺB;CsҮsM+75:wᕯo&gt;^uw^wmtO99]}O|qO-_]_?p7''/}) x'7y?|n_;8嫿tƹ'ħo^qS~o}}}~9~_7=vWn&gt;</w:t>
      </w:r>
    </w:p>
    <w:p>
      <w:r>
        <w:t>_'ݳv?W?䛛c77? ?yҩok&gt;.У}|G^</w:t>
        <w:br/>
        <w:t>y-¶7}%%We,lSO&gt; :3r;Wƒƚl=cE$ܲ</w:t>
        <w:br/>
        <w:t>,a5^2C'l%!Y"H)tqNI=hqo_Ϝsݲ^qf:F?:Ħd'ؒc;Vib1El/7˺,_YV X_5Qjf/s\ï$8D-0A!aJKɡCۿ$Knӳ} H^$j~4RjK@%Q꾵W[;ՕT$ػ;|7</w:t>
        <w:br/>
        <w:t>P)%%\F[9E]#~\aN[$#xU%tZ±쪵,K)6SE^mso/dۖsUdƽJl#aj/u@Cp|xI#L5[ΐ-%Niǃd(?e4e1/Qp9~EKtQѺU[:D#Jv780a\ob{M6?PNur~37b@K(</w:t>
      </w:r>
    </w:p>
    <w:p>
      <w:r>
        <w:t>wvܯЎ^@v/b|</w:t>
      </w:r>
    </w:p>
    <w:p>
      <w:r>
        <w:t>8d݂</w:t>
      </w:r>
    </w:p>
    <w:p>
      <w:r>
        <w:t>&gt;f7ʸB@26,8܌qxEFg</w:t>
      </w:r>
    </w:p>
    <w:p>
      <w:r>
        <w:t>':</w:t>
        <w:br/>
        <w:t>R</w:t>
        <w:br/>
        <w:t>u0cޱf</w:t>
        <w:br/>
        <w:t>Ku$R5V1D=bf7YkeJQv~;ͨT7_7|Bhxri?ș</w:t>
        <w:br/>
        <w:t>4](x</w:t>
      </w:r>
    </w:p>
    <w:p>
      <w:r>
        <w:t>ucXy&amp;X;Cp+^!Z|o4{+X.bX/8 hxIiymF*=O</w:t>
        <w:br/>
        <w:t>;yB=3gThAgaH-do $SH@ BȠd6\6Լ!8Vߓ%v?EI/t$$\^\K8_[|+;iɘX\VjHxQْr*?&gt;PHr~_</w:t>
      </w:r>
    </w:p>
    <w:p>
      <w:r>
        <w:t>K{8yVQ,vwNI(S˭R],</w:t>
        <w:br/>
        <w:t>Emg@n58jl֏"z61.L~ނYC%mRf!(AqoaJ; Hm%4F -I_JNb|Y\`WaBTb&amp;I2¢0Ǌ2~֜,+\*on8a\X!-kM%[/%tv?U}f/9=l</w:t>
      </w:r>
    </w:p>
    <w:p>
      <w:r>
        <w:t>dx%!^,2~jaPRbȁmK?Qj%xHc_jns</w:t>
      </w:r>
    </w:p>
    <w:p>
      <w:r>
        <w:t>ՉRHGܿ#O(7 fjn0D:QsWsRWrn&amp;Dͩ6Ά!.yÚP5J {Ǻn0U|^H]YS*:~]Es׻w _Y(5`={#0CW!tJn՘\uai0bB!jz}r~}%wdv1kKj쎑0dYcg%?ʑI"AW^mrS*PTwv^霃g(y]GsGiH[.۵2</w:t>
        <w:br/>
        <w:t>H&gt;/H jj;*Fر TeMQ&gt;eY!PX</w:t>
      </w:r>
    </w:p>
    <w:p>
      <w:r>
        <w:t>endstream</w:t>
      </w:r>
    </w:p>
    <w:p>
      <w:r>
        <w:t>endobj</w:t>
      </w:r>
    </w:p>
    <w:p>
      <w:r>
        <w:t>663 0 obj</w:t>
      </w:r>
    </w:p>
    <w:p>
      <w:r>
        <w:t>[ 0[ 1000] 3[ 500] ]</w:t>
      </w:r>
    </w:p>
    <w:p>
      <w:r>
        <w:t>endobj</w:t>
      </w:r>
    </w:p>
    <w:p>
      <w:r>
        <w:t>664 0 obj</w:t>
      </w:r>
    </w:p>
    <w:p>
      <w:r>
        <w:t>[ 500]</w:t>
      </w:r>
    </w:p>
    <w:p>
      <w:r>
        <w:t>endobj</w:t>
      </w:r>
    </w:p>
    <w:p>
      <w:r>
        <w:t>665 0 obj</w:t>
      </w:r>
    </w:p>
    <w:p>
      <w:r>
        <w:t>&gt;</w:t>
      </w:r>
    </w:p>
    <w:p>
      <w:r>
        <w:t>stream</w:t>
      </w:r>
    </w:p>
    <w:p>
      <w:r>
        <w:t>xn~</w:t>
      </w:r>
    </w:p>
    <w:p>
      <w:r>
        <w:t>-; 7\''bY5}߯X'@7,֕U}o˷&gt;^n~r&amp;_&gt;=y&amp;o޽y5͟?_ߞ.O_}|f{Z/-~p/7lۯwon/O~y7{pw54Ͽ--a7ޯuc=ܶ^Kr˰㥫xj`'kc'4mߟ"k/d7u-hKPբjQj?2@E]a7.N/^v,zҸS =Yd&gt;,*֟K&gt;:~"mHӄKY|=gQp_d0YY9f`ѬkkM-P</w:t>
        <w:br/>
        <w:t>W!Rʔ-l1e6qoCHv</w:t>
        <w:br/>
        <w:t>F~9</w:t>
        <w:br/>
        <w:t>ͳnEǂ롽JJI^B(g%=}ӱ!檞:]i349E@TEQUɅ}脺h;Zi;W</w:t>
      </w:r>
    </w:p>
    <w:p>
      <w:r>
        <w:t>GBxenů</w:t>
        <w:br/>
        <w:t>P9LXh$]6Wz,MU 4$@BiVd.I*;:lS$۵3*HelBhfСp7NgctFFdv</w:t>
      </w:r>
    </w:p>
    <w:p>
      <w:r>
        <w:t>a@bgU&gt;CqZ\,:DfqH-jeeXtBی() BAH{YbF]&amp;E٬U,hR:0?ȇܿSԯҕ</w:t>
      </w:r>
    </w:p>
    <w:p>
      <w:r>
        <w:t>;"C$4)@{BMH'Q*UD&amp;7I=`)N׶Ed?U(]8]-ltțyfI6X5=/_FDCk^Pf9lv\wu\XxF9DOl `8chIb롹uW퇵[4A[$zdb)uuQ[[</w:t>
        <w:br/>
        <w:t>Od8cXNlG24 NJUԅ'uV'L cr-I#؝0yC[ Vq^cBvefkeq; v.ļؙf'YhR:..j=Iѳz}V2TK)QR&amp;IHdX</w:t>
      </w:r>
    </w:p>
    <w:p>
      <w:r>
        <w:t>BK*mWX&amp;y6qug|n&gt;[oکxq'é@f41vs!xΰ&amp;H&gt;YIgH5wrGLe|&amp;j?jT$5&gt;rGwtN"</w:t>
      </w:r>
    </w:p>
    <w:p>
      <w:r>
        <w:t>*ۻ"]8pgBwݍ2yLMŐֲ68s_</w:t>
      </w:r>
    </w:p>
    <w:p>
      <w:r>
        <w:t>!FNrÉ;u0\s</w:t>
      </w:r>
    </w:p>
    <w:p>
      <w:r>
        <w:t>~7&gt;2N@ZHGDYEVvvZSC,^sh@ƆƸ̕K@o2ًʝ3;ܭ*BNheP;Qw" VlBk/cAU2[(6asxa_/7|-4X%o}ÛJ75r(L</w:t>
        <w:br/>
        <w:t>oag݌o$I@Q*%B63^);JXyI:BETڂE%!7lt}ef)_&gt;=]) 8~qp&amp;_YǿJY</w:t>
      </w:r>
    </w:p>
    <w:p>
      <w:r>
        <w:t>endstream</w:t>
      </w:r>
    </w:p>
    <w:p>
      <w:r>
        <w:t>endobj</w:t>
      </w:r>
    </w:p>
    <w:p>
      <w:r>
        <w:t>666 0 obj</w:t>
      </w:r>
    </w:p>
    <w:p>
      <w:r>
        <w:t>&gt;</w:t>
      </w:r>
    </w:p>
    <w:p>
      <w:r>
        <w:t>stream</w:t>
      </w:r>
    </w:p>
    <w:p>
      <w:r>
        <w:t>x}imuֺ=wt{pu%~pꞳk׮Zjժ5U9*Gt~]{?_PO&gt;ᛏDQ+_|g~K~[O|DOD{_|'CϿɑg&gt;ڽ</w:t>
        <w:br/>
        <w:t>/w;r?zhw/wHսw~_S˧B:ҥ^ VHez&gt;dr?\oaѐ\H!!]3!!=~?}ۓ!=!]JH'AX&gt;'؇!!~Ĳ #{';a~Xg*^SqwW0ż5Ezocal̞g_!aǻ a~uq|e~t|!Ix|HG|g"gI\8ۉӄt1b^r]Hb}e2r?RKXoy~"cs58/"EN8hWY/`"OJ}@Dm{e|/۲n0E~8im8Y3dpkGXE}{|&amp;Kײt0'"q2 z׏m[̿v߭X/-|k' (t'w\z&gt;;Sbbgo'ٟ|ρ֋ld瘿c&gt;u-y;L6~Gġyxi#~/0ɞ=v*&gt;#~</w:t>
        <w:br/>
        <w:t>ۋ}8 kcl!qvȼ/GïB'!fH,1})-᳖A:/mЈ5`wSm#|1]`ENk!^u/лjcC</w:t>
        <w:br/>
        <w:t>o</w:t>
      </w:r>
    </w:p>
    <w:p>
      <w:r>
        <w:t>$'C"y}&gt;//ǂp]wPϻBYy]VnQю/ɏGNR| }%΅/A;|BkX$%kޓ!=pmB_»P{B+  /ܽ3ܿ?;</w:t>
        <w:br/>
        <w:t>p5jhc4GdjZksʯq</w:t>
        <w:br/>
        <w:t>pm5 7P7wB]pw)|Ǣuڜ^qPf</w:t>
      </w:r>
    </w:p>
    <w:p>
      <w:r>
        <w:t>F-5vpWqxWT(H\֧m!9Wم1(j&gt;P iRc1e?0u:(F(C^YkvBB2@XAWƶb</w:t>
        <w:br/>
        <w:t>[Ml7&amp;}}jNﶊ1H}لB^i߄'B,P4l"xլ)QK6</w:t>
      </w:r>
    </w:p>
    <w:p>
      <w:r>
        <w:t>AEz&amp;VgYX^եoвNHؒr5kApߊ)Y7J}a+t2aLU,ʄX-F,R)oLPOK\lٚѠa'ZǒgrлˡGx5@|)\q%-i0</w:t>
      </w:r>
    </w:p>
    <w:p>
      <w:r>
        <w:t>?xZ͟rs3Ғ.b+̆YFAHڀ8zReC\^{Dd/ V8J-g%`t5Sq]V</w:t>
      </w:r>
    </w:p>
    <w:p>
      <w:r>
        <w:t>[?h96l*EDL{KhЧCj!8ভ0uUio$x;H!v@?Q*&gt; 2@Q|!^gx</w:t>
        <w:br/>
        <w:t>-\ ڮϊOO+׺b/O-j%6p|Va&gt;gtocAfnCqAvTz^ .[ܭ4</w:t>
      </w:r>
    </w:p>
    <w:p>
      <w:r>
        <w:t>!&amp;t3h\ҹsZyCg9պb__^)Vz (ΖHiPǤ[{e8[{Jm:WABx8\i'|ތt</w:t>
      </w:r>
    </w:p>
    <w:p>
      <w:r>
        <w:t>lV*=:\s#'yg3J)iuXJR[kp</w:t>
        <w:br/>
        <w:t>@iJimP^#lG-hEjZJENB%Z[)dH[/kS'-[r h5DݦW=$3b}B2)Deq[ky+1jV</w:t>
      </w:r>
    </w:p>
    <w:p>
      <w:r>
        <w:t>і]gBM- ٳQUSڋAiٚkZ[]i7Jek{b`еt:1u6JE^=+8&gt;JkgJ`ke8't³!Hu3&amp;apB'B눗ۅg&amp;z-1/8ra[jFw* mkc$Gd@·6zuT88ڟ-{\&amp;P:o8ӹ|^DnXˤZ-c9hlڦm-]cVnִ%Wimk0^W##bwZĺ֚1?Z;rJ {GGF@{F{V&amp;u]?:W;|VW}\.Z(s%\W÷iq)|+I(yMZ6~rn)ZeKj_w/FH4]J%ͭV=}K1WL~:IfWJ-3%PHnXSrAuYNcc&amp;s\J7|*R*Dι~CZ</w:t>
      </w:r>
    </w:p>
    <w:p>
      <w:r>
        <w:t>!oF9vI1m:M\0)4R.YIZR5n</w:t>
      </w:r>
    </w:p>
    <w:p>
      <w:r>
        <w:t>+K%6jJfjtZRMVFLն}ݘJbJ|C|u8n͟4oS@_Nf]IIPsR%fc8ZZKrZwR:QG,</w:t>
        <w:br/>
        <w:t>jEt}H%7W</w:t>
      </w:r>
    </w:p>
    <w:p>
      <w:r>
        <w:t>WGh</w:t>
        <w:br/>
        <w:t>`쵾(uG.[b!A;m&amp;X+Ԧz'BߊIЭjY\Cn^2fZ&gt;=ST_nƭN_GPbLX7Bt]sk/(=</w:t>
        <w:br/>
        <w:t>XVGzr^2Y6֔bSy+"hQ=|TnT(G^U9xATzޫF5R9pԚ!2;ԇP+f4_x*i=ydV-ihX[Wi탴QT*\׼&gt;ZJ[5rY</w:t>
        <w:br/>
        <w:t xml:space="preserve"> []</w:t>
        <w:br/>
        <w:t>Ku^K:&amp;ju\dmOP_D</w:t>
      </w:r>
    </w:p>
    <w:p>
      <w:r>
        <w:t>sQq|5- jtz՝P®Ւ</w:t>
      </w:r>
    </w:p>
    <w:p>
      <w:r>
        <w:t>8Gt?zGJO9Usu/%j7VLU;zL18i+Q86FҶ͹X68F JZH:I=gx;AԪd5nT&gt;1</w:t>
        <w:br/>
        <w:t>@/o=X^%-C/zy8Nt%b5֋;WtFQB-N;]`jc:Fs\GdkX܉Vm.z6.i(5sph1Z*3|TٚczT-ݴ;f_$\~@eBkoMILMKZf"hNHO~VX{r8[j6R16^u+IQjՊR1YkP;}.\;:cbks:_:В@+pxxCV\7ZԤrj==9CAz6qmc(@]9</w:t>
        <w:br/>
        <w:t>K:Mߨ</w:t>
      </w:r>
    </w:p>
    <w:p>
      <w:r>
        <w:t>V\m!Hg5տ$zitD.ҫ[F75JCZK[[-uTQf0?쨹kk*W`|zZKeCnxBٰhּsؑ;˛O}ǖ`WڐK5#itRr\[ROxoϵzE</w:t>
      </w:r>
    </w:p>
    <w:p>
      <w:r>
        <w:t>6y+</w:t>
      </w:r>
    </w:p>
    <w:p>
      <w:r>
        <w:t>RҎ$uQLVvc]:M9QQffӍx\Jf3H:VY \ox5yfM(곘5"{b ܦ[+GKu2EͽIC^3Aֺan7LިV2J=n</w:t>
      </w:r>
    </w:p>
    <w:p>
      <w:r>
        <w:t>j-w5񌖻zL4r&amp;aPcr՘ފ6*èu.WY[=+񑥸afZ2\f0uٮ5۰{LhA+%{QzmȀc,"$uzD[J=l&amp;UbNyK8I4;ecJj%Hr.2ј"񍅘0bg81c\";޻jz&gt;1ke܈5]\SFnVo\v+,}SLuKpRĊRM.&gt;*7 *~Hk)W%K*X:z'*p=2b)H)+0oE[Bq?˸br#e|l+O&gt;$FXWXN%+X2`eU)kM^-5n+`hX</w:t>
      </w:r>
    </w:p>
    <w:p>
      <w:r>
        <w:t>=xL! OH)謩řxuT{^xT6ۈMUrA&gt;b\O\V/~</w:t>
        <w:br/>
        <w:t>Sj`4l\ss;{sגr~;sN0rOKNU,</w:t>
        <w:br/>
        <w:t>MvĜ+]y`jr9r+E$VFl_e+fuCebBWx2V/1X_R^3[\A\G}qu:aY[5mnM)c|ֵL^tWC</w:t>
      </w:r>
    </w:p>
    <w:p>
      <w:r>
        <w:t>vLPi݄"4&gt;k6Bv+q;".Zb=?ڛqyK7?q`۝uδW2Mr|(\Rmpn8y.Ҿ21Jc6&gt;z1Q3/`v`̽</w:t>
        <w:br/>
        <w:t>m}?2Qn/N۔"%lQU}&gt;wByǞaNY괽qo;a`pͯ}~n</w:t>
      </w:r>
    </w:p>
    <w:p>
      <w:r>
        <w:t>%׎'ᳳ6}l&amp;W&gt;W'l\-2r0mKvd I+ͷxD_;û_lt涷\s?gxϭ#m+VH!qʭ-;cf{5@2^#8DS8d1$鑚5;Ko`3_! ,oޙL4myZ\dW&gt;o.̋q//u:祫YSK!~(6XlY"}&gt;o_:ؗ7+</w:t>
      </w:r>
    </w:p>
    <w:p>
      <w:r>
        <w:t>GaZVfS&gt;yB/rzX-x_-h%?K</w:t>
      </w:r>
    </w:p>
    <w:p>
      <w:r>
        <w:t>:9"NnY+!.k</w:t>
        <w:br/>
        <w:t>|ژSk/\ҎtY}y2ayl[P34bl~䴞CӨvwDMa 5^OƩWaCN2~J7j0|#8hfg̎}+}-mt唲^e)̭iW+HOԕ\'-{mbvQ#]kMt|w8M[|ҁ}_%繝_7_A'\ґ:p7b;p]؉0xb]bq)</w:t>
        <w:br/>
        <w:t>ux&amp;J-߭qgѴ/$2H?'T\Aq fDʙNѧwVrvɗpnSxR0b@[1ɺ"x&gt;\?MR .ZXҀBK</w:t>
      </w:r>
    </w:p>
    <w:p>
      <w:r>
        <w:t>[!vBFrXB%c̑{Uӊ,W2uw\PZP5\^dmdF2(i.қY &amp;.Jni!8Kh1</w:t>
        <w:br/>
        <w:t>dM12kV]΂Roknymd,fٷ؉K_p1KyL|CzPO`)s!f}Tbt*Y0&amp;Ғ5[bg</w:t>
      </w:r>
    </w:p>
    <w:p>
      <w:r>
        <w:t>6DX t-0V)|FKnɭu_-0JU `9qcLu݅z:NV[ߵ}ۮBj2;ݹBu17/[iUK1/Mt$&gt;N,ҸOl6*&gt;Pra</w:t>
      </w:r>
    </w:p>
    <w:p>
      <w:r>
        <w:t>y=&amp;Z#k=Q6ڒokA׋#=r;Hek&gt;~o 9g;'MX7@6l#{zLYg!کY8- WXi']V)M{18:jql׍RyC伔gHb!BrvNg|q5AW_;4Q\+V!Oj1hN2[NlX㤫Ա Vu[:NS/O==c#vXM$,ؿZDm;nm</w:t>
        <w:br/>
        <w:t>}&gt;4"ŵl_7S-&gt;'lІ8aɼ"ifk视 '&amp;@ł#P/jog&gt;mSpw;x9_T -zӝ}6OÛǕ/.S=_q^:\1g{MC5R5Jc˄'ۡ\3nEmK/qڣ6K-He"Xaem4.$FǾ(l$Q '9+14f+ Ӭ8_G==OPjcq&gt;V%_H)KK{"z&amp;y{Њ$wu8M|홏trO-GZ s</w:t>
      </w:r>
    </w:p>
    <w:p>
      <w:r>
        <w:t>Nx1\h_,b</w:t>
      </w:r>
    </w:p>
    <w:p>
      <w:r>
        <w:t>(Zl)"eѹ[EŃǭ%rH-i6Ͻ(S%=B撪fy&gt;sufViH#-dELUCɃ&amp;#[sǁ|Z</w:t>
        <w:br/>
        <w:t>swצkҔi}38&amp;`k]&amp;3.q'X^,6t;9}}L#rzdc&gt;bZ_c:~P#leki3Lێ}:UKڲ5qd#2oھl.'If+^)}L*ir*[l</w:t>
        <w:br/>
        <w:t>.'*L1(l !I/cn-$il}8!W%;NSkԷڄxh/XdłَDbQv r$[v.IM?wou;ub'YNK+aCQ]</w:t>
        <w:br/>
        <w:t xml:space="preserve"> ebu)4:RE֜7= jawgbYTGr[|ЛY̡y͖~wѿj7hu_bXqد1Z</w:t>
      </w:r>
    </w:p>
    <w:p>
      <w:r>
        <w:t>c]Pncgf@ڊE,Gk;'!-b({D=}FC&gt;XTJ~</w:t>
      </w:r>
    </w:p>
    <w:p>
      <w:r>
        <w:t>.N`G7i+VvҧbkE޹%熞&gt;?Ih})36n&amp;;c{ܯ9Rm}=5h9w~沍Yzj[ޡݩlO윫;NPk1mn;_3,o7kLv\BլvskQu+f.uYVb6R6\D铵ؙTu8XZMaŁYw;zLOO{1:#E,|rAŰhce</w:t>
        <w:br/>
        <w:t>5Wco332*Xzj^uYyDFFDFFDJd9GٓI"ZSr&gt;%9$-j{|</w:t>
      </w:r>
    </w:p>
    <w:p>
      <w:r>
        <w:t>dvVy^;_]x,Z`B5NJlغHY21gbicX%K,a' (.qV-|vzhj/}3RG</w:t>
      </w:r>
    </w:p>
    <w:p>
      <w:r>
        <w:t>#A;I7+KrYp~jb3ȫ{$r-0W c(X7BvB%u|5~I^AkknϼK%=7{H옾_</w:t>
        <w:br/>
        <w:t>IӫO,?w,Prffs2oK"w"x' }K!D՘OoW1}2;Ox}ƻxwF|tji%PcmMzPi9GPs|6EILʆr}^bHn&gt; y?FjqWX}n8ϯ.꒗DPrsB^z2/,r~q`&gt;BqAwB=rv[tHZ/dQ7~g"oorr[k׷W塆-ۈ/z{ȩr/Αw&amp;C EzCCr%?)w7:{ՠOWdXEu{#b/cX PX9D/}S3Ȩ5~q82d^</w:t>
        <w:br/>
        <w:t>:͕8r&gt;7-Z{#b/aP˲g$\4"GxhSX"zǢ~Rq. mg$,3={²lT#.2 ˥x}ʻK x¥mpFnlY{Zra! G_[.9X 3,Cށ^6#86Q(Bly۾&gt;[=Ţ u{#C+rBc-Q侀r6S|\鞛+Qz2!^.&gt;CFJrYSH{%oJoѾzZ}FegҶb&gt;je_X-:|c[z6Ap$(@Ax}\1B`EBjMa 0GP~D(TRZ[z</w:t>
      </w:r>
    </w:p>
    <w:p>
      <w:r>
        <w:t>l[ۜƷMp,KB;"fLDV9"&gt;I_c"#0s{v-isA &amp;_%׳`ބ(</w:t>
      </w:r>
    </w:p>
    <w:p>
      <w:r>
        <w:t>NGz;(873DjfPE#&gt;id˽G[cp(߆:xFwfՒ|dOZDex3m!o**ؘ_$mV2b'2'Xтps[t</w:t>
        <w:br/>
        <w:t>~</w:t>
        <w:br/>
        <w:t xml:space="preserve">'hMȚM </w:t>
        <w:br/>
        <w:t>~^M)!YC\C^M~7X՚#~t|4kG+*Jlr]y&gt;]DK 2p[2 1Hg5qbi|N!@SHDL+</w:t>
        <w:br/>
        <w:t>-D34DwP׉/z+}x1}$EowydP#=AYjEm$g!liV/˯Y9%n8=X cN`m-CFH#S!3AL%GBj#}0c߀te` #-!q#18Gp</w:t>
        <w:br/>
        <w:t>VS,-'C&amp;]q3H;N</w:t>
        <w:br/>
        <w:t>Dk rG,򏲒`D`YM:dJpWIy$cֳkd[ד߄r@;phS{f;x!#Z%d'5,5[Dx;ohS yq mCsD3`L8V,A@,I</w:t>
        <w:br/>
        <w:t>`N̏sJ&gt;t=&gt;FDh1漦q1҇</w:t>
      </w:r>
    </w:p>
    <w:p>
      <w:r>
        <w:t>Ͷ@$: R-i!Jx=ܑ".`oM</w:t>
        <w:br/>
        <w:t>l&gt;anbGFkѲbw,e(C(8jBi٨I&gt;uL9vRLQA</w:t>
        <w:br/>
        <w:t>z̊-Cb0N{};J</w:t>
        <w:br/>
        <w:t>hj-EI{JO:W gmhXW] }ڕ.Ak&gt;f6@-ؿ|&amp;e20M CQFB:yVN1@kpN</w:t>
        <w:br/>
        <w:t>4ᴛ]REcB\L;\XpC@m*s&amp;6ݠHLsɍbeD.;F FfV!hn91/hW1Qa? 7*C_ɽc.Q8M`ҥ/,g!5_)&gt;=</w:t>
      </w:r>
    </w:p>
    <w:p>
      <w:r>
        <w:t>1 ͐0(e(o[Dj}V;qLV9[޲å&gt;ǵX _רD}hO/u*ZVu6Ĭ-Ԭ#</w:t>
      </w:r>
    </w:p>
    <w:p>
      <w:r>
        <w:t>-&amp;ʻM]h`;9</w:t>
        <w:br/>
        <w:t>-|i/YCE8n'` #4Iۏ_y 2V܇F4p=uS 5ISLX=o6kr}bBY~"!A%z-Z=Pyţ-(vUXe(h!.W)u+_pźI7#Ř35^$7QӚin&gt;@q{BJDL^93&amp;/~8Jlp"TSqFL3X'Q$Q[c42ia/=0/H(Ńk,|r[m)/)GyB\+9PcO D{dk6Hp̬|K=&gt;sO_| o|`&gt;{΄g333K[.ٺzI[zi{s</w:t>
      </w:r>
    </w:p>
    <w:p>
      <w:r>
        <w:t>..S4O</w:t>
      </w:r>
    </w:p>
    <w:p>
      <w:r>
        <w:t>:[?&gt;}B</w:t>
        <w:br/>
        <w:t>iQ{齹98D'2^߿DիF:z?97F?}]*Y5V[=</w:t>
      </w:r>
    </w:p>
    <w:p>
      <w:r>
        <w:t>ыVp7ֺo\=&gt;@M{h!|z? Z</w:t>
        <w:br/>
        <w:t>(D;gg&amp;[[[Wl=~ڭ#se~j&gt;h?=kj/d~=][Gևt</w:t>
        <w:br/>
        <w:t>[ӭɯ˯&gt;؃=Sg~zoO}wOͩoTTTask󗛟7ߵgs9o7fozM䙓?;ӓ/wę??=/&gt;O;&gt;q+NN'&gt;o&gt;~;/&gt;~Ʊwccu%Ǣc==o'}[{'&gt;3m|ƅs=a(煇9;8p^\=</w:t>
        <w:br/>
        <w:t>.+]+vf*حn5vK*얰[ep˿y4?,=:(LW?!O an߅dFёs91&gt;yy)RI~y  u`?&amp;ߨ_Pn{7r,Bƺ5O}+?]%bukHʗ+|2kqIh&gt;'I|ضҭB1+N*Ϯʞ:{Ln%דRA&gt;0M$#+4'piɁXUM[U^(eMյObhUETUF/9-# o#ڔ# iEkOɬeڎaY_nT=`\)]$ܼOܸVc?4/ZŋZ-k߹Sr_VɊL1+m3WY3Mn`~S\&amp;dP</w:t>
        <w:br/>
        <w:t>WN`H~c7䭴d63Y4MObRZxzz:EF^</w:t>
        <w:br/>
        <w:t>*e:5*O,Ti^R˲*BٶdCzoWXM)~6֣h@qfq=AgrGj/a64ڛGbe(i&gt;OBoZ}TR\7nպ}y8޽{Lml\"?(KV4'W]1.[iUM(UzI)^I6z'Qxpi2xiZ*_LV$W]uIT*-aX-;-祎7^)#*QX,F35"wYL33Zfj+Eߴ*R}Ūc~fi89A&amp;0NCՌbjpid+QeBxFBZveǲ1(Y2</w:t>
        <w:br/>
        <w:t>~8],:_SEٌ_7%9'J2,~ouh}o4ܤM7oR-+M2k&gt;zo0ͷi9lX-`cM4zИrY4&amp;T;M-0 Ʉt~.go3C⛄$</w:t>
        <w:br/>
        <w:t>771n#ZYa5#׊o0nQ1sѯU|{O.UɍDsJjQq+EPЯEG(%\L՚e5Ó&gt;Hn[CۃjbK~iM+ZZQPdމ)|$L($L4x2*H[&gt;ڬF,T*rhU9)؁)pE+%_i</w:t>
        <w:br/>
        <w:t>4{4kbFV˚N~l?YqIB+UV֕f9zU(ꔭvIܐ&gt;wfm=rQj</w:t>
        <w:br/>
        <w:t>ߠ3I{}=X_U1؄</w:t>
      </w:r>
    </w:p>
    <w:p>
      <w:r>
        <w:t>Yi1YMv)r]V{wU)?b\ܱTW(()=vd;</w:t>
        <w:br/>
        <w:t>޺)@</w:t>
      </w:r>
    </w:p>
    <w:p>
      <w:r>
        <w:t>lM%3=d GDmLwP^ٿ_8dN,ʶfLE"H</w:t>
      </w:r>
    </w:p>
    <w:p>
      <w:r>
        <w:t>p(p6ÆMI}T.4K]~/:=oFGTVBcVŢ*`.%2EL#CfVCvV쨻ŝ+r;rLb-.ˡ:ܾڝ;KuA]s喝6t.]NW'&gt;NYH2v4ΌrZpY]3KrP^Z|bhZ3(0/0bC)Q2CIh}S5`ͧXl</w:t>
      </w:r>
    </w:p>
    <w:p>
      <w:r>
        <w:t>5O"wxFTQPiWS-'wJhAI3"T.Znt*fѡ9䞧kgzZT-9%-dx*SD\4$)ޏ?$kJeB\}E(dt"</w:t>
        <w:br/>
        <w:t>lN04(*sIyo8[p-̐J;^u6W 3g{#t5+"H_8Mm{JjYG%DU"k0?~Od+D/ EKqea@)nbvrRTފ@)\3(7i/wH\V쿒^j"wbvzc̴&gt;%QER}E*r)g֘z$V:cF</w:t>
        <w:br/>
        <w:t>2:8QI]@bRD] A{?^E"Xk65kCS(Q?tdge7%NW՗rD۪CKνaKj[;(K_6Xq$=3bԁ4|}ڥ=$Wik'cGlp#'P7VTKuPu</w:t>
        <w:br/>
        <w:t>8|ռ;-H((kDDܽS#KT$j?[ˬ{QCKR"@@1ȸO%s ΰJt)(Y'sK5QD@_9</w:t>
      </w:r>
    </w:p>
    <w:p>
      <w:r>
        <w:t>BY`ҁմUHM4ImETWUTMEvLD܍@ku96QϧS*kzB셖28~&amp;N/h77`kyy&amp;:7ΈRFb[o4dKЇ0_I]Ķ\ۈ{</w:t>
      </w:r>
    </w:p>
    <w:p>
      <w:r>
        <w:t>CJ(.ٯgg*]:/}# N]y@e*5Jaa#wRpxxEi긍(͊"CrvfIf'^5e$Ni3c&amp;{tc{_جLؤCC|?uG Ok⺈jw]#!n4|2tEUÀus HwgM2E4xW$o@*j;?,j;AFs:()&amp;[.o~)C8Iu/0e;Ycj-R!O|m!iN&amp;&amp;8AZ@l|豈l(Vc^iuҺgh;yU9]䷺")aQeDm-꺡F wm@G1VIyI.I,;ьǻ4X2_xC{Aӧյk'tq+QK}b&gt;^ˑŠTmF' DMN{T9;r޴勎C&gt;h7)vv</w:t>
        <w:br/>
        <w:t>Heqy;8qTC\p|%Fʴl1zE&gt;ٛ|#L(cj45nX35:jVuै:32(qM bIA_M+*38Cq̵kvnKb#y?dӃd3gY\Ne1`%:^","^z&gt;&gt;NA`zaeC൙hR0ϥH+d.bi=.Pg*u_*2{8n+S`źm|I(GEu:27!~W</w:t>
        <w:br/>
        <w:t>r</w:t>
      </w:r>
    </w:p>
    <w:p>
      <w:r>
        <w:t>O1NSxMJe+K,ZDy'¤n$oL</w:t>
      </w:r>
    </w:p>
    <w:p>
      <w:r>
        <w:t>Xh|T[wx苈GO(qb8YD!kxWp6XW.Q_ hڷ32pkfStAJ</w:t>
        <w:br/>
        <w:t>,WȗuUb</w:t>
        <w:br/>
        <w:t>ю(Eח</w:t>
      </w:r>
    </w:p>
    <w:p>
      <w:r>
        <w:t>Ô4ɤFq}G@,C'up$&amp;dh)' ~1Wmu&gt;WE=p+*筏gd9*42~F.siUj3uW[n +;&gt;b"lQ5&amp;Fۭ l6-4</w:t>
      </w:r>
    </w:p>
    <w:p>
      <w:r>
        <w:t>Ѹm=^Ѝ$Y=iPupFVhj)MWllci=8 !If}غMD2#ӂ\|,zn;D=o(iyhu]-N/U9Ptl</w:t>
      </w:r>
    </w:p>
    <w:p>
      <w:r>
        <w:t>qy@}y|aR+݄ϵ;cMMcƩ4aFuj!o{`</w:t>
      </w:r>
    </w:p>
    <w:p>
      <w:r>
        <w:t>!/Cd</w:t>
        <w:br/>
        <w:t>Y݆Ô ^gtl"F;󵜦p1J{$</w:t>
      </w:r>
    </w:p>
    <w:p>
      <w:r>
        <w:t>2/if'$zވ@LQsNd7ۧ6mmuCu!-9b:</w:t>
        <w:br/>
        <w:t>FLћX'IIG^!7Vva0!</w:t>
        <w:br/>
        <w:t>f;z</w:t>
        <w:br/>
        <w:t>įbŎPB/U#?5xQ@QӽqϏҺRvVWxXÉ,wrjĀD3&amp;sD$H?y寁w߲YA޸|BAv(~NX;:yY;wYȂ zA:p&amp;-x]x4w\NB}3&amp;F(/}#F@yY&amp;G!nE5kruWq֛\`S!`ǄDPy0ƉA#¡i-</w:t>
        <w:br/>
        <w:t>WZg\B]PtHlN^mF,XR=UHc&gt;(h28BHW:wtQ;2*8ɂDa9O"*ZN  ٹ0({stE,</w:t>
      </w:r>
    </w:p>
    <w:p>
      <w:r>
        <w:t>vH)-do%.$cvkM[</w:t>
        <w:br/>
        <w:t>^,1h$}sA=}rAOpiWfuR1o0NY/ZnTw</w:t>
      </w:r>
    </w:p>
    <w:p>
      <w:r>
        <w:t>)</w:t>
      </w:r>
    </w:p>
    <w:p>
      <w:r>
        <w:t>fvXX:*G𖖩</w:t>
      </w:r>
    </w:p>
    <w:p>
      <w:r>
        <w:t>f&gt;KpR%`lʅOwtqۍ}d!dqT񄁲1#'䯩@LI@V^'{[r</w:t>
      </w:r>
    </w:p>
    <w:p>
      <w:r>
        <w:t>6g^FzXYͻ۞+G+p\SL[X*NbiuT^hPp7ֆu.&gt;4@N.;3A&amp;jԕӭ}GX</w:t>
        <w:br/>
        <w:t>E!S#Y&gt; Pȫg)qw|.]ҿTj\d1]sLxʯV^8ytFyNJO8=lghwoslpl,kK8xk(j+A|Ν6NNb4FȒ E|.s\XK</w:t>
      </w:r>
    </w:p>
    <w:p>
      <w:r>
        <w:t>$Vѣ'zQc?]Ԁ|NQOo2ݵb*aG,|VdyKl75mBKc6u,?G7^-\q=LZ!g98.@2T8ϗ=F{˄F\xQ"ZT~vyoTc-m.QBھ&amp;`j̰rR=q xhl3Iv@Z5t8),MTzs</w:t>
        <w:br/>
        <w:t>3b%+</w:t>
        <w:br/>
        <w:t>LRNfZ%rC`}nNZ{p\00xjunׯ]m$]9M+E&amp;%H</w:t>
        <w:br/>
        <w:t>}cn| $fZv_f~4dpI1;ͭf}Es1oBN eAZk@­j掆xME(wK!nv!wk*xEPSo5vL\K-6(6^;1[L;</w:t>
        <w:br/>
        <w:t>ּ-uy ipUP6ܞAa7h'$LǤINi|qq(ChrXkj</w:t>
        <w:br/>
        <w:t>LƉr|\gGTLb2</w:t>
        <w:br/>
        <w:t>QzEٰUT~</w:t>
      </w:r>
    </w:p>
    <w:p>
      <w:r>
        <w:t>1;@Q~+aBLQbO%~f'ڷYI6k6uex!ħnE.b;Cί4`!CR</w:t>
      </w:r>
    </w:p>
    <w:p>
      <w:r>
        <w:t>_vR9e$pqs|?,)JDSuvC]dCK/^]_=I^:۷!Yx]G2b9$Gxm;</w:t>
      </w:r>
    </w:p>
    <w:p>
      <w:r>
        <w:t>\yc+ݻu'$[&amp;zi</w:t>
      </w:r>
    </w:p>
    <w:p>
      <w:r>
        <w:t>ag¶mnή#*f8Oq0li5,sX=:nѣ&gt;QyȮ`5G-;:|uo:/|౭Yƞ|^?G[Bs&gt;DL.ԥg%m ao^ApA Cxs&gt;ZԉqƩj:!';bc</w:t>
      </w:r>
    </w:p>
    <w:p>
      <w:r>
        <w:t>:Vf\zn%+vE~t0NŚeL*iRi:!WU慍MtM.Dum!zTI~D¶!=!RJHmv</w:t>
        <w:br/>
        <w:t>ba</w:t>
        <w:br/>
        <w:t>隆T*$n G.҅Q1Zq(grt+壩}4h~_:eJ{=c;Ɨ$o^LHY#+\yZJ</w:t>
      </w:r>
    </w:p>
    <w:p>
      <w:r>
        <w:t>eR,qoIV^%)B;ЄmZA:ت2l$ZM.a1͖F~!V-fO&amp;mA==1:.4O#`Ҁ`4$Ģl2$*&gt;wD ⩷:-^#?C?&amp;k{pK+S\Cq܀D.=4ز*y8{;{ =ԓ/rK)SZEiL1?^K V#&amp;\h's.63CD%f</w:t>
      </w:r>
    </w:p>
    <w:p>
      <w:r>
        <w:t>ҧ*),"j5 pB}hKkpOKw2H4"F`BTm&amp;ͭRTzEuBOtN@l-L7'z|=;5#x{(/`&gt;~T</w:t>
        <w:br/>
        <w:t>AgYH$#AhpWQCp.SBn</w:t>
        <w:br/>
        <w:t xml:space="preserve"> :h|P1&gt;0N/%OjF3</w:t>
        <w:br/>
        <w:t>){ڶmwJnÉ&amp;(fyL(7|+Kz'~xQ1)39kETE6Gɺ)J9rG+6e`ko5񀸹zTQZ[bHgxU-hGMhx+Bn|nw5( 1 C2!˰ۣP(ղ^2ەW^[$}GR9t\L\|rhzHϷ8=Zet&amp;=8֏)"0]vI8</w:t>
      </w:r>
    </w:p>
    <w:p>
      <w:r>
        <w:t>٫R&amp;tObocGN,Z܆tFnl]G'=r߀Cn buXi6]_</w:t>
        <w:br/>
        <w:t>Yv"-@E3ǮpЋ+')'pg\aZv%Zs^(;dW&amp;VN~07Z?épjR,V6).LA9 \%fLͲۇhg=~Ny6Dԅ*</w:t>
      </w:r>
    </w:p>
    <w:p>
      <w:r>
        <w:t>L2?NJ</w:t>
      </w:r>
    </w:p>
    <w:p>
      <w:r>
        <w:t>(Ii,V"EC ")-n*3xmT%Mcm&gt;4 4,"OHb_8rRgH))oZ{abC7GS! s}p҂/NswcwF"[</w:t>
      </w:r>
    </w:p>
    <w:p>
      <w:r>
        <w:t>=(s9S</w:t>
      </w:r>
    </w:p>
    <w:p>
      <w:r>
        <w:t>2"ʹyVLí9Ea!pC;?-a2E4ށ&gt;P 㺴X\";g~C9I7HĹ@wr#,7aIzL[&amp;&gt;]6pkicdLr!|w=NIֺ1N;Pg~s:0RXO):e=goA!K;^Ps:znosoW'&amp;}Rץ=ipOqH,&amp;R|ʜv&amp;93nQTl6r1Uk@\(</w:t>
      </w:r>
    </w:p>
    <w:p>
      <w:r>
        <w:t>z$;V}(9y682'Q"#</w:t>
        <w:br/>
        <w:t>(.*-wLmh*^2ŁE"_Ac-WޭCH.dTylzQRRSu{z~W+M</w:t>
        <w:br/>
        <w:t>kd{IɝQ$mH(;q-W0}</w:t>
        <w:br/>
        <w:t>v!)R&amp;~ŉas2x#|_H]=6R4Rĉ+ۂڰe;I8A-w:ݫ~3[!tI1âEgM/arat" ~&gt;O#'UiV)[#.Nu?i&amp;b-qq</w:t>
        <w:br/>
        <w:t>Pv{F kk^Np[2P(axl-3mri!AVa&gt;oFkfY/*XFտʗL61EؘvF '[M7TM2m`1bgP3Akӡ\̞`Q1eZ?#{D¢U;&gt;HQlp}HBT6BsY-Жz8&amp;R,/1n6Q$M4W]ke,]OӪ</w:t>
      </w:r>
    </w:p>
    <w:p>
      <w:r>
        <w:t>'\ヒ~nJ0|</w:t>
      </w:r>
    </w:p>
    <w:p>
      <w:r>
        <w:t>¼zS5"kDQqt[TD-pT7 S}ffAmۂh [+ZX.w EwOnn&amp;NKC^P籗6]eH?ϳ/4</w:t>
      </w:r>
    </w:p>
    <w:p>
      <w:r>
        <w:t>zct, ^&amp;mL</w:t>
      </w:r>
    </w:p>
    <w:p>
      <w:r>
        <w:t>Cz^vx$Z4ɽCj{hƇ`$P֪LzmZ?A]%U:)-aCuH</w:t>
      </w:r>
    </w:p>
    <w:p>
      <w:r>
        <w:t>ē*k]/bإYN`)lL@3M0Λn;Vǐy]Ե yD&gt;Ⱦ08 Nթrj\òA4bN,mb0:^Ѝ}=&gt;</w:t>
      </w:r>
    </w:p>
    <w:p>
      <w:r>
        <w:t>ۢz(JъliXpo?q9#m?OkLOlaK%sSV~4\{u \?F8N񥣝@1vF6{!DAĆ"*=4</w:t>
      </w:r>
    </w:p>
    <w:p>
      <w:r>
        <w:t>,</w:t>
        <w:br/>
        <w:t>-m,:BFk`k`./_?</w:t>
      </w:r>
    </w:p>
    <w:p>
      <w:r>
        <w:t>+:@eo}ȣ5.a/|dݥ~#@Puq+d'*L#oD?Ũ?WI</w:t>
      </w:r>
    </w:p>
    <w:p>
      <w:r>
        <w:t>'uπ]%-=΀$p?3^'!;|VO|D܏To=&gt; tiZngN;"1[xvMBbm0P1;kvVGI^&gt;o</w:t>
        <w:br/>
        <w:t>%f7٪p,&amp;dSsx@(7]?JPJ޳{ed~ku{Ŕ-^AyLZ?'/(,"&amp;h[UEC߮ ~egE9?վ4gƴ@ҏqiJU&amp;oILN$n1D9zRdۤA!ƌD"%\51x&amp;o,\/uh/t{cŁI,ʀ~p@.&gt;~" ˴vo*_o\_-,q̼pN~u#w"1ݺnLzĽgbJ7M}U)@4ѐh</w:t>
        <w:br/>
        <w:t>Jٗ'وdhQQtACVY&gt;e 'psI֏Y&amp;~[D*PrW\}qŞf $ꥑ)ߵ:oTQO&gt;R]\\Ne*%|Mr}?w+(ׁ4k!W/}a2eޝd+RjqV0Ćpkp{W mrQ;toDtM]ܬC&gt;1ׯ-iFdnybM&amp;"qš&amp;Ґ8u1NA)PCy/Ns(JEZ6Fm"Eiw߁4uпM_?0</w:t>
      </w:r>
    </w:p>
    <w:p>
      <w:r>
        <w:t>% x)$^x;F^6</w:t>
        <w:br/>
        <w:t xml:space="preserve"> $yTUǪl,F/E0aD0pvAvV5x{INwۯM+_~Bxrie"~m&amp;435?8`Ebt\EEǀiS֏k&amp;`.f]Z&gt;]P{;"b1{;{6áUJ8cazv]fӶ&amp;!3ב!:TϮpWړ8kBbF"\5ܕ-luZzqv+0]~$k&gt;$/#j\e8</w:t>
        <w:br/>
        <w:t>6swbǟ0̝ܻF6P}K</w:t>
      </w:r>
    </w:p>
    <w:p>
      <w:r>
        <w:t>H(Ƶ 7nwӫK;0/9it:~K85(cX_Y~_pp =^˲^{wp~#Ӥ=t:=</w:t>
        <w:br/>
        <w:t>vwS+%5ZAi#\lf/ahI</w:t>
      </w:r>
    </w:p>
    <w:p>
      <w:r>
        <w:t>:26s4ݙȰ}$]eEW[p-ˠG3+rf4K?A~=єc67.ewn~w;kH|QDa䦨ӳJn) 527ilF\8}&amp;@nf=@(uۤ!p1{&gt;XMCElL</w:t>
        <w:br/>
        <w:t>Y4IHaMoy[̘T!d*Fqbfw4^WW(کf9q.lo:Bg7:n:PDKpG8/4RweB'vGQ.X&gt;6Đ%nQ(wJ:K"vV߅H;RtnC7r8</w:t>
      </w:r>
    </w:p>
    <w:p>
      <w:r>
        <w:t>;}$ /</w:t>
        <w:br/>
        <w:t>m</w:t>
      </w:r>
    </w:p>
    <w:p>
      <w:r>
        <w:t>KdX=a1:DcDBD-12MPW@»`Ε´O/C}|ML\כȥ]$#YpDu*1ϩ̉MU"forH-Dk9?蘐g@5T{Vi4h@7YނlOF-a'D/⍺M iCPt3</w:t>
        <w:br/>
        <w:t>ϣ'әy^YꁯEt3qqC(L8@zm}҄93f~6w</w:t>
        <w:br/>
        <w:t>r/=%cEEnĬ*?Q /nK{^y?؛PŁGU%2sc=_ra[}Y]:{e4YJ)DoN.x҇.s̡EQ</w:t>
        <w:br/>
        <w:t>CGK8WLQ6:mp=;=\oߕUd8$7mh</w:t>
      </w:r>
    </w:p>
    <w:p>
      <w:r>
        <w:t>DU+1%pſX~Wy+~Ξ"Oϓ/WԷ-y+V}G ۩*ba}Lw9CEP88/̭s:\v</w:t>
        <w:br/>
        <w:t>&amp;EO!W^D.*Boʰ z3;Q_qz!L.9͛S@v^OhH²J*yQ}9Q,m^('#~C}&gt;x1;͏ɂGZHAЗO9H%B#)呞6VOb!n9޵!k᠘=;#QxTVH4cG$͕m3-ls%ו8pW-e!\p'܉/ Ou:R00( xj mLa`F^</w:t>
        <w:br/>
        <w:t>8qf</w:t>
        <w:br/>
        <w:t>Cx l78e1'_?YEv.pNyEw6yB@s?:SjY</w:t>
        <w:br/>
        <w:t>w{JG(|ѡ/18B</w:t>
      </w:r>
    </w:p>
    <w:p>
      <w:r>
        <w:t>gS4q8XřM8U8p</w:t>
      </w:r>
    </w:p>
    <w:p>
      <w:r>
        <w:t>ǃgamQ*@ps=&amp;7/W=fW Bum$_֞y7Y4wыҁ1rd{+Ի~YNiNܳ˯O@^k{PʜvԈ2u?e73jr׏y^sЕ\bo8eL;[ѥMLh</w:t>
        <w:br/>
        <w:t>\c7;MOaOMFףh][ /DfSۜM6u ↽Rv؇</w:t>
        <w:br/>
        <w:t>M 82j8/f#=\{'&gt;v={6yк(Qewfg)U6R=ӇkN_~i/]gC:ڈ_zVI~</w:t>
        <w:br/>
        <w:t>]Z?[yپm,'-,J"_</w:t>
        <w:br/>
        <w:t>Bc&gt;Ӆ[u$2J #FDt)b_ъ*o0bN[G)qnZ}U7R72/ Ho8RmWވh,晞x؎ ~7f9u#E}7V{~̓</w:t>
      </w:r>
    </w:p>
    <w:p>
      <w:r>
        <w:t>*C,*f)~cW)CL^AdK&gt; 3+lIn3Z0׻ޗrhL;%25)QhKy2 W?Im͔ ͦP7!B1ZDpƩvc;Ekꄇh*AMwkߩqͯՁoK3de§5V^ 2dP~n%wr7IJ꘮]Uwn3UB$Ѐn|iVtg*piy:#9xYq$+X*t~sw(\?i t9N6G8SX5o:[lO"9k2ӒVWŪ~y?T%] #gkIQY%^8["^ǝ&gt;Qu9m3D?0;Ȍ(FQXN'$EqcTuD\y(</w:t>
        <w:br/>
        <w:t>i32C/W)ΔE[H-iG}g$M|@#q-@t~k6 YNu'l</w:t>
      </w:r>
    </w:p>
    <w:p>
      <w:r>
        <w:t>V5K .KTCy~</w:t>
      </w:r>
    </w:p>
    <w:p>
      <w:r>
        <w:t>N_-&amp;QeipmNmnd5;_Cw w1#cJGD7$|J2G1p!^ß*KjMv{p"uko/z4y?</w:t>
        <w:br/>
        <w:t>'U`.ʤ3*~6MW^4Azİc!Oef'6.@!WrJd쉰SV0"V%&amp;05GDL~[T:Z!+v</w:t>
        <w:br/>
        <w:t>QHB{~wϗ7s`#yR/gz']wm+oD_YXVyуyR(ϝLMxb᳒Ϊ;A&gt;+G</w:t>
        <w:br/>
        <w:t>%a=l2nn᫫`1AW۱tc4o)/;C;Vւ8$Qx@^nOQ=.[7</w:t>
        <w:br/>
        <w:t>|ϓ(+:I҂</w:t>
      </w:r>
    </w:p>
    <w:p>
      <w:r>
        <w:t>ëBFM2-te@bš_uÃ s9:k#S=L?:"z?tI@liWz2vbbxп'مVȦy6ox</w:t>
      </w:r>
    </w:p>
    <w:p>
      <w:r>
        <w:t>C@nfkS@1O}nh܇rOXՀkK4q5CNjUw?V@?z[`sUI;܉</w:t>
      </w:r>
    </w:p>
    <w:p>
      <w:r>
        <w:t>zy\}n\AÞ9NPrn?Lq}%̱ՊayΤņK&gt;=y٫RύT&amp;I:fm |X*yQdRl</w:t>
      </w:r>
    </w:p>
    <w:p>
      <w:r>
        <w:t>E$+z4w6f#9 y?/47j;6txv&amp;|iZ7ڎz_</w:t>
        <w:br/>
        <w:t>..§uz;mah8&gt;X</w:t>
        <w:br/>
        <w:br/>
        <w:t>/Ze</w:t>
        <w:br/>
        <w:t>)ڡ1x6@ EZUP ;`u)*,xK%m5T</w:t>
      </w:r>
    </w:p>
    <w:p>
      <w:r>
        <w:t>,NK[{ڇjU͏dEP,4,k.-ees&amp;{nA)YWU[`oMgrD2KX]%@(j8w#ے</w:t>
        <w:br/>
        <w:t>FL wvX~</w:t>
      </w:r>
    </w:p>
    <w:p>
      <w:r>
        <w:t>d1r</w:t>
      </w:r>
    </w:p>
    <w:p>
      <w:r>
        <w:t>m;`~q޸3OM|p^/^q,Oh`D#8B@"</w:t>
      </w:r>
    </w:p>
    <w:p>
      <w:r>
        <w:t>͙D(XRW2#;-yƨw!o.zEqv_}0Vf;.|ȖG.(</w:t>
      </w:r>
    </w:p>
    <w:p>
      <w:r>
        <w:t>!vIߜh'^͙뵊*NķBJu,j$cnx`&gt;,GYKQ*vA[</w:t>
        <w:br/>
        <w:t>fKkѵD^&amp;'f6EgرLY{6FD2!&gt;DF-$ %hnY&amp;`+[z򊗗^BiE JPY?ݸѴC#PVڨա'%|dS7'Ƴw"E</w:t>
      </w:r>
    </w:p>
    <w:p>
      <w:r>
        <w:t>hȴT+DlfPo(߀C8/DG5</w:t>
        <w:br/>
        <w:t>MjJ_V*LYQBTO?WL}+a^2e8&gt;Ah]A{</w:t>
      </w:r>
    </w:p>
    <w:p>
      <w:r>
        <w:t>R척2U&gt;HiΜ]E`FK{*&gt;(Cvz85N[O\ MY:D1X5dd]F,Mb/u摎</w:t>
      </w:r>
    </w:p>
    <w:p>
      <w:r>
        <w:t>]^&gt;'*Rr(XV|Ea7{u!pGn#Es7vVnsހȑٷەEmV48R;E5.v#F.L}Lq6j@.+'k}گyZAK_Q!+.ɵK(߀G_]Iv^Ӷvy`+p6[1${H,k?CAt*ZY4Nݦkj&gt;Jn&amp;R;G$M $ܪyԍmA^2w+WVdd#X^֊I6GڥڍBSQA]BUn2/l8֮Pib҅ y[z]OuB2if˝fQOԦq-d LڹSKt8xF4ul(C0&gt;x^dΓB|0:_p?</w:t>
        <w:br/>
        <w:t>jff9</w:t>
        <w:br/>
        <w:t>阣% }6s3ᲅha}iՀ-ԋא^1rYg</w:t>
        <w:br/>
        <w:t>ToAGIr]A6!^#d76rzJmFf{~`d?b5Udn'-}G=~R]</w:t>
        <w:br/>
        <w:t>+( *$tICS/Ű^UY[6T*ζ}5*k'ܑXl(Io2| /"YE3|5A2&amp;i232D2&amp;:jzEՇpaB!cIb&amp;$rsuG3=v P}ףNF4F4G ӸNQO9v.v?X\{~V=w?3l&gt;/_lrvE53\a</w:t>
        <w:br/>
        <w:t>Wz[ H$nYN_BD^/.CX:;)5SӘ5VT mk6=ƾhmKi9&gt;x;2j6l18oAY]{0OwM|lޜ]$e0_|wNOhҐ(2Mn,]{&gt;_RL~b?</w:t>
        <w:br/>
        <w:t>(C8w6J2`ٖ&gt;K0{q)K$Kdئw\sA&amp;3+&amp;MJVO6lbj6'[vo-kLmmQAU9m]4WVÙxB3+uѡ52ɣX8=昖$qIwwS}=p9In*VϞqK:ĮDbgj_#c(_'=xQ] R'JH</w:t>
        <w:br/>
        <w:t>r,a;1g㭁6kNkh5&amp;bk-tsKz78:kN7U2\KPUHU)cTbx0FLx3A$yWzHMvW1o`</w:t>
        <w:br/>
        <w:t xml:space="preserve"> rJG9 /Vw^gz7;gCr8pIK(/VAQ$-lȦQ @1$8H,E`K`k?Խ~=mlLw~U9ߩs~ ~޷iGQ`V$/%]X2)hڝQ?4TU</w:t>
      </w:r>
    </w:p>
    <w:p>
      <w:r>
        <w:t>+\Гb0zN\F|Bjဧ</w:t>
      </w:r>
    </w:p>
    <w:p>
      <w:r>
        <w:t>:Ё#Dy%%DGe8&gt;{7Ph#/!C:稽5DCG.ޛ&gt;{Er/*Ij'w2/\+_u6Vkڕ]vj?%.'10/'ZH;Rvȣ@4ro$&amp;c?a/V9</w:t>
      </w:r>
    </w:p>
    <w:p>
      <w:r>
        <w:t>5 MG}ƶF!|:h+_csҌ&gt;|QF&gt;[y}ցU^Tm3M0Kf˿@F|a-e#</w:t>
      </w:r>
    </w:p>
    <w:p>
      <w:r>
        <w:t>@Mo߄q%@,|B$9+2П~"pDll#Td?Qw</w:t>
      </w:r>
    </w:p>
    <w:p>
      <w:r>
        <w:t>X ;}</w:t>
        <w:br/>
        <w:t>KyWS</w:t>
        <w:br/>
        <w:t>#ty{K2LflՆ1_TVn3/64mgztbw嫇@Oҧ`Siw@bpݣ|rIUKSj[HLGoᨱ@Cu</w:t>
      </w:r>
    </w:p>
    <w:p>
      <w:r>
        <w:t>#@eOtk9}M}bzjIb</w:t>
      </w:r>
    </w:p>
    <w:p>
      <w:r>
        <w:t>qNpB"</w:t>
      </w:r>
    </w:p>
    <w:p>
      <w:r>
        <w:t>Xd~!C~EA-,`o$_dAs8</w:t>
        <w:br/>
        <w:t>%X[ín},zG/R6nnAF.[Wn+pоlu$?;%12±Lh`~2;\aJ:O}e"-R.4zY1˽YI1X`Ilhv)G^Hf</w:t>
      </w:r>
    </w:p>
    <w:p>
      <w:r>
        <w:t>OVq^ 2a'`=8T=uu.nݢX-TJ]P[z8TpބU-Q= O.Ȣ"o(@ksvNGѾkM$M^A</w:t>
      </w:r>
    </w:p>
    <w:p>
      <w:r>
        <w:t>)#x</w:t>
      </w:r>
    </w:p>
    <w:p>
      <w:r>
        <w:t>@!eaکRSq9I.]{PYɫox\c4U(g[VJ0</w:t>
        <w:br/>
        <w:t>N-n:7[ sS:6ym-~лxʍp!!ޱ#j/|tMTzXx=qW&amp;bG$D$)x@nŁBOI᠌d1 ޭ &gt;ZYh4Fz[W^PQ/(,p%e+D)?2O$C./4΋w-H,csVu%$ď$r;.ĥA^#O8+,Ik{[&amp;:Gk|#n ŋǄpU­_-{Cb7^5#`$NFKTD]Ǣk oބs}|gӂɩөDԵ{Gt=1"FǙ\;Ә:]_6~D\TQMfW</w:t>
      </w:r>
    </w:p>
    <w:p>
      <w:r>
        <w:t>c.8;fjæ-\0Zg&amp;ݴ0v/px? %Vڸ#&gt;!Ӵ*꥗*f~PT=H/:Dq.%nW</w:t>
        <w:br/>
        <w:t>m7T^G$QR!W!TAj=N|BVv$</w:t>
        <w:br/>
        <w:t>7-x?-Á۳ynxU[^0K "gCXy7d*.MFĊۻ\U[Ye䬖1+V@cD."Ob H!7ޠNNƀh7&gt;+\XggR9;{&gt;ECIYC2L.ۡu4?{6@IGwK]-,-=;$TGܿڏUݷmYQj+W;V1W[s^.׆Ci^huĉ=tKMg</w:t>
        <w:br/>
        <w:t>JH U֡12&amp;8&gt;.LNpna</w:t>
      </w:r>
    </w:p>
    <w:p>
      <w:r>
        <w:t>(nfI}֛8ph&gt;tco8M9[</w:t>
      </w:r>
    </w:p>
    <w:p>
      <w:r>
        <w:t>q CN0K!s;fq=$</w:t>
      </w:r>
    </w:p>
    <w:p>
      <w:r>
        <w:t>1PPHbawݹ&gt;qQlJ'!E\Ouܕ38ߡQ)G`CzU mռfFo\P׼7NN5'ws B%h@weV*c)^PaC"Ho&amp;lu#h*?ik)4f@&gt;+9s3%&amp;z'  *.4Ewc|J׸(FǊy&gt;k\</w:t>
      </w:r>
    </w:p>
    <w:p>
      <w:r>
        <w:t>3@x`ݫe;Ӧl}2y&amp;X|HHVVYg瑁Pizߎw4ƽwC;=X="t\HJUiǼZ5-:!CА4]˶WҎqw[Nz a2Ũc1LVc6PMG&gt;ygzv${ $וruVL</w:t>
        <w:br/>
        <w:t>IV6ZLޤiVWU`7H*%7uHr@u's&amp;zpz#;7+RI~]VN2QPCA@ek daKN</w:t>
      </w:r>
    </w:p>
    <w:p>
      <w:r>
        <w:t>ǚxj5'[10:_^</w:t>
        <w:br/>
        <w:t>'Xȭ/VɒBb]Qs9yu_ڰ&amp;ukb^,iyy$*JɃ#߈BoN6lab˞d8,~~nr=Lwj3;o"\߶q,&amp;OGs-*Ho4)-Ow,|&amp;/K:OjT4i\zF%@脄^1&amp;u`[m/bgZ+I-t|A5#;{LgFLR|yݝe]}Nc|ø|:$JU8kl3u&amp;zק?~fV=Ikww,.+S&gt;PU</w:t>
        <w:br/>
        <w:t>I3&amp;[D@Uw~Љbz^:Fo::RuG[2}&gt;y!3^FDtd03@5J8g*e*N,rTaUkBڊhZ$Sr^ͼ?&amp;e/Jd*mchchӸA" `Єzw\3Fac0DQxsxpľ*`\v23şس {ФߠɐR1)ʍWs&gt;]q8}j'M?#--jw~1לbhJSCrbh&gt;f߿Ɍ{i46,+ǎqGB+eJ|,X[?2WNY J`K̆~OSKSL</w:t>
      </w:r>
    </w:p>
    <w:p>
      <w:r>
        <w:t>400a)&amp;2rwww(c[{s</w:t>
        <w:br/>
        <w:t>wz^߬4ot&amp;5)6*k_狇hhBMcS#:axpZ++B;)f #̉g=ʽ|HNla]Phx#Ed6&gt;d-/[w.-7Pzkz՚sDG'd/߮s XVS ư)n:hWE0 P6+ǲ61`WM~#6_R</w:t>
      </w:r>
    </w:p>
    <w:p>
      <w:r>
        <w:t>9#UH|CGb vuaDߗJU:'oFےF8Cc'Q7I~tm6sQ0zOgNUf%I1Z0gֿy~pboe{ﾎux`QǊ=8P}l*5`Ka#&amp;ޗmnV)E4=~[B</w:t>
        <w:br/>
        <w:t>IyPٶAoC(Ddj|F &gt;B\</w:t>
        <w:br/>
        <w:t>}ˈ8F_hĉ=V+n.$ zrM#g+&amp;0ؼe!מUu*ؘXWŤ\H ͟Ws]O)gJ7y4D(*H2';U8%w~e(cKZ,j6RMBc\O0WvPϷ/pmp#~ely(D/:H8`iBߎl4o{~fCkX;x}3hY]Ǜ72Q?%_RɨKjWԵ.Q;:</w:t>
      </w:r>
    </w:p>
    <w:p>
      <w:r>
        <w:t>HO.uWɎ!ƣzr p9z낗~-+2C)7"</w:t>
      </w:r>
    </w:p>
    <w:p>
      <w:r>
        <w:t>2ǸQI[Z5;ҐxDbz]PU LB] (f@iHIq"t}Kn- 05`˔OQyȍxdra1 z}pd˺l=[m}Zx|UzGZg</w:t>
        <w:br/>
        <w:t>p9xɶ["70| u@n݋n.v^} $.+,2:,$`m</w:t>
      </w:r>
    </w:p>
    <w:p>
      <w:r>
        <w:t>qRϐBv.8m1.1]EX$]Ğ{)]{!{Ŀvq1XNIy*ObqǪsP6=n}ZBK3&gt;m+;6,][(NZ;}/pysd^,6v+Ӿ96y ;RP{t_NsE</w:t>
      </w:r>
    </w:p>
    <w:p>
      <w:r>
        <w:t>n]ƼAg#ե&gt;]ny̱4O{;1fR! Ӏo^'oX.Q@ x#*˟Uw|'s,*j.хwOHiqLEZ\1jVN0'?B*\</w:t>
      </w:r>
    </w:p>
    <w:p>
      <w:r>
        <w:t>4yfZ;'sx3e5u8XphoF!"~h9^&gt;$&gt;jAQN'_+.+=n:8Fq{$g!Л:\h}csuI+Vcyi_鶇6(FVfT[/a\uh0Xw</w:t>
        <w:br/>
        <w:t>vP URVKf oGaLAuU</w:t>
      </w:r>
    </w:p>
    <w:p>
      <w:r>
        <w:t>pngLgWǙ'K(q2YVPc尘r Jơ/2Q N&gt;߷7"6jFbřsGҲN</w:t>
        <w:br/>
        <w:t>Yz4qxf|DPiyr /ɻnqH׉}&amp;:n</w:t>
        <w:br/>
        <w:t>LSt3w&gt;a0hßl5%Yb;*&gt;+J؆I1V,XlՅ~{ay43̘\Fqr$޽+wȱaIz</w:t>
        <w:br/>
        <w:t>%G?iӦ1ίᅋFryi?m&gt;V|ۆ'jTq)OꗕI M</w:t>
      </w:r>
    </w:p>
    <w:p>
      <w:r>
        <w:t>OŞ9^pdvvyih]be֏sp´</w:t>
        <w:br/>
        <w:t>(3ݙo:/Y+2{{-̀=M|R-C)--k-.'V?q#؜1PxJ,Q;</w:t>
        <w:br/>
        <w:t>,G"Gr*49-_`tHAUIi)?+BaUDn0WvAا)Ws@Mx2)_6C;QlTk7%I38W0KlEIEd$V?4^ds H̏eoY{VȎ}g</w:t>
      </w:r>
    </w:p>
    <w:p>
      <w:r>
        <w:t>d~ZEݸmBﰋǴ}xcPƤ1\؂cZGG"kcOO]O=6unYnF/˙GJ,I[:YԜgAvUlqA\</w:t>
      </w:r>
    </w:p>
    <w:p>
      <w:r>
        <w:t>u[F؟Js,/ R 4OOt14bF :[dA1D.M'</w:t>
        <w:br/>
        <w:t>nºWA=1D8䇚~T^ [Do?8eMsf1kV\Ecxd[z~}O_1|feCAZoMk*$xIx*_</w:t>
        <w:br/>
        <w:t>Ϫ8PN3|DqR·6fx])IQnNlCp</w:t>
      </w:r>
    </w:p>
    <w:p>
      <w:r>
        <w:t>Mmk*@OxLZ JИjDgIG</w:t>
        <w:br/>
        <w:t>d@VxPx|S3y&gt;{w%0''pK+)8^(4e;Ny"{OG.jZϻjkOK7]`4 dZ</w:t>
        <w:br/>
        <w:t>|j]@p$Axh</w:t>
        <w:br/>
        <w:t>!k쩿Y~{[49Fwm0ܓjWiA?ߙp7x#;6NlX0ӇHZucݡ·V|'LFi{.iPi)yϫ&amp;u-A`{3f_Q</w:t>
        <w:br/>
        <w:t>FTAe1x^$ʥMJC|ו|&gt;pUC:væ6d^FZx{`/Ez.`BZ+iN.=;ŷl&gt;ՉwUV4~XLWo#pkJQ7%'T|^E{;h{T6Ubҍт&gt;L~~i[Ջ`xEBPQuДm]ݾ =tX}j#;Of$D '</w:t>
        <w:br/>
        <w:t>[Кcǚ8VJ5rԲyՅ,\VV缍͚iǫh4߿/=8nӯxydwn</w:t>
      </w:r>
    </w:p>
    <w:p>
      <w:r>
        <w:t>OgpLg4</w:t>
        <w:br/>
        <w:t>/"l7r^Mǫ$G6KyӻUyapn</w:t>
        <w:br/>
        <w:t>msup(69=;-</w:t>
      </w:r>
    </w:p>
    <w:p>
      <w:r>
        <w:t>Y</w:t>
        <w:br/>
        <w:t>҆Oq)EAhF}8F?Ű4</w:t>
      </w:r>
    </w:p>
    <w:p>
      <w:r>
        <w:t>2F9PPM|/?`^]#{lF-?^CD̆dimݳmuX爒OiǼ$Ԍ_F)&gt;u(nQ*bhՇ]ZDH".7]O</w:t>
        <w:br/>
        <w:t>\δd7NDOi~Q܆c|&gt;1p5tiˌ\њ@- `uhr)ǝA?ެmf}O|zlߩA!L5n72B4B"jWg4n%*1鳆.K)?є|ɝPe.6?z٥^ǜd5Ֆ~Tig=Tpe$=e Ynv[{$)K1b~F~9</w:t>
        <w:br/>
        <w:t>1r`󡗟Yh&gt;4Rwp5:`@ Ø=n#,a'NFQYXGCiTD-= *b[ *|גH!ާ</w:t>
      </w:r>
    </w:p>
    <w:p>
      <w:r>
        <w:t>0(Zc,`,嫋f.=E'%{Q,</w:t>
      </w:r>
    </w:p>
    <w:p>
      <w:r>
        <w:t>Q(b#'hW`c)9K֥\ȚmiB;0V+Ɖd!qW_1X6*ӁU</w:t>
      </w:r>
    </w:p>
    <w:p>
      <w:r>
        <w:t>UVjN)B=HGvT!ľI[묿hko ދ"QS*V"m_3kd2l^+,$ө@KeTX?}4</w:t>
      </w:r>
    </w:p>
    <w:p>
      <w:r>
        <w:t>˛4@QX'qZ9&amp;tE</w:t>
      </w:r>
    </w:p>
    <w:p>
      <w:r>
        <w:t>ow]%a%: ~א'ldK</w:t>
      </w:r>
    </w:p>
    <w:p>
      <w:r>
        <w:t>2x\]&amp;Q6ŗ"ke.eqO$L!UVvxٺf`uYҴs˙g9_'~H*o߾.o_ KgLfFc*o8h0o0aaUt$s:vAW3MOVV!CRqҍrmp=ґ+ 2i^xcAkJɷRX/{UJv٘{ohg$brC</w:t>
      </w:r>
    </w:p>
    <w:p>
      <w:r>
        <w:t>02KJWc֥֗w;թI7!^ʢr7ڇuم(ϢDA/y(tZ﬜0V.(9t|p83 I嶤P2߭^</w:t>
        <w:br/>
        <w:t xml:space="preserve"> '5l7c&gt;0|̰</w:t>
      </w:r>
    </w:p>
    <w:p>
      <w:r>
        <w:t>sv-YKvzJԻKvځ[ͦ¹iUX"]L5</w:t>
        <w:br/>
        <w:t>;3L}6xR!Xz? =O" c&gt;[6ڰ-۶eEؼeQ}!!^C:$Cc~HvVR wO}¡:xbgS~m8oS;;whV#Q1QЙwD~#COdCsk7</w:t>
      </w:r>
    </w:p>
    <w:p>
      <w:r>
        <w:t>d͈Z0`Cq".)"Q1#[ϯF@ZS⸕M9xz99(xuzܼy7=rTfNm-zf:K0_.΋q֙]cQm+S#e,0^@Mi}^NnAv1ݫ0Q$N0x4&gt;&amp;EkHF3M2:5/*݄MN[LE2iqyKs?iXVt2\[?.EMGn"Ec G ]pFsI"lےs~&gt; {Ĵ 4`0H8IdlmMCXF$zK6Eţ*_΃9GbN7;Xv0' pS_G&gt;Fl~jφM</w:t>
        <w:br/>
        <w:t>@vF^\ۡ</w:t>
      </w:r>
    </w:p>
    <w:p>
      <w:r>
        <w:t>\K=ڎ1Dï_n7I3j\h0Q6_Z;(MdMw,iNfH˱_LX&gt;ďUVS#(w!51d~VF)u'΃6V?+|Z_8OR}e%t M_{S݇ݨ?FYɓ]aFݒz(]˵j)|բ*.:G&gt;"LXϴm)VF姆SN|6o|vYvd-k/ͣ@jBkBb2YƓjsprs#|_ۙKſ%7RoPNL;!ȇ0AL?2NEF٠M|uO&amp;$U0(u</w:t>
        <w:br/>
        <w:t>|M?p[&gt;'|i9C2? ӻm3{}/Xg_pr0.hȘo{y㿁LE4&gt;Z {,:\̔.;{-`t)'-5n|\Cݾ&gt;%F,#uboXT|اL}) 6_,POk324*+ Nekh;I]h@"+{ڊg&gt;d;xOEGo(o!&amp;Vj#HO ^TT{~V"6~c6urKMj/p)gUݢ]=,,Uz'Of";/mqp)ϝȉ.Ukl2G",lY"</w:t>
        <w:br/>
        <w:t>s[Ev}?@[-{hԄ(;GFF4f41MQiлHufݼ},rsaCly;`E=#2&gt;Sn$Ǎhd&gt;ȣϡ(DG#G|qREIV)oq&gt;YN2iD)I:CB%Т˂xF0atiW*MKVDĻ}/Jj%&amp;`c'$hu$PR</w:t>
        <w:br/>
        <w:t>1=w:|$3ϴ)Wx ;l]&amp; ,;^KIS.',r8R/K]!1^T$YV9 hp 5Mid٧YiY)VM!$\NQGNw@tC؝Ϯ鶇!=|͋iD z</w:t>
        <w:br/>
        <w:t>֎㪹q&gt;sH</w:t>
      </w:r>
    </w:p>
    <w:p>
      <w:r>
        <w:t>nR]8Ҏqg@</w:t>
      </w:r>
    </w:p>
    <w:p>
      <w:r>
        <w:t>q&amp;6:</w:t>
        <w:br/>
        <w:t>Oy#&amp;YSzZ(AI\&amp;Wd)3^:X`Ě&amp;ZEg}$UV `2hY$'BGAq~߱7~QRˎ0fq!A;V"jyQ</w:t>
      </w:r>
    </w:p>
    <w:p>
      <w:r>
        <w:t>#:i</w:t>
      </w:r>
    </w:p>
    <w:p>
      <w:r>
        <w:t>I&gt;-%/7D _q28-ʩY:KV\s2HGLO?C{</w:t>
        <w:br/>
        <w:t>FCԷ}</w:t>
      </w:r>
    </w:p>
    <w:p>
      <w:r>
        <w:t>BpDP잲pH@G~2}miFԕ.*mE~"|ÊȢ5Ccz)=- e:/;:=Tݸ7ГR߫l#\჎_跸o$|ߧ{}KcФ6&gt;uP/EǑZko\ : XZ?Y%MDۧ3|s[a(גގ@-^lMj\g7~,']*-Ǟ.GNBdF%/1J6G4ó0s`dvm"hW?jP'N6VLLks9Tך14}{G[</w:t>
      </w:r>
    </w:p>
    <w:p>
      <w:r>
        <w:t>kDsܒǖQq^ 3~hlU64MH)@D'X"lˠ'</w:t>
        <w:br/>
        <w:t>ZKM0@~b4)%8җ/FRһF_rML9Tmq}.[ҽNw-$)Nef,mcoT_D;gy7k.:KTwe$[j容%?Z{ M9VEcK`.l!~E{Լǥ e\L`&gt;Jrb,|uWFBԙb7[bYQgeUqs#ˌCP_PQ̫hO!8/</w:t>
        <w:br/>
        <w:t>uvj?}pgϖE&gt;;ӭa#ଦE${%I[9xT%Ώ?oJrp%橾b/[Ùi9</w:t>
        <w:br/>
        <w:t>T!ZCCh׳.}i-p/{H6pMB64QZ~ai+8p;zt'ԽtG{Fu</w:t>
        <w:br/>
        <w:t>6^3(}uh6u]0c%ANKw3'$h-{}BQ-**=^C/l|,1&amp;^$klꬴUɞ</w:t>
      </w:r>
    </w:p>
    <w:p>
      <w:r>
        <w:t>^wT0'wF%Gs\~Oǁd@uŏ`M</w:t>
      </w:r>
    </w:p>
    <w:p>
      <w:r>
        <w:t>Q`s~)k@Q|ilrƘ3 xd#BfE7Z#V'fL[&gt;u^~._Pyf,Zk':1SM0Hg7vAS,t4b퍕tHoO[GjǟD~cqiղvb "-,4&gt;-2Ӳ'rl]h.&amp;3NC]*X5עGrD#Id7;3N/x 72!/M2mb}2w/vhO^H^Q^2Fn3&amp;]UOr4X$9D5</w:t>
      </w:r>
    </w:p>
    <w:p>
      <w:r>
        <w:t>j&gt;\}5-5Q|o}K,rR5b8s St,AR$pr_Y&gt;!|s{liq#DPʯH;uZ[,&gt;Uxe:#a\csuP`_+L+FP5KɨiݫF)2 ~֗vL{P3g\.[׌Oqr(bb!7&amp;` 6}No*P75@N3~6.i1mNCrբギSP8 8'"(FM䐡;lC-иP~_6j0~,:J7[=Pn{:O/*QS뢮;Vc:9FR أV&amp;AzԦZ4PrUB_#sNMWRܾJ)ʆ:hCG`5ߺ jl}AC 沪br1cXAųOrk%8o"M.o߶~J0=z+3YVWj*C*D˯B~ݯR.8DX/H\ ?6G7͛mIԻm9$lOrg}BJ &gt;ƥt4!3@͔lRaH&amp;v ײ|KBZC</w:t>
      </w:r>
    </w:p>
    <w:p>
      <w:r>
        <w:t>% ^$`6FQ8&amp;EI@X]ZV5ѲIUTYYge+dp2+'gsJC'pЮ'xDCDDp&gt;ôPubkY-,&amp;$xqIz$צ9oT&amp;:,w4.eibTDKRXbP9d4.Ѩ)#6ukOחX^gw_}{^]]]u{}יY=[=/cB/" $!bB#CXY,C00%~nnW߮{9=JxA4LG5)߼.pcxwB`to[S-'8N`箑+oQRC~m:%UN(B,'</w:t>
      </w:r>
    </w:p>
    <w:p>
      <w:r>
        <w:t>^tNYX{&amp;qvS=^zAҦxCG"?C2L</w:t>
      </w:r>
    </w:p>
    <w:p>
      <w:r>
        <w:t>QH92Zz2XǴuRMH"lr뺎,pgGN9</w:t>
        <w:br/>
        <w:t>;KaÓV^CԻ;*ħhύ_q?&gt;q!'AytuGiݼ,2"!SSfDKJxw,!c]nӗhe&amp;vy)w.)Ⱦ_nI'gqϺ}&amp;Zpى%rt'MY7rO4j*))R^!?SL/uĹaLuQoC#1]g `Վy9RjN:.bq`(``&gt;sSPKވ}EZ=ϴHKD4n)IFm7M`Zhkdu</w:t>
        <w:br/>
        <w:t>p</w:t>
        <w:br/>
        <w:t>Xp6L80]|Ip2M+xj@3,&gt;&amp;YƥB䁣pKCGд{;I\OPn2SS;uh'/G,^evD|ev*tb\e</w:t>
      </w:r>
    </w:p>
    <w:p>
      <w:r>
        <w:t>͵B@~YGiIGS8[[i9ѩ˅ay`L˙4p3cM&gt;A/!嬡&amp; S6]-zŜ+}J=xb$oȈCtM! D9!%:HMR3{&amp;wlUxb1~Y\C9Q9/(ͳA</w:t>
      </w:r>
    </w:p>
    <w:p>
      <w:r>
        <w:t>?ٮojc]5Jѹ&amp;oִO28T"8{=OI2F4S)[Kf,EJ/uXDjI1[6 ւ=uD,qg-wEuް냊0nt+.Ec4Q̜ō{#|zvn&gt;H/@M&gt;?X))</w:t>
      </w:r>
    </w:p>
    <w:p>
      <w:r>
        <w:t>MQ)B`zLN;nBn2q3}we5 7I,nz9=Y&amp;AH$IJd&gt;VM*6&amp;'=_MߍwHl.[=l&amp;\գǤWcO.G=4刵Ld)ē</w:t>
      </w:r>
    </w:p>
    <w:p>
      <w:r>
        <w:t>_;J)mD^cD{wVMZ*s4f%Lټv3pZ߲QBqu[x0Td;7Ia(qxiqF߷樐|Q#J:sQz</w:t>
      </w:r>
    </w:p>
    <w:p>
      <w:r>
        <w:t>4vK.ACup@nMΖNS]QxqfE䝷'f6{Nhɷ憞!j6*|EnpGo{p_oe-ůOzJŻ!5껐$h^q˙Qpm+7~N~'+&gt;[I_2&gt;bNzi\rrL08) eW?l)MW8#}HP^[4#M!AmB;3_6PtJϩYBVGX),1z*-:o!-J9~iɺwC$79Szgd.,v7#+N</w:t>
      </w:r>
    </w:p>
    <w:p>
      <w:r>
        <w:t>TΥrGzѽ</w:t>
        <w:br/>
        <w:t>N;D8(P2N}=iEld*~CTzh?yDJ_?}Q`oVSޒsJႅʎ̖O%lbcوr* u=K]NGԞ4 /5NQ&amp;`</w:t>
      </w:r>
    </w:p>
    <w:p>
      <w:r>
        <w:t>̵ٮ#[)ߓS$e0M*B|9౒4pHVލͺI2M?g׍rcXK|}ʉ[8Anq%1h"Z2YWޯYKm6(̼*\6hɞ'䑋nInfo9y$6gmECAjO5RlV[Y!w=4IT ka^BֈyضkԶLqKQnv=qv۴L; 5|[O #).p'#⪫cRQ{wڇkoS+fU~U`e'cdz8*ĊӼUj尨ToK8m3/</w:t>
        <w:br/>
        <w:t>udH(zLOTK~#NJn,TIo^pu&amp;}.DQsSiIH;-pm{D&gt;Y$VDx$TRhs! ntpXO -s]Wћn;hp1,p˸˝LQt] o--rXNܼlk./gL۱&gt;Vcwj_1!(( &gt;T9^lK65x=8ƅ8kDhޜn</w:t>
        <w:br/>
        <w:t>HE!ciߍyc,)tOd&gt;2;!'|{ac@&gt; wG \pP 7OCiѪt,-T$컼UcW0AFE+av͹s&gt;</w:t>
      </w:r>
    </w:p>
    <w:p>
      <w:r>
        <w:t>]d</w:t>
      </w:r>
    </w:p>
    <w:p>
      <w:r>
        <w:t>Cqςܞ˯0=̔wWNؚYmҺ|%</w:t>
      </w:r>
    </w:p>
    <w:p>
      <w:r>
        <w:t>{ޫkOXDE,bkC+&gt;!@oG:9</w:t>
        <w:br/>
        <w:t>2J]wNfVU%!VMe%3f/i/;+2p|MtACG]r84 rN$)}bE;GCgWnXݸk1|}WjǂYL~V'+Jκ*[l[}כ%hYf!١jvI۬QaMܶ[eݭjAGڞaF</w:t>
        <w:br/>
        <w:t>ycn.CRk(y`iZ0x)OoW$m夾dvp֩#!TZM D7a0j?H|0RiGEK-:t &amp;i!3:ݶ$~W5[&amp;</w:t>
        <w:br/>
        <w:t>A/%\JOdYN6no@X=O[a</w:t>
      </w:r>
    </w:p>
    <w:p>
      <w:r>
        <w:t>sq6ōAqNYH@(kKx</w:t>
      </w:r>
    </w:p>
    <w:p>
      <w:r>
        <w:t>UT</w:t>
        <w:br/>
        <w:t>kCJd?Fǵ~wbD,Ǡd)omkJ1Sp:DDQ/CnvC$7OQq&amp;v%7Fi۫{3u/68^|_vb7QV?Ͻ</w:t>
      </w:r>
    </w:p>
    <w:p>
      <w:r>
        <w:t>u@(Fw!</w:t>
        <w:br/>
        <w:t>)[(.</w:t>
        <w:br/>
        <w:t>aaooLc*CD5NTMLپԁ2&amp;ɳ:</w:t>
        <w:br/>
        <w:t>Vbl9=fC0%!l8~RO=&gt;=!VfkBLӼ&amp;K}</w:t>
        <w:br/>
        <w:t>׭yڧk8j_+M|\| 9Zݻϕt'yuѕ^\Y:|!;j(|ǉQ3SD.1 ɝf hp+}S%^p}ԝ`N=n9.2܂`J )cnS0)2tP1ii3 a !zڐ7cG[ޚEv-1S"&gt;hw59pS1FHs9srp9ޔ-Y}@-ySWx2?˫pғ/7&gt;P{RA@'evt"pHE=.3R`oyNR{;g옑/Or</w:t>
        <w:br/>
        <w:t>W;}xb.eh5uzj'KՋ7{Y+pMݨƫ7Z8MI+NZnnFuw[yhr!ۏ2%QY_̞;t-D,&lt;&gt;ݒZZv-t;0Z~n1u='Lv'i$vԈtDZx!/JÏOz$I</w:t>
        <w:br/>
        <w:t>k/4˻Tfe]kWUo=3=3ga4e@flB6</w:t>
        <w:br/>
        <w:t>","B@"c֛ϽfVv7YsuvRݒ7,ǰ&amp;ʂx+) 0cFY?MVc2 v xGn|[o[mg}$m'8JqWM$\jܪwx~j|!Zf?.l]_?1*+wz^;IP=p,@CSd.lmqwVwئf2PWZ?&gt;|.+BU7</w:t>
      </w:r>
    </w:p>
    <w:p>
      <w:r>
        <w:t>ޫٕG׍qt8Bxy@R%" Ζn\ʹNI^7cjҖ%|kMe$Rh0qiȒcJr۲˫$F]_yU|y_hnr5*!e[ƇLӚ#MU!</w:t>
        <w:br/>
        <w:t>_:ߙq</w:t>
      </w:r>
    </w:p>
    <w:p>
      <w:r>
        <w:t>xaN$QFs}(XF5? 6%||֭\B9v%m@BeEgvC-C!Z5%]|S@v^7ڮ_.i_k ׮517B1N_fy+LUCFe5)892]Ĩnv։hhOdNU»N4,g&gt;4aEY(hip;~oECi4L6;W8@\͝Bc*iacre3FCVg.ppj8</w:t>
        <w:br/>
        <w:t>$?TmU^_d&amp;·]R[+FwM=j#H</w:t>
      </w:r>
    </w:p>
    <w:p>
      <w:r>
        <w:t>eiO7zC#\Ml}Kb,iǍ"󱟑</w:t>
      </w:r>
    </w:p>
    <w:p>
      <w:r>
        <w:t>fPvp{7'K-*aߎwГaƏMn'$vi-}cnfa\s;݁H4X8'U|q;]Z</w:t>
      </w:r>
    </w:p>
    <w:p>
      <w:r>
        <w:t>u@!]w4_;ڮ:w0i CwD\N}9Ci#ߗuY@\ĢdQntX[X?{ZQw&amp;`3n.I-)f4^[Qru2C[ {x|( "PGJo.$0k&amp;T@𥀀qu"|БT5y|R(7dPSr~q{lG|'suѥи</w:t>
        <w:br/>
        <w:t>P&gt;K &gt;FhaT]qx4&amp;+C6.sX*7R!U7|y=T[nx^Iە:l]</w:t>
      </w:r>
    </w:p>
    <w:p>
      <w:r>
        <w:t>=nSމh&gt;g!$q21f3")Ilyڒ@N`7&gt;r]SmM馗Tаz=I[+|ςpE4պ:H2!l_zE[ЦqtmJ!ӒMTVB}FQ"G:'w3 ʵw\"p#z(AΠ׏@mͭ ]ϭ-J=g\ĩ3,O9ǟ!_\GQubVS_;1ɰ?L{O="@J1BUf?iRpZ!}W̓HXpqiRhpVpڡ*D(a</w:t>
      </w:r>
    </w:p>
    <w:p>
      <w:r>
        <w:t>/e40~Jq{v/@BE6Yun\;]V?+H{pل|iZߏMW5KO;kZ.۾Ew k/w[~GQ@2I(gYu</w:t>
        <w:br/>
        <w:t>FFćM[s-68@e3ci~KTDEvWlEpԍI{ןm#Pt(LPzIN(QK</w:t>
        <w:br/>
        <w:t>cb&amp;͔(Ҳv&gt;zKp?Lݚ˺2˱b)0y</w:t>
      </w:r>
    </w:p>
    <w:p>
      <w:r>
        <w:t>F,zrҾy _nPze#j@HJD,Xos@NIX0W$Ł/*Bf3װ.yXCM#6\;Qy&amp;|6`/Ӗ{wn/Ƀ5X/WI!@ag#-DPȧ|z?}D7E~7/`:s?C_|-IӠ0CYd!vL-gGfk@h#L'4X?9lEM2_,+IcܰBUݬHxĿio,}*wGÔu$^Us[Huj</w:t>
      </w:r>
    </w:p>
    <w:p>
      <w:r>
        <w:t>d sr&gt;lgos,mH zJD'uYـ ѽgГe1eغrW%!7&amp;8H&amp;=CUo@E| Qw;?m3yMT=N3Be)fb~}byIs2(!pC3f6X\l/G"%]KVC0_`^D8ݷ&amp;9Md+3_*R;ڰq"U+ :fY@Z:Ex^G~E'B6R]?)?ӄ}syI̝Y+o[e@Pg*./mRrU#_CBPo@~J^O7FfxASܼ4B9H39)։2{k [)IvߦzH(0F͵jRZ7[U)ugqi;(!wëkvkc[ۅϘE?6B33&gt;!QEim</w:t>
        <w:br/>
        <w:t>xtwH}'</w:t>
        <w:br/>
        <w:t>#nreܚMfe`Adu-v[!</w:t>
        <w:br/>
        <w:t>Y}$H fur$nF@2+q(I(Q.AD"`}Y</w:t>
      </w:r>
    </w:p>
    <w:p>
      <w:r>
        <w:t>+m'g:#*:'kH-5͟;8=pu̙</w:t>
      </w:r>
    </w:p>
    <w:p>
      <w:r>
        <w:t>͈/uWT1*^O&amp;Nq$0`'vCZϟ(5F1pJ4"H!P89;%E`I_jq|d,)͟1:??q;qظqOa\^5Юp\x[{\:Fa!I$;&amp;ASE1+7m ^j(\%kɀ~$M$7(fE܎|r%L+oq`&amp;ӼUxZ&amp;3ykǏykqcʚw$*X VD'޹5ajus5Xjgh6Pe ߿usZ~U@cA&gt;q3rSI@Lpq:o{B6_lS/uf(V,ձ_ysGT1WGب)ZCB%60gDy&gt;ӵȋyE|1{^+GgFC85$/R&amp;jKGdMbFXݻ%(ʠm@ӼFB 8},IXCEגDu]$n_J]ڂc#8Tb.8RrA'v8R&amp;"mR؂C&amp;UP]*i=QZyTiߛ@r jxzDl|7,ܽ-EvE&gt;;咡%r5'zK\sF'TaūS :Et7,f</w:t>
        <w:br/>
        <w:t>Z&amp;x*T</w:t>
      </w:r>
    </w:p>
    <w:p>
      <w:r>
        <w:t>wD a</w:t>
      </w:r>
    </w:p>
    <w:p>
      <w:r>
        <w:t>Ku+*%V(nwVMY 2*]=C$]&gt;+h˚cirFdN|Ebɥ2Ksye</w:t>
        <w:br/>
        <w:t>鎫u=G</w:t>
      </w:r>
    </w:p>
    <w:p>
      <w:r>
        <w:t>i\g֕A6+Pt@_W*d$Jԑhp=^1:EVx/2LkiEQ"uO?Yuͣ</w:t>
        <w:br/>
        <w:t>Ezύ&gt;Sk=V&gt;᲋*t2-*QjIf" q@`B_(&gt;]pFM-H@p"Aq9˳tʯQW/3Gjm`kQ7_&gt;KETl"yЫnNIKj9&amp;r(hm.6=#M9J8,VhHSnEƙ(2^B8OִL(6T{ϩ6slIgvfjPFT[3(qq&lt;&gt;/_Pk$k8ڽ̻Ƞy`/X{U?x</w:t>
        <w:br/>
        <w:t>gp_PQuuCˇ΋;Ehw</w:t>
      </w:r>
    </w:p>
    <w:p>
      <w:r>
        <w:t>5</w:t>
        <w:br/>
        <w:t>vz"dLFHg(HѦ+lrbq@-rW&amp;H Tc66_gZH?oL}}}*1rW</w:t>
        <w:br/>
        <w:t>M{oukԉ`] !Fnˏ'?[~%&amp;wB)|[er=/]|hJh/1C]-~;0`NDC8My9xCDH܌0TL~~su{[Gyթ.&amp;ܟ:imȂX׷t"p~þ(W]߳TϮߓִJYFlp$$"'(SC]dO,H.jbǟgwυuʑɦCOLMWmd]$`gg4}ʹ:y</w:t>
      </w:r>
    </w:p>
    <w:p>
      <w:r>
        <w:t>/yxK.]-`;d.ǈy(qR^q%c'7E7V7&gt;BƬȲޞ.TW!NsGO87$qd*D}*#ڲINXpIÉc_ bacq\ȿ_w,4bv6P</w:t>
      </w:r>
    </w:p>
    <w:p>
      <w:r>
        <w:t>.w xqwqWN4åtf^Wrs. 8K}pK$~[/$:ܷ$BϾ/6c[+,-8d|v՛+</w:t>
      </w:r>
    </w:p>
    <w:p>
      <w:r>
        <w:t>[t[7t4qw0Y4/ݤ)ӯoӏ9MSo\5}Fgt@`s$IRj&gt;xl(ҭ4.K-Ov1r=@8bUaInD</w:t>
      </w:r>
    </w:p>
    <w:p>
      <w:r>
        <w:t>)^I膳=l Y"vϪT IHA$ۀ| )K_MʴJb |[s)EW崣nvov{\]7xQyT?V$.ú</w:t>
      </w:r>
    </w:p>
    <w:p>
      <w:r>
        <w:t>Xوq7Qpxi3S$DF=</w:t>
      </w:r>
    </w:p>
    <w:p>
      <w:r>
        <w:t>lǨZ3IJɽmH!:}ŕvLI;;ڠ</w:t>
      </w:r>
    </w:p>
    <w:p>
      <w:r>
        <w:t>H+$!ˀ$BP"H9~q1;q888t;{U5UHg{^zRUTrSIWo)® cy t*)3dFi{1]8(J[,]-CےZX 嶞 ׿ňC?hbũW,tpq _]ݶ\;K793wiԒ|{'u'^cГzW!VEpB[SfvjZn7]Jqkay"r%J{3o$(y`8c۪z܈zpy8UA1FSJ7T)Ϻ1jbcq</w:t>
      </w:r>
    </w:p>
    <w:p>
      <w:r>
        <w:t>exm4at&gt;9Ŗw8Ì`9}Sp^&gt;],ێo4`VRQ$</w:t>
        <w:br/>
        <w:t>WI.e`P-%_x9(-ji1NLz,PQ/-US,|cwCX&gt;%(đ6Y&amp;w%QA[PXᆾW*䯽uwsxgE͎1T)īA'NSYP.ZC諭b:nٜ߼lb(-rz&amp;9\&amp;kQ#_cJaQ/5)b9ɝ)&amp;਼;a:H[?a砙8ϙo{.</w:t>
      </w:r>
    </w:p>
    <w:p>
      <w:r>
        <w:t>8BNnf1Jg̨gVre\#^R_?PT- wz!J|gN&gt;̅bEf[ǉƂfރ 4~DL^UoPmysՙq(K:|_k#Bg9\3btS9ȝȕ יƏĎ\n=̼BA ;'Kcf+B)sSpG8@4肰+j?\(O:]ܕzް1RƢU&gt;@j~XRŀvfb</w:t>
        <w:br/>
        <w:t>6'E=_Iu&amp;CבY|v݊</w:t>
      </w:r>
    </w:p>
    <w:p>
      <w:r>
        <w:t>0-9[UuPEACO"ߖ&gt;7a|7Wvg%N</w:t>
        <w:br/>
        <w:t>~+])v,d}'rQ1{,B&gt;3~"\7+4ף7KhadT\؜/5FVnj\5#Ii5Iq. mgF0/6*'u:mA2A-9؂T</w:t>
        <w:br/>
        <w:t>`Z</w:t>
      </w:r>
    </w:p>
    <w:p>
      <w:r>
        <w:t xml:space="preserve">cB_σhW&amp;(p_&amp;y/`6s/*:q1&amp;cuX#x7^0Rs\%Wz)B:nܔ@\a X\Rg{?Х`Ks嬳5Ulf_6t3޶.Wu:cXZi{K_ʥ~ZINP6{*7/^.&gt;g3vٹ\=|Eik&amp;iZYF13F8 wG04WTHti;/CDRC.HBx7ؘ(_藿&amp;wkBn </w:t>
        <w:br/>
        <w:t>L9)zSs}}wnJ4㰳U L?;pW׼"_zWn+bu0;W99r7f4 Mzh${.&gt;N*DڿnXl9jx筤9}oprz&amp;MqO,x(EЦ9b~v)ԖʩĹc{.</w:t>
        <w:br/>
        <w:t>ͰQ.(T_]JI_lxm+2y9UXj o&amp;#\{w-_xi#g޲^x$C#?.0ق5nBC5:&amp;&gt;xBCÁ@m{13ָOC;B8&gt;Nps/</w:t>
      </w:r>
    </w:p>
    <w:p>
      <w:r>
        <w:t>coiEW0=?:&amp;#s_1bL!1\x`8~x;y@ܾ`ջ;\,#'~ONZp;^k&gt;89pXҽå.}úmq=lcccX¦9l\eWt\q߾ʞAO&amp;|a{lW.G</w:t>
      </w:r>
    </w:p>
    <w:p>
      <w:r>
        <w:t>Kt}WxG"^V;?倇%9/ĵW</w:t>
      </w:r>
    </w:p>
    <w:p>
      <w:r>
        <w:t>'xyGXo)\~D\xlߚ;qN</w:t>
        <w:br/>
        <w:t>ox߁;up۸{Odx~Wd8|q^`y_2jxw!]g?/Ý&gt;kN{OG3?= G&amp;޳)-{  PuO?R)p0ѵs?+3vxۡO|ΐ!?8᷻§/쁕#</w:t>
        <w:br/>
        <w:t>\`Qǭcᡛ</w:t>
        <w:br/>
        <w:t>s_0xχ&gt;,7gE^_L[+]pNxRH,Cv[yz=4!S=+pPעִz8TElE|P\/(pn~3Zm+SyS j3Qf6[LEY $f_Y$F`ey9]] h1@T1(g9b.\1?Pl8q4ls/+\xфk7'@[D?0Rŀ8E</w:t>
      </w:r>
    </w:p>
    <w:p>
      <w:r>
        <w:t>Kcl860pn</w:t>
        <w:br/>
        <w:t>~6(p\*n¦&gt;w|o9S5(Q1~ao=X1܄mAb*{bwzu!&gt;-n\I SU oΥ`"@:P|_4O%Bǭ΂_.U@xvA</w:t>
        <w:br/>
        <w:t>s</w:t>
      </w:r>
    </w:p>
    <w:p>
      <w:r>
        <w:t>t8:,q,Hh"pv\]vN&amp;B˦@uCp1ptspp`"\7[G5Ơvc((e&amp;pr,Oj@{J9pL(S54qpf"PHJ</w:t>
        <w:br/>
        <w:t>I}xа</w:t>
      </w:r>
    </w:p>
    <w:p>
      <w:r>
        <w:t>q</w:t>
        <w:br/>
        <w:t>_(</w:t>
      </w:r>
    </w:p>
    <w:p>
      <w:r>
        <w:t>e%UglA;\1cYѣ*йxtm?~OɍgjЮXLR"{?S@|U%A7ZboXJ</w:t>
      </w:r>
    </w:p>
    <w:p>
      <w:r>
        <w:t>=UNe]pGuJJ:33#B:Q</w:t>
        <w:br/>
        <w:t>/[؉ZWՄڥNt{Dgt7&gt;elߧ8B!4uL[W*^xE$XOVxtU?e}m!^YvBgT= Rc;@SQL]BL)RU)+Gay</w:t>
      </w:r>
    </w:p>
    <w:p>
      <w:r>
        <w:t>4|0^VW}'#≧PP{/E=+L,J4RuQ!J{lIGH\rVJ%&gt;8F)%*QoTjgq.5s5</w:t>
        <w:br/>
        <w:t>5rյRThE^Keۧoqc_]W"kM$M5*|GB-o6Hwe\T+:@K!u{k֫m{ ʓoּWTo&gt;rJKZ;</w:t>
      </w:r>
    </w:p>
    <w:p>
      <w:r>
        <w:t>ztzzpE9P&amp;Cpp]F*_F}j$ġ$B%-h</w:t>
        <w:br/>
        <w:t>-wNڲYWY6}Z;r}ΞU'h5O{k3%`@apr}+\ߙN5KOot@ߥFbRpܵV4q</w:t>
        <w:br/>
        <w:t>GEZDJ~SUо:֐dyu}i%XX3vEmO㧊K).MpMy^L:*W H2nuS[_.3\GI:Z.t+Ns#GT"lI/7|⯲)5{UY~QWpGH#%')jPxBF3T[Q SOq?|^dC*NRbW#MvtnWszz#@}^F;T&amp;¾Q#=ҝB E?&amp;8/"MRlx2yDpٿz$ҞpU4= y``F5۪XUj}0L.h</w:t>
        <w:br/>
        <w:t>|V&gt;9{F2yh(iFSϾK&gt;@[Kш$).QX~@Y_uda"Xus1Hs=`΃Qf8&gt;Ea"83U5w&amp;wRFMaH^{#&gt;Iu&amp;ԪIKʐGRGqΜA@%ĺt`8</w:t>
      </w:r>
    </w:p>
    <w:p>
      <w:r>
        <w:t>epV_~dh9eLȪVBOsu){YP&amp;4d0;E]"1I˞a[}yG[&amp;\am*gtВ^.]Qȣ#@jJhZLt*ϔ{p$%|V}] )R&amp;jk}ӼT$8T~58?n*nͿ&gt;QcvjY'\gQc|{q.\o2_yX.`h/jl(䑔Xe1h4k;Sߧq-G</w:t>
        <w:br/>
        <w:t>8#:Yv%bh[椘/2ir,2UEH4xW߱^7yrPedI#ϩ}Yl)QEq)**16Kρ&amp;ވZcYO0Z\Zgy٣Glm$IKD[K1ffщkY^9Sc@Znf2|oUvn7LmfhkN]bf</w:t>
      </w:r>
    </w:p>
    <w:p>
      <w:r>
        <w:t>s5"[I\롲Clٓz֐*61ʞS;*{*£)[!샇4./etc^)z+P9SO3q</w:t>
        <w:br/>
        <w:t>cy}GeꗰdV}"cUwYU}4z3J&gt;"X cD|kTtq+nOE5KF˱Jqp\bhdiHxAKQk?J@^a}cZ[2g[협-0[Fy9_(</w:t>
      </w:r>
    </w:p>
    <w:p>
      <w:r>
        <w:t>}$x^0ƲHVVhye3h+^/+yY[q:s:%8bby&gt;8l%s]y:j}S$;ƚ즙%-8קFQsLvo@CO(c</w:t>
      </w:r>
    </w:p>
    <w:p>
      <w:r>
        <w:t>?+}a.2^q#kwM2RkFyUOD]̖</w:t>
      </w:r>
    </w:p>
    <w:p>
      <w:r>
        <w:t>G</w:t>
      </w:r>
    </w:p>
    <w:p>
      <w:r>
        <w:t>Ͽsj-{H4̐E*&amp;zB=%O</w:t>
      </w:r>
    </w:p>
    <w:p>
      <w:r>
        <w:t>+X+ϫl-0</w:t>
        <w:br/>
        <w:t>NE.+{va4=S*"+ᶳz7z^WğJЬQBUkfb[MF{\SOY?KR= N|םVI満G*`2f!o|VׄS,KV3#&amp;i5Ϣ"8!ٕ8;f5et~P4IQR\DZi[Zm}xImm5r&gt;;hʷF*Z#zS7*i]2R=</w:t>
      </w:r>
    </w:p>
    <w:p>
      <w:r>
        <w:t>QFh4H"$_</w:t>
        <w:br/>
        <w:t>,?N]U.ΖtUPq:pMmq*.Jp,WPYi^kSF:ReXrȊkG3^ok%}h,R#*t*M&amp;'x=rס71'Sz`Ϭ2rDm%j[JObŤmZfHuoOqlgtd=mUֱǚ,){(</w:t>
        <w:br/>
        <w:t>-Oi 0z'B1 ՗V ,ly$Y5kB95$/U+y^J`^=ɖ.%LpǵͬQ}gEdYSűgd-ئ&amp;xcf^%-v՛2P[䁙=%}Gy7y+r)S&gt;[HȬ4P {6~9y3Yl-éRFigT3GmJOH{:oԈ`qRѤܹsfmܵ0~"sP!9`</w:t>
      </w:r>
    </w:p>
    <w:p>
      <w:r>
        <w:t>_Z9S\rV]剱'S¬ti)%~ 8D]*,{lgdX*G:gXCSAVfsMTx$Bׁ{0_hr0.UHGYu_d"EZyDLEiXYE*aheyTx4U-</w:t>
      </w:r>
    </w:p>
    <w:p>
      <w:r>
        <w:t>M6&amp;.y ۍ5d;Eh)^'Tň 9zPؗd%y\l</w:t>
      </w:r>
    </w:p>
    <w:p>
      <w:r>
        <w:t>Z</w:t>
      </w:r>
    </w:p>
    <w:p>
      <w:r>
        <w:t>@XD82y~ (dJx.XOTsF;</w:t>
      </w:r>
    </w:p>
    <w:p>
      <w:r>
        <w:t>iˬ]F11 `-EZoGĜ'T#0z%f)+.,!+EYZU+Ѥ%</w:t>
      </w:r>
    </w:p>
    <w:p>
      <w:r>
        <w:t>Z~e</w:t>
        <w:br/>
        <w:t xml:space="preserve">441!8!{w£@wI,y\ricy?Gxxz&amp;ZA?֛d:6f{Q%뷽?s^lA;[σdʗiOnkʗ:㟂y&amp;ruxY)|'H&amp;PCUfSbuۗ)\|9LٔG|Xhi?k*]d{v}O*b,Wt'gġ?~ڿ'*C[g"L_gFt%PFF!},uGv*eO#.0LM!똷frIP,5v~md$=䢀Xw#sYCV., N*CDb:NgXBPeZ?{G]}Al- </w:t>
        <w:br/>
        <w:t>7}͂pk4zS[BBy&amp;-V$*AOC%xBmr"g)ѤhFVLQ[UBTjK%h7YT2ς</w:t>
        <w:br/>
        <w:br/>
        <w:t>}[I-3=:N4 ZQ#h?Bi_:+EiqvصI</w:t>
        <w:br/>
        <w:t>cF?]r(^^-RCulѾĚHfk]G'yi=Lxg"'\Iկx\c'8X![Ț hxjEbGfHlg]I(ڈC</w:t>
      </w:r>
    </w:p>
    <w:p>
      <w:r>
        <w:t>d73P9H\;GTjIah0҈Ye4$ |eîO۵Ny.e3KW9a("</w:t>
      </w:r>
    </w:p>
    <w:p>
      <w:r>
        <w:t>th@pҘZ+փBFq]d3V%CPOZk\H^,}eTGinBwQ2f2S+FbwzH"eQYNP3*yl]ԡ Wd9H]P(`ǺDIDNauXfGGbwyǰ_9/}%2#(,;a_="X=FE=Oٶ^NOaϼUUX?HUY϶NwN3=֙IzGӌ`U'</w:t>
        <w:br/>
        <w:t>~׏~ _8ӵxJm%Fv9Jꃽޟ)+AvUO]WQ_vR$RXL֞B+P!UYBXD:[؇;"{WHuny"'DN_KD*Z&lt;&gt;A"2w㚧Q</w:t>
      </w:r>
    </w:p>
    <w:p>
      <w:r>
        <w:t>hW9vlqЬe4jF!1O E̮;&gt;v]m-u݄^/HEdn"c/?AbNX</w:t>
      </w:r>
    </w:p>
    <w:p>
      <w:r>
        <w:t>,PpQV&gt;E"IB,CXEޥ}"K</w:t>
      </w:r>
    </w:p>
    <w:p>
      <w:r>
        <w:t>x#ȻVynd]</w:t>
        <w:br/>
        <w:t>$]VZ*2%{Pл\E}P%h?E Y3_$h]}ŚZFGu?Ǳƃk$</w:t>
      </w:r>
    </w:p>
    <w:p>
      <w:r>
        <w:t>,"qi4$!s* %"</w:t>
        <w:br/>
        <w:t>0)Zw#EH]S؍C]v3U;$z</w:t>
      </w:r>
    </w:p>
    <w:p>
      <w:r>
        <w:t>^vA7kM0G'lh'zfN׋ׄy)s\D u=f%ditx&amp;</w:t>
      </w:r>
    </w:p>
    <w:p>
      <w:r>
        <w:t>B\͌!YѸc7Wu^ e_*944$</w:t>
        <w:br/>
        <w:t>_9+g+YHfKV=Ew@J['_,*;-wL[E%mkn_?U)HGuɶ1|C7Bk(Ն1:-C+п8콾]bB-.;[6u[1ܜJ"`̫D:ѡ϶</w:t>
        <w:br/>
        <w:t>r0DVTVD*Wi_S`}mmVzqQE{yp2ڭ5\v_kyVkh޶ݶkk.srej1kr=Q,o:Vl-RB!AƾOT0lM5j-K]V*qU+ߊ[ $9{3ȻhL1ʝs+=[cSPMx8õ8k#NEβMOF#&gt;1DTt{ZJęZHL6a2kO#4-w%)&amp;5hPDW|D,thYhwh@^/l@HIu}"snx8#mFZ</w:t>
      </w:r>
    </w:p>
    <w:p>
      <w:r>
        <w:t>D};.+ό#2oԆ˽=\&gt;V|!'q8pG(*.v|]dHxfT3tufuS:uk|)Un3xC"|</w:t>
        <w:br/>
        <w:t>_d ('Q0fo,Gb)"݇C1[=x1-µpfzc[d#U1͏k</w:t>
        <w:br/>
        <w:t>kO6`ق0"c]muV5.9^ُox?r]`sKpkar{u~=ᚣÝmoW\kK+5;7+^</w:t>
        <w:br/>
        <w:t>0ڋZK'THCSSd;Z*qr;b)6kuvoS46'</w:t>
      </w:r>
    </w:p>
    <w:p>
      <w:r>
        <w:t>$x</w:t>
      </w:r>
    </w:p>
    <w:p>
      <w:r>
        <w:t>"~g&gt;ki y?uOs?EQl$m嶴눌cm[Em:LKi+4gK-ϔ^5pC)}&amp;WU\</w:t>
        <w:br/>
        <w:t>GV:znvP,7.vl{#WbtkȚ `޼HMY۽@{%n}5r&amp;O(=]xiĄ~ӑG{M׹b,]ވ׆+5Fz&gt;k7OgNbk9݊񻴾G</w:t>
      </w:r>
    </w:p>
    <w:p>
      <w:r>
        <w:t>9k^QX`?U#ܣLnSN{[]Q</w:t>
      </w:r>
    </w:p>
    <w:p>
      <w:r>
        <w:t>n.i_+=c:,d&gt;v9v8L3ҭ"qJٮ*B9(V&gt;{lxiFVxw3CǸ3~Z</w:t>
      </w:r>
    </w:p>
    <w:p>
      <w:r>
        <w:t>*t#߆쉿=B̳"~h Mo!&gt;H_ܡ6Q|g߽QF 9K!Y)hXs"ng%A]ZߔYHc?Ny˷kOih^xʖ&amp;3Owucv`&amp;j</w:t>
      </w:r>
    </w:p>
    <w:p>
      <w:r>
        <w:t>8QU?me1h&amp;?iΆ&amp;</w:t>
      </w:r>
    </w:p>
    <w:p>
      <w:r>
        <w:t>Ww]bkvɢlQ!0K[l_8i.݃n~&gt;ӝ!k-xm=ړR1p~E6+}B;Hڈ|h@ .e,&amp;K0]xVdG"f0y</w:t>
        <w:br/>
        <w:t>o{;z'ܫk9cZ5]C}/"cW|mUS[㕲</w:t>
      </w:r>
    </w:p>
    <w:p>
      <w:r>
        <w:t>k9'AOVnZ_iVc|nR5^&gt;V'Vg^j&gt;4Z]B1j 3L+j_?w;׻3}cd**0|Sx!l@WE</w:t>
      </w:r>
    </w:p>
    <w:p>
      <w:r>
        <w:t>_ٷ'K3fUHg-_b窱=DzS)XQ4DOw-ٌ-}H '4NzêW&gt;S։r4e?y\sym*;-ɬ"B&amp;3=^ArY9PhqKX]JR?e]͵@| k#%hP|%hkt8|q JʪuT㛿</w:t>
      </w:r>
    </w:p>
    <w:p>
      <w:r>
        <w:t>$l/k1$֋f=@̴^]&amp;@$ׂ=PQt|9YnRVDR[%kJsGc`u3U='S=WZYK-etBֿ)JLNZwY=}jsu_u.֭[Iu3%wg[h6Ǭ艨B,k*h.f/1_meҶ[oN؆;i~yK2~(z3!{(X0"o#T7T`V/|1hsv:QAzgQL;r[$b\Vps+&gt;"Ć^8.X}!oFz/ь+ʌ@oP]tHb6yHȌT\*ld~@^HٳWGZg1Q;B?)ŊRi</w:t>
        <w:br/>
        <w:t>I޳5oBxF3BzN</w:t>
      </w:r>
    </w:p>
    <w:p>
      <w:r>
        <w:t>t=|s/.3dv,8НV!TWB%Q"#T[ƪ)mѼŃ*yQ;|3?U:^Mʅ(םzrmR䶝&amp;\9WUs\9ۗύ΍m&gt;7.Cn|nN Iɹs@nJnjnܴ3&amp;Fll˷9m=jپ_j?j?gw|֎:踳?x[:~r3rNci1߉đ.8n[g桮b0r{jLn81:ҳ5CQrD{h\r&gt;OLs^;o=8`S_:C3&gt;s7jۈfV];qxnd~F~ǥ#._p.HQz3.wڲ&gt;x)fkͣNyэkN{Yoݸs?~^93u.?wϞtÁ{_}zonݸ[S~;}zν}no}~ǭ9(X?̽Y|&gt;읝Ucyf;uҘg候k[]烋b^M~ӫ?tzm=nYs]M߸ƪ79vĈζƸX|o]P[bwyɂK'7&amp;'/Xr޸\1M5MصrAo_;ج2sͫ4n+5#҃~\SF6{暜ͮFٷhN4mjTtZ&gt;r8_謫'\imOw/&gt;j7-k찳/&gt;|O_޺ч,8Kv]s~wï50kM?[;lO]&gt;m_=&gt;p^Wm]wغG2Ncuc^/MQ8v*]mqt$zzhzn:g_ӵN8ǺsW w</w:t>
        <w:br/>
        <w:t>?|ӧ0YwNީ^Q{ϡm_޷㑯|%o१z,wO|5-_/Zr6~쫾ɧׯ}W^0/~</w:t>
      </w:r>
    </w:p>
    <w:p>
      <w:r>
        <w:t>_yqkMgewϾ</w:t>
        <w:br/>
        <w:t>?d3v|頲#/]&amp;xcr ]/O9Ozi3&amp;ߵݸo?錃~c=ɺ|aB= 9Nf_ROo:|[.:oҬ핧us+G#?&gt;u8❏'8orGvVV_+}O=e4no?#7mjC*mUk://6vn?O~ZjxGا:)^^#pe7_?򉷭?cmcOGn9\`Iwm</w:t>
        <w:br/>
        <w:t>_|!HJ))wu=a3ML'8a\ [NVwL5/fI|_a</w:t>
        <w:br/>
        <w:t>MJt8ρv:Ư5</w:t>
        <w:br/>
        <w:br/>
        <w:t>[a{Wt$ws64ywᤆ12&amp;?dU.|}]`т4c˹\ǘm7p,R)Ns!-'yǕ'L</w:t>
      </w:r>
    </w:p>
    <w:p>
      <w:r>
        <w:t>*yzYͪtŉB#!ϖC؇~e[mE=wrr/1cGN¬[Gl^5$</w:t>
      </w:r>
    </w:p>
    <w:p>
      <w:r>
        <w:t>T!Jd8}kkA?-XnaTK%#]Bʚ:</w:t>
      </w:r>
    </w:p>
    <w:p>
      <w:r>
        <w:t>^bpQsP m|Tyuٱ_%CЊ(rbsB )Z_</w:t>
      </w:r>
    </w:p>
    <w:p>
      <w:r>
        <w:t>$z#EZB(G̶;,'+wP6)EYv_I"_b=h#XZ+U""mqv1}/d&gt;c`[uKͷp$VZ ?dØA]]i7fЧs|GipG0*WCh!CyŦZx%X;5ܨ|9EsA^*X'Vs&gt;~i\6!Ll/yM6-4`L^3-\4-&gt;</w:t>
        <w:br/>
        <w:t>Nפ ;!$wr;E</w:t>
      </w:r>
    </w:p>
    <w:p>
      <w:r>
        <w:t>K|'+܁s+|.BtH"g\2Pkx-!OC~bل(ɞl?TytBLʫ[Uz</w:t>
      </w:r>
    </w:p>
    <w:p>
      <w:r>
        <w:t>n\PT2$&gt;|</w:t>
        <w:br/>
        <w:t>&gt;v/5C</w:t>
      </w:r>
    </w:p>
    <w:p>
      <w:r>
        <w:t>endstream</w:t>
      </w:r>
    </w:p>
    <w:p>
      <w:r>
        <w:t>endobj</w:t>
      </w:r>
    </w:p>
    <w:p>
      <w:r>
        <w:t>667 0 obj</w:t>
      </w:r>
    </w:p>
    <w:p>
      <w:r>
        <w:t>[ 0[ 1000] 3[ 500] 8[ 500] 11[ 500 500 500 500] 17[ 500] 19[ 500 500 500 500 500 500] 27[ 500 500] 32[ 500] ]</w:t>
      </w:r>
    </w:p>
    <w:p>
      <w:r>
        <w:t>endobj</w:t>
      </w:r>
    </w:p>
    <w:p>
      <w:r>
        <w:t>668 0 obj</w:t>
      </w:r>
    </w:p>
    <w:p>
      <w:r>
        <w:t>[ 500 0 0 0 0 500 0 0 500 500 500 500 0 0 500 0 500 500 500 500 500 500 0 0 500 500 0 0 0 500]</w:t>
      </w:r>
    </w:p>
    <w:p>
      <w:r>
        <w:t>endobj</w:t>
      </w:r>
    </w:p>
    <w:p>
      <w:r>
        <w:t>669 0 obj</w:t>
      </w:r>
    </w:p>
    <w:p>
      <w:r>
        <w:t>&gt;</w:t>
      </w:r>
    </w:p>
    <w:p>
      <w:r>
        <w:t>stream</w:t>
      </w:r>
    </w:p>
    <w:p>
      <w:r>
        <w:t>x]ͮ0X&gt;</w:t>
      </w:r>
    </w:p>
    <w:p>
      <w:r>
        <w:t>stream</w:t>
      </w:r>
    </w:p>
    <w:p>
      <w:r>
        <w:t>x |gv7&amp;ِX</w:t>
        <w:br/>
        <w:t>UDQ"eMSk9wcלMG׾5FڿUŅp=}O_6f)[;9Y]wצg־</w:t>
      </w:r>
    </w:p>
    <w:p>
      <w:r>
        <w:t>eOlgw7;Os|N&gt;{keջHX+\:#Dkܯ7Kxn˪:zYɛr\N\׏/]9͆-</w:t>
      </w:r>
    </w:p>
    <w:p>
      <w:r>
        <w:t>NB쵻ޗ\Ů2A6ʺUsܟy^LվFʲi$u_ء&gt;$C?FɤxEƙt8g1Jg~!WXhNtM'/qa^sF{#Abf^NtxB=Sw&gt;MT=Q̄N6kk&amp;±Z~jk=˫Ћa~'yhJ~t/SRq5Z/)~(ERXJ4Hi)K!V,0dx} Zq8BFFߓrƃ$1$%qG2Fh+qe|BxV Gߕ</w:t>
      </w:r>
    </w:p>
    <w:p>
      <w:r>
        <w:t>`+"'jTʡ*IuR%4Vddr)R.S5Hm2ՊHGQw֊GJƣh5MdƣeRq̎-V-s4#s;d4h+jg9&gt;+'h[F&gt;Zixܠz٠q|.ܨMnx? h|^rkI6jY"_y|Erh/W5~Ie3+|-&amp;4nů]_</w:t>
        <w:br/>
        <w:t>wݺkM4R.xl</w:t>
        <w:br/>
        <w:t>+-ߍB)F_oY=hGhџ~ߗ4'idJa'OS5L^O٩_+cyW:4[c#M7\?0?442r4v^Q#WYVߛíK,co=4;.L~dkk}~^۽z:J}7/z #X[3H2PC@__^ņ|&gt;k%=U鋽m4;.\ޗ 13vz':Ul.9We nK#4;.L\&gt; 13vz':cmZ8"Q4o@</w:t>
        <w:br/>
        <w:t>}?By~aW-9x%0=;.L\&gt; 13vz':Dy]ثK-wFc.ݗ@7fL{`n:=x3\~L^۽z:J}7/z #=ffr-Kme7</w:t>
        <w:br/>
        <w:t>M0B&lt;&gt;)(W-O3aB{`n:=x3\~B^۽z:J}7/z #=afr-Kme7</w:t>
        <w:br/>
        <w:t>M Tb!Wݗ@7qb{`n:=x3\~b^۽z:J}7/z #=qfr-Kme7</w:t>
        <w:br/>
        <w:t>UU%Pg7:,P0TU0U播U 3sxmwꙞ(njܼꑎb&amp;cmZ8"Q4o@</w:t>
        <w:br/>
        <w:t>}?ByzqǭqxtT,.8iղV6?O(;-Xڅw.:iѪE7;e)w:Ou+K7/;b٣7y/ҧ蚋_m&gt;EW_</w:t>
        <w:br/>
        <w:t>/:DsQ1_pOzͽG߰.}ܿOߺ|s[rѽݳ˾ko{76u_깷W?[&amp;tM7uo]+ܿQZSS8"n/ Pw0ocfϜqt=bԚçLT]uء9b'Ə;ftxTy蠑#</w:t>
        <w:br/>
        <w:t>-2(/Tdgy.C6"e3WFl³Pw;UF(X+ʊdUD!R2q4E+zq\Gx䎲ogQ9m;5jXnXyw=#]^)&gt;ófCۚZڣ떄CpmU}sȺ</w:t>
        <w:br/>
        <w:t>]"4dz!RsxfVt&gt;,k偦9m޼oi|D</w:t>
      </w:r>
    </w:p>
    <w:p>
      <w:r>
        <w:t>fv}*#6՞بR뚵tANq7?kQWj`ނrNBd݂, n</w:t>
      </w:r>
    </w:p>
    <w:p>
      <w:r>
        <w:t>fs˶[JO4۽eO氎UYâs[ \ZizܶF-s|&amp;♍ktsy5ѧd?z.WDf6n6}3¼k)\)|vJ?bFzgHwэ{.P}[sյiu}h]4v&gt;m=ҺcfR3c^Sd}n]`̈́C+gYޫۣ62{e3%uYk,mkNlhZWwnAhֺ[7vU&amp;uǚkJ{;wuw[kֶ=7\&gt;"ެO+%\2cKX`K~ɍGM[FGB"uZ\i.i0to[]^+?H:kZa-/m7Zݽΐu\ӹZgPw2ŗ4\?=t5J9k8[z؅*)~J</w:t>
        <w:br/>
        <w:t>ҰlEIpيk/6tf-T?GO1fZQ5555=kZ55=kzd鴮TtZmLn|Uq~UE=8Xn/7YeF5m5Zӥkh-F5=kzz]So+&gt;쵮ϬuU\:Zz\W'xxiٔɥEJK}UfZ,c</w:t>
        <w:br/>
        <w:t>?pBŠ+</w:t>
      </w:r>
    </w:p>
    <w:p>
      <w:r>
        <w:t>Gjn6D\SEňHZ7)Reo|@_0*:"\{z?CvY}X]H /ڜy?9~oaFKZYSeZjOuvggv~,</w:t>
      </w:r>
    </w:p>
    <w:p>
      <w:r>
        <w:t>pޱ)k&gt;Is/fʒ\nnF[eMJoTՎۍevatl2sMpfqWvlfޱע%۝ܱs7qk,=6ƻFbw='?6zyo| uk^3YzCj</w:t>
      </w:r>
    </w:p>
    <w:p>
      <w:r>
        <w:t>2܁vcɃJKuFݸ@ѐA%ߐpGJ&gt;TZyeܧ?O/[ݠjGi]P]</w:t>
        <w:br/>
        <w:t>Tw~ia5VNըvt}i/7~Jˋs\nx=ufͮy[Y\6f_skֺ+;g|ƆQ|G漜]*wv^0𼼑^CϪaFo7\nZ?8!)ql]Zc]9s&gt;msQCSm}?'Z ]'t䣏:w/go&gt;N:!/ d&amp;$T歬"=gYV5ϡ(}O-/:pQnrQWi'DV</w:t>
        <w:br/>
        <w:t>N`*GMѣZ-oX)xf:Y</w:t>
      </w:r>
    </w:p>
    <w:p>
      <w:r>
        <w:t>Wg` jAI $J}&amp;(˦'Bs4{pF</w:t>
        <w:br/>
        <w:t>Rϔ}T"|]nAW1$&gt;V\u䟷 =r[*</w:t>
        <w:br/>
        <w:t>hb%D_`՛37</w:t>
      </w:r>
    </w:p>
    <w:p>
      <w:r>
        <w:t>/Y8g'kf|L3j5푘K-lN$Ɓq]Jā</w:t>
      </w:r>
    </w:p>
    <w:p>
      <w:r>
        <w:t>1p"&amp;֍l+%յϽgt=ʏh4]\}fkrgZ1\QFOGD!!TG#99-Cc(|Z a]2W$</w:t>
      </w:r>
    </w:p>
    <w:p>
      <w:r>
        <w:t>Q:AUZ?%\1ڱԁ϶?SԳ7N_RxRitm no+ W;|۠t^OB/Jz%r1QUt($P[IJe^^tpyy&gt;g;_rB!FɂNr`tb9Sw: ҙ-%0MS&gt;奫Fd&amp;d~%EU6֨L;PJ8ԑ0E4P7T?8߿g\|i&amp;V_6pAr;sm;@&gt;|gGSmSo~2(`bL5LbJ|Yc}EUWXx~*~S=}]҃zkm7/F5*Ȍͪa*i5&gt;L!*$P*#f?:i2T3B[LG~?C\1ws;O_geEVA&amp; | jtĨd`/tqΪtP[;ĆB9R0c61ON3[4N-x+_'(DNAK"ߙ錘#0؀{%a(lup@9(snv9 k{_J&gt;';1vE gE</w:t>
        <w:br/>
        <w:t>Πzn|1-~/6R{ؿfۂF^NN2𗀋)@PlGyuu+Aߛ(+z&gt;@.Nsk.!B5TCksgPe1p]#r9_&amp;2`lkӿlH@-iC 1\ƚfPjj+dTEP#Wfcq:hDbIer~Â,Ӿ+&gt;aDI*tyDPk2]t7!_)uGޒ1+}2h&gt;j̛lȨQvHv \qNÝ'Vn3R!sQٴqH:D@J$qIg~j־6[#\hv|Bnj ɡzLLjZ~S+:"T39[[8oq\2_uQ(Zq6Ȫ^D8Z9</w:t>
      </w:r>
    </w:p>
    <w:p>
      <w:r>
        <w:t>Q'SäJ:i+s[@"hM6t(F9wL^(@[\ Tf,R[eYf+&amp;2|͋Us]:6b1yԥ*4[H&gt;oNg/PϦ d]IYlUَ;xys_ߵ%_Ǫ"yCdœ:oۺz4y'b5&amp;wWbLPjUyl$Cty@tKuLr^uzPpxe=&gt;uufmՃE)pdES|ҹEV{Xȕ&amp;$NӮQa$_%H~dFpaoPy#wϿp]&gt;D0Y.uq]Q4w⦹2r-'Դx߁zT/)xoĻܲ%Ƶ</w:t>
        <w:br/>
        <w:t>9I\\uP:nxDx)ɤK]fMH0tR5,j1\f1D1zlfYvM1l!shc,i+޴jMTs2VVH͹B</w:t>
        <w:br/>
        <w:t>(ӳ</w:t>
        <w:br/>
        <w:br/>
        <w:t>uv{駇oر÷^N#i^s3{qeբџ#ߋ{l$G=E@`</w:t>
      </w:r>
    </w:p>
    <w:p>
      <w:r>
        <w:t>S嚥8&amp;Լ/Xs7T?vK2o⡊U5.i5v6YLșt*۝'QϴxzD":A=/OK#;FEsFθRRlvJ&gt;˥_hllTzʬuŦy3U+gw4J3ӗƪ٬6z5 {-aI%?dC(W-Ջ+U:|x {ڪ[Ū;I&gt;&gt;%?RX*Pk3M`.js7`c.tH[</w:t>
        <w:br/>
        <w:t>]MLGEugi~1K~~ GoUTAyEnYĨֶ.#$N7"kk~"TہK֢^I8[B~WV5Տuz"飹D2</w:t>
      </w:r>
    </w:p>
    <w:p>
      <w:r>
        <w:t>B9zݴs6xLZL|jT]D*1`2}$~YS=P'Լnxe^C]0k.\Sֱ.,XNN@Re) W/Hf.a|N8DtcQz)ORRHAK&gt;mIrQlg{-P0/`*M䝖Vs</w:t>
        <w:br/>
        <w:t>qGP,#Qv^VDϧ)]1Į:64ۋɱ7hG?ɝ=Ϯ{v҃+{E'ƕDqP_.򪂜NaL</w:t>
        <w:br/>
        <w:t>,U</w:t>
        <w:br/>
        <w:t>ZdE@q</w:t>
        <w:br/>
        <w:t>eXfjygZTLOVC6S]3TkkjkBHCnO5\ub]c;;R(bl!v=Î*=h9j9m`b-</w:t>
      </w:r>
    </w:p>
    <w:p>
      <w:r>
        <w:t>ϛ MttgO(}3[tʵno˿pP:%P7lic?tY4YzTˋ3'݇!:)űVեgƌv]#$zUh;}qIB/TwgqTF'sN+V;n_սP[jFB!oH8H,&amp;'E&gt;BCwߺ-@jTAE9J]fp87*</w:t>
      </w:r>
    </w:p>
    <w:p>
      <w:r>
        <w:t>|=zpVJa&gt;\&amp;NW.ʴIݓeX4p4uj,hEceyyp6Ad#9AIh,x˫r9\[eroq44c!Ï6[j˛=̳uhiƬQ</w:t>
      </w:r>
    </w:p>
    <w:p>
      <w:r>
        <w:t>3_%Z%bX**qH$dEh</w:t>
        <w:br/>
        <w:t>bJޯiC}TAG#;7مi/ZϐsR̰zg[jFn/)zSC@M@9hTFmgX9&amp;*{+UDʡMQ5qĚBHik9Fep}}6qMg`s.Qg9fI6ds6WB~,! Iå $rK0@9;DDZK"S"jAbӾZ.U."</w:t>
      </w:r>
    </w:p>
    <w:p>
      <w:r>
        <w:t>Yn |*up;</w:t>
        <w:br/>
        <w:t>g+\j|Zy\I8hwֶg:ssw_:.;owF</w:t>
      </w:r>
    </w:p>
    <w:p>
      <w:r>
        <w:t>M6 3~hIxd</w:t>
        <w:br/>
        <w:t>dJgOJJ}B:Kنx~wLIYYpm@cLJHb3sx!9'4'|L$vxV`В2&gt;bd|d&amp;e</w:t>
        <w:br/>
        <w:t>4W&gt;f5i/%C-co5RT2D񏍭1Ƙ=/&amp;yIhy͈qQ^B?#9N&gt;-hj~)Z&amp;$:*B^dƯ f&amp;{mm^XF hF=640{ȳ. mu:[=op?잙bࠁuKEsݎ</w:t>
        <w:br/>
        <w:t>={/{Bso&amp;ĳF2\:\|1597|pMʺs][Fo2%MFϟPeike4x``d2{%ށ{N)rrVX|&gt;NeOC9u+Ϥv꧚ʩ;V[lav+FBk洺%97ngBԽ/Xe;Z}}9+7Aj~&gt;Ϩ</w:t>
        <w:br/>
        <w:t>y$=qA]{)'Zѹ`Jmk&amp;E'\G',ƩQ֕ZqwrAUz&gt;bŨt}zo[i|}WnزN</w:t>
        <w:br/>
        <w:t>K$xF&amp;?neԹfCC꫋$سQ3Iלҡkq{`iib"0[x2B"&gt;ȖCBcuU-MZ/SQQ(/flH޿nnKmMAh)BGأId</w:t>
      </w:r>
    </w:p>
    <w:p>
      <w:r>
        <w:t>S߀tZ([aNSt4 5UCvU=4\=TT'POW/I=]aC*xdwgГcrs91GiYc&amp;/.qX#e</w:t>
        <w:br/>
        <w:t>'$6W;=0X#I7=*gNŎ7Mdϊ1 {gsQ2')o(=Sq^tuEaDa9cIut\:wX=hx</w:t>
      </w:r>
    </w:p>
    <w:p>
      <w:r>
        <w:t>qi߮(G4&amp;`HeYe)Qru]-ߐ/Ӕ)+GӶ|ڝ0I&gt;IIzhdwdA`r&amp;!JKkڗHuõW25@ӒƢ==GzaN1"[Mrp_Y3ߖ-v*edzk&amp;tљl]]k1瞏{֗)1*PqEϋRuI^*Ͼv:vl</w:t>
        <w:br/>
        <w:t>#fW%H</w:t>
      </w:r>
    </w:p>
    <w:p>
      <w:r>
        <w:t xml:space="preserve">tRa?5SV{Ss{EVdIa`^nWKR </w:t>
        <w:br/>
        <w:t>jlz]&gt;˯_&amp;&gt;&amp;ֻk#aoaOpq!D8Z˝gOxpHg+G0[hG|#U^"ER@6Zow,8Y5Bql+SצCoMQe}EouiQS87{{_+Wۅ=k</w:t>
        <w:br/>
        <w:t>1</w:t>
      </w:r>
    </w:p>
    <w:p>
      <w:r>
        <w:t>CPU_Re@9-׺2܏׺_{</w:t>
      </w:r>
    </w:p>
    <w:p>
      <w:r>
        <w:t>wuzˀ\9z:eÑo_Uu/w+}A ַVjt-׺                                              |{0ZAAAAAAAAAAAAAAAAAAAAAAAAAAAAAAAAAAAAAAAAAAAAAAAAAAAAAAmr?*"S`K6]J~&gt;GtA6[ڧOtM;A?Ky#(-`U=Ye&gt;|)SAWNSƂML_Ǘ4ەNS&gt;CyQl'S,QED"Eb^zcoh7o]On?p*Ix=ރ{ރQx{T/$5#xf=!Txa{!\+_!R</w:t>
      </w:r>
    </w:p>
    <w:p>
      <w:r>
        <w:t>QW"|WBbM&amp;x1Xǐ sR;}ޥ:Yo[9tuns!·q~$&amp;3阞1gFY3`ff!,1g,E!l(f1,űxfu%8DĒY</w:t>
      </w:r>
    </w:p>
    <w:p>
      <w:r>
        <w:t>KeXQ6ɲv3[naw٭6þnwd],lnfg,VȊX1+adX9sѬaUղ:lg65X#&amp;)l*kblZX+`3,6ame76Ϲw&gt;8Nu1i|1ubvs)}`|d?dl5[dkُ:m`w^3a?gؽl3ma`_2-I</w:t>
      </w:r>
    </w:p>
    <w:p>
      <w:r>
        <w:t>LRdB$.EK1RYy7Ke[MC'?\ݤnQ&gt;Rݪ&gt;nSRVQ;G՝.O}Lݭ&gt;~[aGտ@M=8ғPG?Ov~</w:t>
      </w:r>
    </w:p>
    <w:p>
      <w:r>
        <w:t>u3^p^#P+%</w:t>
      </w:r>
    </w:p>
    <w:p>
      <w:r>
        <w:t>zO3hP7@&amp;-fEEg?TbX-N׬Z%iZ</w:t>
        <w:br/>
        <w:t>՚y`ଈ#dq;ZFg%8</w:t>
      </w:r>
    </w:p>
    <w:p>
      <w:r>
        <w:t>N# kP^"')</w:t>
      </w:r>
    </w:p>
    <w:p>
      <w:r>
        <w:t>[is![B/}\1J'+WMlrOV4?@C|A"vdnF6?3@܁"dO/*VU# XSkKdD^s3$HVTA?L</w:t>
        <w:br/>
        <w:t>`=`hp!ip΁"DML5oj&amp;84abo"G5Mom(G/{͖qba74h%jzx?/lg*qK}`]t1N zAOD'</w:t>
      </w:r>
    </w:p>
    <w:p>
      <w:r>
        <w:t>|mߙ"`^= !P_</w:t>
      </w:r>
    </w:p>
    <w:p>
      <w:r>
        <w:t>M"asϓ</w:t>
      </w:r>
    </w:p>
    <w:p>
      <w:r>
        <w:t>}/ld`rws%&amp;</w:t>
        <w:br/>
        <w:t>H~MLxe;֚͊ #*C)3"jd5/Jm2tOOo\í&gt;j2uҕ[*</w:t>
        <w:br/>
        <w:t>\L涸+6g#-m %s&amp;ejRMTM"joO3}Rh|;/|AϘf4kl_¦ӛ3यŤ_R883u!$yxLwoO#) 5Kc*</w:t>
      </w:r>
    </w:p>
    <w:p>
      <w:r>
        <w:t>'7퓧Tj'bZxD(:gtȁ#0e`߉q</w:t>
      </w:r>
    </w:p>
    <w:p>
      <w:r>
        <w:t>pz58]zɥU~1tOи)S=Vf2sNr"? 53UR~JU{:_J%q޴|o=?T,fGxƪ5w.$~Y&gt;1!!F~ᆘ4JXk2H]CьSRA55Uk#3[ Wj*ま3}tm P~B8AyʷOwmAK'(v</w:t>
      </w:r>
    </w:p>
    <w:p>
      <w:r>
        <w:t>az()</w:t>
      </w:r>
    </w:p>
    <w:p>
      <w:r>
        <w:t>lkbԮ)Ęo3p)</w:t>
      </w:r>
    </w:p>
    <w:p>
      <w:r>
        <w:t>u8)$</w:t>
        <w:br/>
        <w:t>!ݔ"ЫSOuMr29Mq*ML-@?mThyʍO,19jeX49S^9M.(wڎu0A=C!3xݒoU*4h5axDsHlXp-'Owl&gt;G{ \I-p_䃘!`@ԅHnrWȠ{kdmcm@T!H*"@| k`?`$^.{A}~[vH7Jf&amp;%W[eR4'3SdȇԁPW0(dTZ;!{ZvJ_zoM}9-^hmU&amp;YxbQ&gt;kႸOc</w:t>
        <w:br/>
        <w:t>tK竖ZW֎XVW(y</w:t>
      </w:r>
    </w:p>
    <w:p>
      <w:r>
        <w:t>|`u$ᙚm|%^BtTHSo`p[}Kϛ6|˃Jv?8x]7s%~\pbO+lW09wp߭Q/sr1K{z~4+Vpu½W\ 'LIȰZŵG}e̷rт1X^K+SwM+P"zOZwlWB'/L[A_q"P\0kXFlP|p*cάp$LMv</w:t>
        <w:br/>
        <w:t>KX)bJe-pRHbIAKUKI6r&gt;dOo</w:t>
        <w:br/>
        <w:t>ޘ٣Wfh==E-ٜVW=;6~qݸrDˎe*4\</w:t>
        <w:br/>
        <w:t>eienh-Dt</w:t>
      </w:r>
    </w:p>
    <w:p>
      <w:r>
        <w:t>endstream</w:t>
      </w:r>
    </w:p>
    <w:p>
      <w:r>
        <w:t>endobj</w:t>
      </w:r>
    </w:p>
    <w:p>
      <w:r>
        <w:t>671 0 obj</w:t>
      </w:r>
    </w:p>
    <w:p>
      <w:r>
        <w:t>[ 0[ 697] 3[ 296] ]</w:t>
      </w:r>
    </w:p>
    <w:p>
      <w:r>
        <w:t>endobj</w:t>
      </w:r>
    </w:p>
    <w:p>
      <w:r>
        <w:t>672 0 obj</w:t>
      </w:r>
    </w:p>
    <w:p>
      <w:r>
        <w:t>[ 296]</w:t>
      </w:r>
    </w:p>
    <w:p>
      <w:r>
        <w:t>endobj</w:t>
      </w:r>
    </w:p>
    <w:p>
      <w:r>
        <w:t>673 0 obj</w:t>
      </w:r>
    </w:p>
    <w:p>
      <w:r>
        <w:t>[ 500]</w:t>
      </w:r>
    </w:p>
    <w:p>
      <w:r>
        <w:t>endobj</w:t>
      </w:r>
    </w:p>
    <w:p>
      <w:r>
        <w:t>674 0 obj</w:t>
      </w:r>
    </w:p>
    <w:p>
      <w:r>
        <w:t>&gt;</w:t>
      </w:r>
    </w:p>
    <w:p>
      <w:r>
        <w:t>stream</w:t>
      </w:r>
    </w:p>
    <w:p>
      <w:r>
        <w:t>xkt}3]HlkHv-ɲ,</w:t>
      </w:r>
    </w:p>
    <w:p>
      <w:r>
        <w:t>Nrbؠ$Kº,X</w:t>
        <w:br/>
        <w:t>4`C)u$훦)&gt;=)&amp;16&amp;Ep-ͩK^$)̮drix;gdo=!mWtl&gt;%blǾ|"N,"1Z=yU;|73z%z|c6Xb6h;LHכ"Ɂ-"&gt;%CCٛpf_:y1/ݐ?;+%bxv7NuWhӨKZ? ƍG2/ly'ν:ǒܔ4{;9uaKv j-dL:jeW2!ao~a?\mW}8Ī5[,^|Z_Qeʌ/eMRV龴/1 zR|YLw'&amp;4~2i%7*mݭjVjU+aUfJX5aUªb.5Sg7 v=}H/PUDÖw=g}Uke}_k_ȇiKr}dYݧGnʈiia4p+F}/?!'*~2ge/8Z)'xܔNfǒ_J:Eh\X~ö]껞z.oncCˊ</w:t>
        <w:br/>
        <w:t>/XU4o8WmqO7+s3QMŋ[XEGW.GeUw?^w*oߩ{7?.-4N^TJ'd]DE}qY_'.[+)nF#BYwTևxTNȳrFr;#f,NRݩlKW#+E~ii6e:C5O!ʘcWMI?z#mӕmӭe啛L}?j_Fo*C1ןY:eE.]-^f97aSi۴bTTQ«Ⱥs:</w:t>
      </w:r>
    </w:p>
    <w:p>
      <w:r>
        <w:t>o:v</w:t>
        <w:br/>
        <w:t>t,r_Xu&amp;:[Pٜ_m+,</w:t>
      </w:r>
    </w:p>
    <w:p>
      <w:r>
        <w:t>/VӜ47~/W,/Z2?^:n|[yj)[k-JHdmjXi,*--wۯrsP.S'8%a+#ã}c]:_魃c#zp]z}CCcPս}ベѠwtpy]C5ޡw7</w:t>
        <w:br/>
        <w:t>W$-eDrXFe@_ƴml}WNַJճt^4v7vVnk߾?6|Wv+z`ǯv\,{</w:t>
        <w:br/>
        <w:t>jOK~~=fAmHۧFd95ZRM</w:t>
        <w:br/>
        <w:t>k;}\[ûݫ1]-.cQۈ~Dh=ڣl3NhnCzXt,jOthU3_139f舻&gt;:[?/}뛐9FOgU]xLpU_HwavZ˅2{1'(3fьf9_|݊eӟxضyJ.7zGG-L\,y@pp 8</w:t>
      </w:r>
    </w:p>
    <w:p>
      <w:r>
        <w:t>#f4)Sh?g*-t</w:t>
        <w:br/>
        <w:t>nn n</w:t>
        <w:br/>
        <w:t>~3;'8</w:t>
        <w:br/>
        <w:t>~+?w|!/_</w:t>
      </w:r>
    </w:p>
    <w:p>
      <w:r>
        <w:t>A_kA0Q/Lp{g7PGM[m0LEaTi7Iwy||Ü6Ϙ7Ϛ?44ϛo̷?)]󦕲%VںZk[ǭ}֐5bn&gt;muzOw޲ˮS"^j+</w:t>
      </w:r>
    </w:p>
    <w:p>
      <w:r>
        <w:t>endstream</w:t>
      </w:r>
    </w:p>
    <w:p>
      <w:r>
        <w:t>endobj</w:t>
      </w:r>
    </w:p>
    <w:p>
      <w:r>
        <w:t>675 0 obj</w:t>
      </w:r>
    </w:p>
    <w:p>
      <w:r>
        <w:t>] /Filter/FlateDecode/Length 1373&gt;&gt;</w:t>
      </w:r>
    </w:p>
    <w:p>
      <w:r>
        <w:t>stream</w:t>
      </w:r>
    </w:p>
    <w:p>
      <w:r>
        <w:t>x5u2De/86 #0"r33P܋</w:t>
      </w:r>
    </w:p>
    <w:p>
      <w:r>
        <w:t>\Yȍ?|yV*[ڡRi|R[nvUUxsN(y*</w:t>
        <w:br/>
        <w:t>V(l,_X`a-0dZn|aȖ0^FIx00o~za¡Km,|JC%~ߝnj|sԠ9%ZEklhhvD'tNn]3vA-vCwBD_FF? aa(Fcw=cFb&amp;`Ƣ{cAc_쇉5eu &amp;a82c</w:t>
      </w:r>
    </w:p>
    <w:p>
      <w:r>
        <w:t>bcfc`AX8G(/c.`&gt;8_B|8'Dq</w:t>
      </w:r>
    </w:p>
    <w:p>
      <w:r>
        <w:t>NRc]cķpN28gl\sm||\Ỹ'W⇸</w:t>
      </w:r>
    </w:p>
    <w:p>
      <w:r>
        <w:t>?1V~_F\kq</w:t>
        <w:br/>
        <w:t>5~X_a5nP]R7fݸv܁;q~{p/:&gt;cK!V}ϰgf1JmRF(e1JQRFim6FHd1je4DF"B"#`$26FQhc2C+{Aft3mRF"Q(e2JRJf"t3DF&gt;#ѱbD1Qg4`F"#qd.d0a3]VQDF"Hd95DF"#hj$2j%fN2T(e/K!Ȩh$2DF"s1DF"#Hdd0(F#Q\1F0#Ȩa$25DFZHd$2+ Hd$2j1DF</w:t>
        <w:br/>
        <w:t>T׋RF</w:t>
        <w:br/>
        <w:t>YDf-4jDF"hj$2Df=$2DF"#Hd$2(F0#ňb3'b3(F"xg$2lڒHd$2E"Hd$2jDF</w:t>
      </w:r>
    </w:p>
    <w:p>
      <w:r>
        <w:t>}q`lhhVm ۣ=:`숎;Zn7v] &gt;&gt;</w:t>
      </w:r>
    </w:p>
    <w:p>
      <w:r>
        <w:t>startxref</w:t>
      </w:r>
    </w:p>
    <w:p>
      <w:r>
        <w:t>303151</w:t>
      </w:r>
    </w:p>
    <w:p>
      <w:r>
        <w:t>%%EOF</w:t>
      </w:r>
    </w:p>
    <w:p>
      <w:r>
        <w:t>xref</w:t>
      </w:r>
    </w:p>
    <w:p>
      <w:r>
        <w:t>0 0</w:t>
      </w:r>
    </w:p>
    <w:p>
      <w:r>
        <w:t>trailer</w:t>
      </w:r>
    </w:p>
    <w:p>
      <w:r>
        <w:t>] /Prev 303151/XRefStm 301574&gt;&gt;</w:t>
      </w:r>
    </w:p>
    <w:p>
      <w:r>
        <w:t>startxref</w:t>
      </w:r>
    </w:p>
    <w:p>
      <w:r>
        <w:t>316831</w:t>
      </w:r>
    </w:p>
    <w:p>
      <w:r>
        <w:t>%%EOF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