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云南民族大学2026年拟录取推免生公示名单-云南民族大学-研究生院</w:t>
      </w:r>
    </w:p>
    <w:p>
      <w:r>
        <w:t>发布时间：2025年11月10日</w:t>
      </w:r>
    </w:p>
    <w:p>
      <w:r>
        <w:t>来源URL：https://web.ymu.edu.cn/yjsy/info/1201/3741.htm</w:t>
      </w:r>
    </w:p>
    <w:p>
      <w:r>
        <w:t>========================================</w:t>
      </w:r>
    </w:p>
    <w:p>
      <w:r>
        <w:t>云南民族大学2026年拟录取推免生公示名单</w:t>
      </w:r>
    </w:p>
    <w:p>
      <w:r>
        <w:t>日期：2025年11月10日阅读次数： 次</w:t>
      </w:r>
    </w:p>
    <w:p>
      <w:r>
        <w:t>根据学校2026年推免工作的相关规定，现将2026年拟录取推免生名单公示如下：</w:t>
      </w:r>
    </w:p>
    <w:p>
      <w:r>
        <w:t>公示时间为2025年11月10日-2025年11月17日。若有异议，请在公示期内向研究生院招生办公室实名反映。</w:t>
      </w:r>
    </w:p>
    <w:p>
      <w:r>
        <w:t>云南民族大学研究生院</w:t>
      </w:r>
    </w:p>
    <w:p>
      <w:r>
        <w:t>2025年11月10日</w:t>
      </w:r>
    </w:p>
    <w:p>
      <w:r>
        <w:t>友情链接</w:t>
      </w:r>
    </w:p>
    <w:p>
      <w:r>
        <w:t>友情链接</w:t>
      </w:r>
    </w:p>
    <w:p>
      <w:r>
        <w:t>友情链接</w:t>
      </w:r>
    </w:p>
    <w:p>
      <w:r>
        <w:t>友情链接</w:t>
      </w:r>
    </w:p>
    <w:p>
      <w:r>
        <w:t>友情链接</w:t>
      </w:r>
    </w:p>
    <w:p>
      <w:r>
        <w:t>友情链接</w:t>
      </w:r>
    </w:p>
    <w:p>
      <w:r>
        <w:t>邮箱: XXXXXXX@XXX</w:t>
      </w:r>
    </w:p>
    <w:p>
      <w:r>
        <w:t>邮编: XXXXXX</w:t>
      </w:r>
    </w:p>
    <w:p>
      <w:r>
        <w:t>联系地址：XXXXXXXXX</w:t>
      </w:r>
    </w:p>
    <w:p>
      <w:r>
        <w:t>联系电话：XXX-XXXXXX</w:t>
      </w:r>
    </w:p>
    <w:p>
      <w:r>
        <w:t>官方微信</w:t>
      </w:r>
    </w:p>
    <w:p>
      <w:r>
        <w:t>Copyright @ 2013-2020 All Rights Reserved 云南民族大学 版权所有 滇ICP备05008862号</w:t>
      </w:r>
    </w:p>
    <w:p>
      <w:r>
        <w:t>莲华校区：云南省昆明市五华区一二一大街134号 雨花校区：云南省昆明市呈贡区月华街2929号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