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安徽农业大学2026年拟录取推免生名单公示</w:t>
      </w:r>
    </w:p>
    <w:p>
      <w:r>
        <w:t>发布时间：2025年10月20日</w:t>
      </w:r>
    </w:p>
    <w:p>
      <w:r>
        <w:t>来源URL：https://yjs.ahau.edu.cn/info/1016/50624.htm</w:t>
      </w:r>
    </w:p>
    <w:p>
      <w:r>
        <w:t>========================================</w:t>
      </w:r>
    </w:p>
    <w:p>
      <w:r>
        <w:t>安徽农业大学2026年拟录取推免生名单公示</w:t>
      </w:r>
    </w:p>
    <w:p>
      <w:r>
        <w:t>发布时间：2025年10月20日 10:16 来源： 访问量：</w:t>
      </w:r>
    </w:p>
    <w:p>
      <w:r>
        <w:t>现将我校2026年拟录取推免生名单予以公示。</w:t>
      </w:r>
    </w:p>
    <w:p>
      <w:r>
        <w:t>公示时间从2025年10月20日至10月26日。在公示期内，对拟录取名单有异议者，可向我校研招办或校纪委办反映，电话：0551-65786436（校研招办）、0551-65785630（校纪委办）。</w:t>
      </w:r>
    </w:p>
    <w:p>
      <w:r>
        <w:t>安徽农业大学研究生招生委员会办公室</w:t>
      </w:r>
    </w:p>
    <w:p>
      <w:r>
        <w:t>2025年10月20日</w:t>
      </w:r>
    </w:p>
    <w:p>
      <w:r>
        <w:t>附件【安徽农业大学2026年拟录取推免生名单.xlsx】已下载 次</w:t>
      </w:r>
    </w:p>
    <w:p>
      <w:r>
        <w:t>上一条关于报考我校2026年硕士研究生考生报考资格审核的提示</w:t>
      </w:r>
    </w:p>
    <w:p>
      <w:r>
        <w:t>下一条2026年全国硕士研究生招生考试安徽农业大学报考点公告</w:t>
      </w:r>
    </w:p>
    <w:p>
      <w:r>
        <w:t>Copyright 2012 @安徽农业大学 All Rights Reserved 皖ICP备05014183号</w:t>
      </w:r>
    </w:p>
    <w:p>
      <w:r>
        <w:t>地址：安徽省合肥市长江西路130号 邮编230036 信箱：yjsy@ahau.edu.cn</w:t>
      </w:r>
    </w:p>
    <w:p>
      <w:r>
        <w:t>官方微信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