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海军工程大学2026年招收推荐免试无军籍硕士研究生实施办法</w:t>
      </w:r>
    </w:p>
    <w:p>
      <w:r>
        <w:t>发布时间：未标注</w:t>
      </w:r>
    </w:p>
    <w:p>
      <w:r>
        <w:t>来源URL：https://mp.weixin.qq.com/s/5ApM68QLKf1y4C8Yy5m9UA</w:t>
      </w:r>
    </w:p>
    <w:p>
      <w:r>
        <w:t>========================================</w:t>
      </w:r>
    </w:p>
    <w:p>
      <w:r>
        <w:t>海军工程大学2026年招收推荐免试无军籍硕士研究生实施办法'.html(false);</w:t>
      </w:r>
    </w:p>
    <w:p>
      <w:r>
        <w:t>var msg_desc = htmlDecode("招收对象教育部批准的具有推免资格的普通高校应届本科毕业生，且获得2026年推荐免试攻读研究生资格。");</w:t>
      </w:r>
    </w:p>
    <w:p>
      <w:r>
        <w:t>var msg_cdn_url = "https://mmbiz.qpic.cn/sz_mmbiz_jpg/r9cRBHEKia7rw0IOagOE97LopaEDMkzuELQ7AGHFsic9CdiaRKLh6kM5DLpoXe8SnZJkcCdWkI0ERjsUdOKBTKsjg/0?wx_fmt=jpeg";</w:t>
      </w:r>
    </w:p>
    <w:p>
      <w:r>
        <w:t>var cdn_url_1_1 = "https://mmbiz.qpic.cn/sz_mmbiz_jpg/r9cRBHEKia7rw0IOagOE97LopaEDMkzuE4kCVftoApaCIfMn7uSEmwiaSSuV85vXp624iaNaGrKvoQib8WdR9d9hkQ/0?wx_fmt=jpeg";</w:t>
      </w:r>
    </w:p>
    <w:p>
      <w:r>
        <w:t>var cdn_url_235_1 = "https://mmbiz.qpic.cn/sz_mmbiz_jpg/r9cRBHEKia7rw0IOagOE97LopaEDMkzuELQ7AGHFsic9CdiaRKLh6kM5DLpoXe8SnZJkcCdWkI0ERjsUdOKBTKsjg/0?wx_fmt=jpeg";</w:t>
      </w:r>
    </w:p>
    <w:p>
      <w:r>
        <w:t>var msg_link = "https://mp.weixin.qq.com/s/5ApM68QLKf1y4C8Yy5m9UA";</w:t>
      </w:r>
    </w:p>
    <w:p>
      <w:r>
        <w:t>var user_uin = "" * 1;</w:t>
      </w:r>
    </w:p>
    <w:p>
      <w:r>
        <w:t>var open_id = "";</w:t>
      </w:r>
    </w:p>
    <w:p>
      <w:r>
        <w:t>var msg_source_url = '';</w:t>
      </w:r>
    </w:p>
    <w:p>
      <w:r>
        <w:t>var img_format = 'jpeg';</w:t>
      </w:r>
    </w:p>
    <w:p>
      <w:r>
        <w:t>var srcid = '';</w:t>
      </w:r>
    </w:p>
    <w:p>
      <w:r>
        <w:t>var req_id = '0117I1Tt6LYZ0NcJQtoS7oH1';</w:t>
      </w:r>
    </w:p>
    <w:p>
      <w:r>
        <w:t>var networkType;</w:t>
      </w:r>
    </w:p>
    <w:p>
      <w:r>
        <w:t>var appmsgid = "2649209008" || '' || '';</w:t>
      </w:r>
    </w:p>
    <w:p>
      <w:r>
        <w:t>var comment_id = '4158982888886861831' || '0';</w:t>
      </w:r>
    </w:p>
    <w:p>
      <w:r>
        <w:t>var mp_comment_id = "" || "" * 1;</w:t>
      </w:r>
    </w:p>
    <w:p>
      <w:r>
        <w:t>var comment_enabled = "" * 1;</w:t>
      </w:r>
    </w:p>
    <w:p>
      <w:r>
        <w:t>var open_fansmsg = "0" * 1;</w:t>
      </w:r>
    </w:p>
    <w:p>
      <w:r>
        <w:t>var is_https_res = ("" * 1) &amp;&amp; (location.protocol == "https:");</w:t>
      </w:r>
    </w:p>
    <w:p>
      <w:r>
        <w:t>var msg_daily_idx = "1" || "";</w:t>
      </w:r>
    </w:p>
    <w:p>
      <w:r>
        <w:t>var profileReportInfo = "" || "";</w:t>
      </w:r>
    </w:p>
    <w:p>
      <w:r>
        <w:t>var devicetype = "";</w:t>
      </w:r>
    </w:p>
    <w:p>
      <w:r>
        <w:t>var source_encode_biz = "";</w:t>
      </w:r>
    </w:p>
    <w:p>
      <w:r>
        <w:t>var source_username = "";</w:t>
      </w:r>
    </w:p>
    <w:p>
      <w:r>
        <w:t>var reprint_ticket = "";</w:t>
      </w:r>
    </w:p>
    <w:p>
      <w:r>
        <w:t>var source_mid = "";</w:t>
      </w:r>
    </w:p>
    <w:p>
      <w:r>
        <w:t>var source_idx = "";</w:t>
      </w:r>
    </w:p>
    <w:p>
      <w:r>
        <w:t>var source_biz = "";</w:t>
      </w:r>
    </w:p>
    <w:p>
      <w:r>
        <w:t>var author = "";</w:t>
      </w:r>
    </w:p>
    <w:p>
      <w:r>
        <w:t>var author_id = "";</w:t>
      </w:r>
    </w:p>
    <w:p>
      <w:r>
        <w:t>var reward_wording = "";</w:t>
      </w:r>
    </w:p>
    <w:p>
      <w:r>
        <w:t>var reward_author_head = "";</w:t>
      </w:r>
    </w:p>
    <w:p>
      <w:r>
        <w:t>var reward_can_whisper = "" * 1 || 0;</w:t>
      </w:r>
    </w:p>
    <w:p>
      <w:r>
        <w:t>var reward_total_count = "" * 1 || 0;</w:t>
      </w:r>
    </w:p>
    <w:p>
      <w:r>
        <w:t>var optimizing_flag = "" * 1;</w:t>
      </w:r>
    </w:p>
    <w:p>
      <w:r>
        <w:t>var show_comment = "";</w:t>
      </w:r>
    </w:p>
    <w:p>
      <w:r>
        <w:t>var __appmsgCgiData = {</w:t>
      </w:r>
    </w:p>
    <w:p>
      <w:r>
        <w:t>wxa_product: "" * 1,</w:t>
      </w:r>
    </w:p>
    <w:p>
      <w:r>
        <w:t>wxa_cps: "" * 1,</w:t>
      </w:r>
    </w:p>
    <w:p>
      <w:r>
        <w:t>show_msg_voice: "0" * 1,</w:t>
      </w:r>
    </w:p>
    <w:p>
      <w:r>
        <w:t>can_use_page: "" * 1,</w:t>
      </w:r>
    </w:p>
    <w:p>
      <w:r>
        <w:t>is_wxg_stuff_uin: "0" * 1,</w:t>
      </w:r>
    </w:p>
    <w:p>
      <w:r>
        <w:t>card_pos: "",</w:t>
      </w:r>
    </w:p>
    <w:p>
      <w:r>
        <w:t>copyright_stat: "0",</w:t>
      </w:r>
    </w:p>
    <w:p>
      <w:r>
        <w:t>source_biz: "",</w:t>
      </w:r>
    </w:p>
    <w:p>
      <w:r>
        <w:t>hd_head_img: "http://wx.qlogo.cn/mmhead/Q3auHgzwzM7Jo1Km6u78RlI8eT5v9aPWnvPIZgZJfTGTgO6RurdZIQ/0" || (window.location.protocol + "//" + window.location.host + "//res.wx.qq.com/mmbizappmsg/zh_CN/htmledition/js/images/pic/pic_rumor_link8065d4.jpg"),</w:t>
      </w:r>
    </w:p>
    <w:p>
      <w:r>
        <w:t>has_red_packet_cover: "0" * 1 || 0,</w:t>
      </w:r>
    </w:p>
    <w:p>
      <w:r>
        <w:t>minishopCardData: ""</w:t>
      </w:r>
    </w:p>
    <w:p>
      <w:r>
        <w:t>};</w:t>
      </w:r>
    </w:p>
    <w:p>
      <w:r>
        <w:t>var _empty_v = "//res.wx.qq.com/mmbizappmsg/zh_CN/htmledition/js/audios/empty8065d4.mp3";</w:t>
      </w:r>
    </w:p>
    <w:p>
      <w:r>
        <w:t>var album_info_list = [</w:t>
      </w:r>
    </w:p>
    <w:p>
      <w:r>
        <w:t>];</w:t>
      </w:r>
    </w:p>
    <w:p>
      <w:r>
        <w:t>var target_album_info = (function () {</w:t>
      </w:r>
    </w:p>
    <w:p>
      <w:r>
        <w:t>var curAlbumId = '';</w:t>
      </w:r>
    </w:p>
    <w:p>
      <w:r>
        <w:t>if (curAlbumId) {</w:t>
      </w:r>
    </w:p>
    <w:p>
      <w:r>
        <w:t>for (var i = 0; i 0) {</w:t>
      </w:r>
    </w:p>
    <w:p>
      <w:r>
        <w:t>currentSvrStyleType = parseInt(styleType);</w:t>
      </w:r>
    </w:p>
    <w:p>
      <w:r>
        <w:t>} else if (!isNaN(parseInt(canUseAutoTypeSetting))) {</w:t>
      </w:r>
    </w:p>
    <w:p>
      <w:r>
        <w:t>currentSvrStyleType = parseInt(canUseAutoTypeSetting);</w:t>
      </w:r>
    </w:p>
    <w:p>
      <w:r>
        <w:t>} else {</w:t>
      </w:r>
    </w:p>
    <w:p>
      <w:r>
        <w:t>currentSvrStyleType = 0;</w:t>
      </w:r>
    </w:p>
    <w:p>
      <w:r>
        <w:t>}</w:t>
      </w:r>
    </w:p>
    <w:p>
      <w:r>
        <w:t>if (!isNaN(parseInt(originStyleType)) &amp;&amp; parseInt(originStyleType) &gt; 0) {</w:t>
      </w:r>
    </w:p>
    <w:p>
      <w:r>
        <w:t>originSvrStyleType = parseInt(originStyleType);</w:t>
      </w:r>
    </w:p>
    <w:p>
      <w:r>
        <w:t>} else if (!isNaN(parseInt(originTypeSetting))) {</w:t>
      </w:r>
    </w:p>
    <w:p>
      <w:r>
        <w:t>originSvrStyleType = parseInt(originTypeSetting);</w:t>
      </w:r>
    </w:p>
    <w:p>
      <w:r>
        <w:t>} else {</w:t>
      </w:r>
    </w:p>
    <w:p>
      <w:r>
        <w:t>originSvrStyleType = 0;</w:t>
      </w:r>
    </w:p>
    <w:p>
      <w:r>
        <w:t>}</w:t>
      </w:r>
    </w:p>
    <w:p>
      <w:r>
        <w:t>if (reprint_type &gt; 0 &amp;&amp; originSvrStyleType !== currentSvrStyleType &amp;&amp; parseInt(reprintEditable) === 0) {</w:t>
      </w:r>
    </w:p>
    <w:p>
      <w:r>
        <w:t>var dc = document.getElementById('js_content').classList;</w:t>
      </w:r>
    </w:p>
    <w:p>
      <w:r>
        <w:t>dc.remove('autoTypeSetting');</w:t>
      </w:r>
    </w:p>
    <w:p>
      <w:r>
        <w:t>dc.remove('autoTypeSetting24');</w:t>
      </w:r>
    </w:p>
    <w:p>
      <w:r>
        <w:t>dc.remove('autoTypeSetting24psection');</w:t>
      </w:r>
    </w:p>
    <w:p>
      <w:r>
        <w:t>var finalSetting = parseInt(originSvrStyleType);</w:t>
      </w:r>
    </w:p>
    <w:p>
      <w:r>
        <w:t>if (finalSetting === 1) {</w:t>
      </w:r>
    </w:p>
    <w:p>
      <w:r>
        <w:t>dc.add('autoTypeSetting');</w:t>
      </w:r>
    </w:p>
    <w:p>
      <w:r>
        <w:t>} else if (finalSetting === 2) {</w:t>
      </w:r>
    </w:p>
    <w:p>
      <w:r>
        <w:t>dc.add('autoTypeSetting24');</w:t>
      </w:r>
    </w:p>
    <w:p>
      <w:r>
        <w:t>} else if (finalSetting === 3) {</w:t>
      </w:r>
    </w:p>
    <w:p>
      <w:r>
        <w:t>dc.add('autoTypeSetting24psection');</w:t>
      </w:r>
    </w:p>
    <w:p>
      <w:r>
        <w:t>}</w:t>
      </w:r>
    </w:p>
    <w:p>
      <w:r>
        <w:t>}</w:t>
      </w:r>
    </w:p>
    <w:p>
      <w:r>
        <w:t>window.wxtoken = "777";</w:t>
      </w:r>
    </w:p>
    <w:p>
      <w:r>
        <w:t>window.is_login = '' * 1;</w:t>
      </w:r>
    </w:p>
    <w:p>
      <w:r>
        <w:t>var title = "海军工程大学研招办";</w:t>
      </w:r>
    </w:p>
    <w:p>
      <w:r>
        <w:t>var is_new_msg = true;</w:t>
      </w:r>
    </w:p>
    <w:p>
      <w:r>
        <w:t>var is_wash = '' * 1;</w:t>
      </w:r>
    </w:p>
    <w:p>
      <w:r>
        <w:t>var topbarEnable = false;</w:t>
      </w:r>
    </w:p>
    <w:p>
      <w:r>
        <w:t>var enterid = "1788255983" * 1 || "1788255983" * 1 || "" * 1 || parseInt(Date.now() / 1000);</w:t>
      </w:r>
    </w:p>
    <w:p>
      <w:r>
        <w:t>var reloadid = '' * 1 || parseInt(Date.now() / 1000);</w:t>
      </w:r>
    </w:p>
    <w:p>
      <w:r>
        <w:t>var reloadseq = '' * 1 || 1;</w:t>
      </w:r>
    </w:p>
    <w:p>
      <w:r>
        <w:t>var miniprogram_appid = "";</w:t>
      </w:r>
    </w:p>
    <w:p>
      <w:r>
        <w:t>var defaultAvatarUrl = 'data:image/svg+xml;base64,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';</w:t>
      </w:r>
    </w:p>
    <w:p>
      <w:r>
        <w:t>document.addEventListener('DOMContentLoaded', function () {</w:t>
      </w:r>
    </w:p>
    <w:p>
      <w:r>
        <w:t>window.domCompleteTime = Date.now();</w:t>
      </w:r>
    </w:p>
    <w:p>
      <w:r>
        <w:t>});</w:t>
      </w:r>
    </w:p>
    <w:p>
      <w:r>
        <w:t>var hasRecommendMsg = 0;</w:t>
      </w:r>
    </w:p>
    <w:p>
      <w:r>
        <w:t>;</w:t>
      </w:r>
    </w:p>
    <w:p>
      <w:r>
        <w:t>var isPayTopic = '' * 1;</w:t>
      </w:r>
    </w:p>
    <w:p>
      <w:r>
        <w:t>var payTopicPrice = '' * 1;</w:t>
      </w:r>
    </w:p>
    <w:p>
      <w:r>
        <w:t>var isRemovedFromPayTopic = '' * 1;</w:t>
      </w:r>
    </w:p>
    <w:p>
      <w:r>
        <w:t>var isPaySubscribe = '0' * 1;</w:t>
      </w:r>
    </w:p>
    <w:p>
      <w:r>
        <w:t>var isPaid = '0' * 1;</w:t>
      </w:r>
    </w:p>
    <w:p>
      <w:r>
        <w:t>var isRefund = '' * 1;</w:t>
      </w:r>
    </w:p>
    <w:p>
      <w:r>
        <w:t>var payShowIAPPrice = 1;</w:t>
      </w:r>
    </w:p>
    <w:p>
      <w:r>
        <w:t>var payProductId = '' || '';</w:t>
      </w:r>
    </w:p>
    <w:p>
      <w:r>
        <w:t>var previewPercent = '0' || '';</w:t>
      </w:r>
    </w:p>
    <w:p>
      <w:r>
        <w:t>var payGiftsCount = '0' * 1 || 0;</w:t>
      </w:r>
    </w:p>
    <w:p>
      <w:r>
        <w:t>var payDesc = htmlDecode('');</w:t>
      </w:r>
    </w:p>
    <w:p>
      <w:r>
        <w:t>var payFreeGift = '' * 1 || 0;</w:t>
      </w:r>
    </w:p>
    <w:p>
      <w:r>
        <w:t>var is_finished_preview = 0;</w:t>
      </w:r>
    </w:p>
    <w:p>
      <w:r>
        <w:t>var jump2pay = '' * 1;</w:t>
      </w:r>
    </w:p>
    <w:p>
      <w:r>
        <w:t>var isFans;</w:t>
      </w:r>
    </w:p>
    <w:p>
      <w:r>
        <w:t>var can_reward = '0' * 1 || 0;</w:t>
      </w:r>
    </w:p>
    <w:p>
      <w:r>
        <w:t>var is_need_reward = (isPaySubscribe &amp;&amp; !isPaid) ? 0 : "0" * 1;</w:t>
      </w:r>
    </w:p>
    <w:p>
      <w:r>
        <w:t>var rewardsn = '';</w:t>
      </w:r>
    </w:p>
    <w:p>
      <w:r>
        <w:t>var rewardTimestamp = '' * 1 || 0;</w:t>
      </w:r>
    </w:p>
    <w:p>
      <w:r>
        <w:t>var is_teenager = '' * 1 || 0;</w:t>
      </w:r>
    </w:p>
    <w:p>
      <w:r>
        <w:t>var is_care_mode = '' * 1 || 0;</w:t>
      </w:r>
    </w:p>
    <w:p>
      <w:r>
        <w:t>var zhuge_user_limit = '' * 1 || 0;</w:t>
      </w:r>
    </w:p>
    <w:p>
      <w:r>
        <w:t>var segment_comment_id = '4158982902509961220';</w:t>
      </w:r>
    </w:p>
    <w:p>
      <w:r>
        <w:t>var showRewardListDialog = '' * 1 || 0;</w:t>
      </w:r>
    </w:p>
    <w:p>
      <w:r>
        <w:t>var colorScheme = '';</w:t>
      </w:r>
    </w:p>
    <w:p>
      <w:r>
        <w:t>var iapPriceInfo = {</w:t>
      </w:r>
    </w:p>
    <w:p>
      <w:r>
        <w:t>};</w:t>
      </w:r>
    </w:p>
    <w:p>
      <w:r>
        <w:t>var productPayPackage = {</w:t>
      </w:r>
    </w:p>
    <w:p>
      <w:r>
        <w:t>iap_price_info: iapPriceInfo</w:t>
      </w:r>
    </w:p>
    <w:p>
      <w:r>
        <w:t>};</w:t>
      </w:r>
    </w:p>
    <w:p>
      <w:r>
        <w:t>var isCartoonCopyright = '0' * 1;</w:t>
      </w:r>
    </w:p>
    <w:p>
      <w:r>
        <w:t>var show_msg_voice = '' * 1;</w:t>
      </w:r>
    </w:p>
    <w:p>
      <w:r>
        <w:t>var qnaCardData = '';</w:t>
      </w:r>
    </w:p>
    <w:p>
      <w:r>
        <w:t>var exptype = '' || '';</w:t>
      </w:r>
    </w:p>
    <w:p>
      <w:r>
        <w:t>var expsessionid = '' || '';</w:t>
      </w:r>
    </w:p>
    <w:p>
      <w:r>
        <w:t>var goContentId = '';</w:t>
      </w:r>
    </w:p>
    <w:p>
      <w:r>
        <w:t>var goReplyId = '';</w:t>
      </w:r>
    </w:p>
    <w:p>
      <w:r>
        <w:t>var fromCommentShare = '';</w:t>
      </w:r>
    </w:p>
    <w:p>
      <w:r>
        <w:t>var extra_comment_id = '4158982901905981452' || '0';</w:t>
      </w:r>
    </w:p>
    <w:p>
      <w:r>
        <w:t>var goAddedInfo = '' * 1;</w:t>
      </w:r>
    </w:p>
    <w:p>
      <w:r>
        <w:t>var goAddedInfoContentId = '';</w:t>
      </w:r>
    </w:p>
    <w:p>
      <w:r>
        <w:t>var hitProduct = '' * 1;</w:t>
      </w:r>
    </w:p>
    <w:p>
      <w:r>
        <w:t>var preload_comment_list = '';</w:t>
      </w:r>
    </w:p>
    <w:p>
      <w:r>
        <w:t>var preload_comment_total_cnt = '' * 1;</w:t>
      </w:r>
    </w:p>
    <w:p>
      <w:r>
        <w:t>var show_related_article = '' * 1;</w:t>
      </w:r>
    </w:p>
    <w:p>
      <w:r>
        <w:t>var wwdistype = '';</w:t>
      </w:r>
    </w:p>
    <w:p>
      <w:r>
        <w:t>var refuteSourceUrl = '';</w:t>
      </w:r>
    </w:p>
    <w:p>
      <w:r>
        <w:t>var verify_status = "2" * 1;</w:t>
      </w:r>
    </w:p>
    <w:p>
      <w:r>
        <w:t>window.cgiData = {</w:t>
      </w:r>
    </w:p>
    <w:p>
      <w:r>
        <w:t>appImg: '//res.wx.qq.com/mmbizappmsg/zh_CN/htmledition/js/images/pic/pic_tencent_video8065d4.png',</w:t>
      </w:r>
    </w:p>
    <w:p>
      <w:r>
        <w:t>}</w:t>
      </w:r>
    </w:p>
    <w:p>
      <w:r>
        <w:t>var loveNotifyMsg = '' * 1;</w:t>
      </w:r>
    </w:p>
    <w:p>
      <w:r>
        <w:t>var loveFriendId = '';</w:t>
      </w:r>
    </w:p>
    <w:p>
      <w:r>
        <w:t>window.ip_wording = {</w:t>
      </w:r>
    </w:p>
    <w:p>
      <w:r>
        <w:t>countryName: '中国',</w:t>
      </w:r>
    </w:p>
    <w:p>
      <w:r>
        <w:t>countryId: '156',</w:t>
      </w:r>
    </w:p>
    <w:p>
      <w:r>
        <w:t>provinceName: '湖北',</w:t>
      </w:r>
    </w:p>
    <w:p>
      <w:r>
        <w:t>provinceId: '',</w:t>
      </w:r>
    </w:p>
    <w:p>
      <w:r>
        <w:t>cityName: '',</w:t>
      </w:r>
    </w:p>
    <w:p>
      <w:r>
        <w:t>cityId: ''</w:t>
      </w:r>
    </w:p>
    <w:p>
      <w:r>
        <w:t>};</w:t>
      </w:r>
    </w:p>
    <w:p>
      <w:r>
        <w:t>window.show_ip_wording = '1' * 1;</w:t>
      </w:r>
    </w:p>
    <w:p>
      <w:r>
        <w:t>window.source_appid = 'wx6c271ffc20b87ee3' || 'wxc3923acb47c0d396';</w:t>
      </w:r>
    </w:p>
    <w:p>
      <w:r>
        <w:t>window.is_over_sea = '0' * 1;</w:t>
      </w:r>
    </w:p>
    <w:p>
      <w:r>
        <w:t>window.showAdMark = "0" * 1;</w:t>
      </w:r>
    </w:p>
    <w:p>
      <w:r>
        <w:t>window.is_title_modified = "" * 1;</w:t>
      </w:r>
    </w:p>
    <w:p>
      <w:r>
        <w:t>window.alias = "hjgcdxyzb" || "";</w:t>
      </w:r>
    </w:p>
    <w:p>
      <w:r>
        <w:t>window.claim_source = {</w:t>
      </w:r>
    </w:p>
    <w:p>
      <w:r>
        <w:t>claim_source_type: '' * 1 || 0,</w:t>
      </w:r>
    </w:p>
    <w:p>
      <w:r>
        <w:t>claim_source: '',</w:t>
      </w:r>
    </w:p>
    <w:p>
      <w:r>
        <w:t>media_source_type_info: {</w:t>
      </w:r>
    </w:p>
    <w:p>
      <w:r>
        <w:t>},</w:t>
      </w:r>
    </w:p>
    <w:p>
      <w:r>
        <w:t>aigc_type: '' * 1 || 0,</w:t>
      </w:r>
    </w:p>
    <w:p>
      <w:r>
        <w:t>aigc_wording: '',</w:t>
      </w:r>
    </w:p>
    <w:p>
      <w:r>
        <w:t>};</w:t>
      </w:r>
    </w:p>
    <w:p>
      <w:r>
        <w:t>window.hideAdMarkOnCps = ("" || "0" * 1) ? 1 : 0;</w:t>
      </w:r>
    </w:p>
    <w:p>
      <w:r>
        <w:t>window.bar_version = '' * 1;</w:t>
      </w:r>
    </w:p>
    <w:p>
      <w:r>
        <w:t>window.short_link = '' || '';</w:t>
      </w:r>
    </w:p>
    <w:p>
      <w:r>
        <w:t>window.appmsg_bar_data = {</w:t>
      </w:r>
    </w:p>
    <w:p>
      <w:r>
        <w:t>verify_status: '' * 1,</w:t>
      </w:r>
    </w:p>
    <w:p>
      <w:r>
        <w:t>show_like: '' * 1,</w:t>
      </w:r>
    </w:p>
    <w:p>
      <w:r>
        <w:t>like_count: '' * 1,</w:t>
      </w:r>
    </w:p>
    <w:p>
      <w:r>
        <w:t>show_share: '' * 1,</w:t>
      </w:r>
    </w:p>
    <w:p>
      <w:r>
        <w:t>share_count: '' * 1,</w:t>
      </w:r>
    </w:p>
    <w:p>
      <w:r>
        <w:t>show_old_like: '' * 1,</w:t>
      </w:r>
    </w:p>
    <w:p>
      <w:r>
        <w:t>old_like_count: '' * 1,</w:t>
      </w:r>
    </w:p>
    <w:p>
      <w:r>
        <w:t>show_collect: '' * 1,</w:t>
      </w:r>
    </w:p>
    <w:p>
      <w:r>
        <w:t>collect_count: '' * 1,</w:t>
      </w:r>
    </w:p>
    <w:p>
      <w:r>
        <w:t>comment_enabled: '' * 1,</w:t>
      </w:r>
    </w:p>
    <w:p>
      <w:r>
        <w:t>comment_count: '' * 1,</w:t>
      </w:r>
    </w:p>
    <w:p>
      <w:r>
        <w:t>show_friend_seen: '' * 1,</w:t>
      </w:r>
    </w:p>
    <w:p>
      <w:r>
        <w:t>friend_seen_info: {</w:t>
      </w:r>
    </w:p>
    <w:p>
      <w:r>
        <w:t>},</w:t>
      </w:r>
    </w:p>
    <w:p>
      <w:r>
        <w:t>is_subscribed: '' * 1,</w:t>
      </w:r>
    </w:p>
    <w:p>
      <w:r>
        <w:t>friend_subscribe_count: '' * 1,</w:t>
      </w:r>
    </w:p>
    <w:p>
      <w:r>
        <w:t>ecs_jump_info_str: '',</w:t>
      </w:r>
    </w:p>
    <w:p>
      <w:r>
        <w:t>red_flower_like_info: {</w:t>
      </w:r>
    </w:p>
    <w:p>
      <w:r>
        <w:t>is_red_flower_like: '0' * 1 || 0,</w:t>
      </w:r>
    </w:p>
    <w:p>
      <w:r>
        <w:t>red_flower_wording: '',</w:t>
      </w:r>
    </w:p>
    <w:p>
      <w:r>
        <w:t>tencent_gongyi_wxa_path: '',</w:t>
      </w:r>
    </w:p>
    <w:p>
      <w:r>
        <w:t>tencent_gongyi_wxa_appid: '',</w:t>
      </w:r>
    </w:p>
    <w:p>
      <w:r>
        <w:t>red_flower_like_sn: '',</w:t>
      </w:r>
    </w:p>
    <w:p>
      <w:r>
        <w:t>tencent_gongyi_wxa_username: '',</w:t>
      </w:r>
    </w:p>
    <w:p>
      <w:r>
        <w:t>},</w:t>
      </w:r>
    </w:p>
    <w:p>
      <w:r>
        <w:t>is_show_newsflash_feeds: '' * 1 === 1,</w:t>
      </w:r>
    </w:p>
    <w:p>
      <w:r>
        <w:t>newsflash_feeds_url: '',</w:t>
      </w:r>
    </w:p>
    <w:p>
      <w:r>
        <w:t>newsflash_feeds_style: '' * 1 === 1 ? ('' * 1 || 0) : 0,</w:t>
      </w:r>
    </w:p>
    <w:p>
      <w:r>
        <w:t>};</w:t>
      </w:r>
    </w:p>
    <w:p>
      <w:r>
        <w:t>window.subcount_version = '' * 1;</w:t>
      </w:r>
    </w:p>
    <w:p>
      <w:r>
        <w:t>window.picture_page_info_list = (window.cgiDataNew &amp;&amp; window.cgiDataNew.picture_page_info_list) || [];</w:t>
      </w:r>
    </w:p>
    <w:p>
      <w:r>
        <w:t>window.show_comment_entrance = '' * 1;</w:t>
      </w:r>
    </w:p>
    <w:p>
      <w:r>
        <w:t>window.search_keywords = [</w:t>
      </w:r>
    </w:p>
    <w:p>
      <w:r>
        <w:t>];</w:t>
      </w:r>
    </w:p>
    <w:p>
      <w:r>
        <w:t>window.s1s_keywords_exp_info = '';</w:t>
      </w:r>
    </w:p>
    <w:p>
      <w:r>
        <w:t>var need_baike_preload = true;</w:t>
      </w:r>
    </w:p>
    <w:p>
      <w:r>
        <w:t>;</w:t>
      </w:r>
    </w:p>
    <w:p>
      <w:r>
        <w:t>window.ad_keywords = [</w:t>
      </w:r>
    </w:p>
    <w:p>
      <w:r>
        <w:t>];</w:t>
      </w:r>
    </w:p>
    <w:p>
      <w:r>
        <w:t>window.show_ad_keyword = 'false';</w:t>
      </w:r>
    </w:p>
    <w:p>
      <w:r>
        <w:t>window.get_search_keyword_realtime = '0' * 1;</w:t>
      </w:r>
    </w:p>
    <w:p>
      <w:r>
        <w:t>window.clear_desc_flag = "" * 1;</w:t>
      </w:r>
    </w:p>
    <w:p>
      <w:r>
        <w:t>window.mmlisten_playlist_info_buffer = '';</w:t>
      </w:r>
    </w:p>
    <w:p>
      <w:r>
        <w:t>window.key_text = '';</w:t>
      </w:r>
    </w:p>
    <w:p>
      <w:r>
        <w:t>window.appmsg_listen_id = '150418454577995461';</w:t>
      </w:r>
    </w:p>
    <w:p>
      <w:r>
        <w:t>var __INLINE_SCRIPT__ = (function () {</w:t>
      </w:r>
    </w:p>
    <w:p>
      <w:r>
        <w:t>'use strict';</w:t>
      </w:r>
    </w:p>
    <w:p>
      <w:r>
        <w:t>var EN_MONTHS_SHORT = ['Jan', 'Feb', 'Mar', 'Apr', 'May', 'Jun', 'Jul', 'Aug', 'Sep', 'Oct', 'Nov', 'Dec'];</w:t>
      </w:r>
    </w:p>
    <w:p>
      <w:r>
        <w:t>var formatEnTime = function formatEnTime(hour, minute) {</w:t>
      </w:r>
    </w:p>
    <w:p>
      <w:r>
        <w:t>var h = parseInt(hour, 10);</w:t>
      </w:r>
    </w:p>
    <w:p>
      <w:r>
        <w:t>var m = parseInt(minute, 10);</w:t>
      </w:r>
    </w:p>
    <w:p>
      <w:r>
        <w:t>var ampm = h &gt;= 12 ? 'PM' : 'AM';</w:t>
      </w:r>
    </w:p>
    <w:p>
      <w:r>
        <w:t>var h12 = h % 12 || 12;</w:t>
      </w:r>
    </w:p>
    <w:p>
      <w:r>
        <w:t>var mm = "0".concat(m).slice(-2);</w:t>
      </w:r>
    </w:p>
    <w:p>
      <w:r>
        <w:t>return "".concat(h12, ":").concat(mm, " ").concat(ampm);</w:t>
      </w:r>
    </w:p>
    <w:p>
      <w:r>
        <w:t>};</w:t>
      </w:r>
    </w:p>
    <w:p>
      <w:r>
        <w:t>var formatEnPubDate = function formatEnPubDate(year, month, date, hour, minute) {</w:t>
      </w:r>
    </w:p>
    <w:p>
      <w:r>
        <w:t>var monthName = EN_MONTHS_SHORT[parseInt(month, 10) - 1] || '';</w:t>
      </w:r>
    </w:p>
    <w:p>
      <w:r>
        <w:t>var day = parseInt(date, 10);</w:t>
      </w:r>
    </w:p>
    <w:p>
      <w:r>
        <w:t>var hasYear = year !== undefined &amp;&amp; year !== null &amp;&amp; year !== '';</w:t>
      </w:r>
    </w:p>
    <w:p>
      <w:r>
        <w:t>var datePart = hasYear ? "".concat(monthName, " ").concat(day, ", ").concat(year) : "".concat(monthName, " ").concat(day);</w:t>
      </w:r>
    </w:p>
    <w:p>
      <w:r>
        <w:t>if (hour === undefined || hour === null || minute === undefined || minute === null) {</w:t>
      </w:r>
    </w:p>
    <w:p>
      <w:r>
        <w:t>return datePart;</w:t>
      </w:r>
    </w:p>
    <w:p>
      <w:r>
        <w:t>}</w:t>
      </w:r>
    </w:p>
    <w:p>
      <w:r>
        <w:t>return "".concat(datePart, ", ").concat(formatEnTime(hour, minute));</w:t>
      </w:r>
    </w:p>
    <w:p>
      <w:r>
        <w:t>};</w:t>
      </w:r>
    </w:p>
    <w:p>
      <w:r>
        <w:t>var formatEnPubDateFromTs = function formatEnPubDateFromTs(oriTimestamp) {</w:t>
      </w:r>
    </w:p>
    <w:p>
      <w:r>
        <w:t>var dateObj = new Date(oriTimestamp * 1000);</w:t>
      </w:r>
    </w:p>
    <w:p>
      <w:r>
        <w:t>return formatEnPubDate(dateObj.getFullYear(), dateObj.getMonth() + 1, dateObj.getDate(), dateObj.getHours(), dateObj.getMinutes());</w:t>
      </w:r>
    </w:p>
    <w:p>
      <w:r>
        <w:t>};</w:t>
      </w:r>
    </w:p>
    <w:p>
      <w:r>
        <w:t>var dealLikeReadShow_en = function dealLikeReadShow_en(realNum, showZero) {</w:t>
      </w:r>
    </w:p>
    <w:p>
      <w:r>
        <w:t>var defaultStr = showZero ? '0' : '';</w:t>
      </w:r>
    </w:p>
    <w:p>
      <w:r>
        <w:t>if (typeof LANG === 'undefined' || !window.LANG) {</w:t>
      </w:r>
    </w:p>
    <w:p>
      <w:r>
        <w:t>return parseInt(realNum) === 0 ? defaultStr : realNum;</w:t>
      </w:r>
    </w:p>
    <w:p>
      <w:r>
        <w:t>}</w:t>
      </w:r>
    </w:p>
    <w:p>
      <w:r>
        <w:t>if (window.LANG == 'en') {</w:t>
      </w:r>
    </w:p>
    <w:p>
      <w:r>
        <w:t>var showHTML = '';</w:t>
      </w:r>
    </w:p>
    <w:p>
      <w:r>
        <w:t>if (parseInt(realNum) &gt; 100000) {</w:t>
      </w:r>
    </w:p>
    <w:p>
      <w:r>
        <w:t>showHTML = '100K+';</w:t>
      </w:r>
    </w:p>
    <w:p>
      <w:r>
        <w:t>} else if (parseInt(realNum) &gt; 10000 &amp;&amp; parseInt(realNum) = o.length) return { done: true }; return { done: false, value: o[i++] }; }, e: function e(_e) { throw _e; }, f: F }; } throw new TypeError("Invalid attempt to iterate non-iterable instance.\nIn order to be iterable, non-array objects must have a [Symbol.iterator]() method."); } var normalCompletion = true, didErr = false, err; return { s: function s() { it = it.call(o); }, n: function n() { var step = it.next(); normalCompletion = step.done; return step; }, e: function e(_e2) { didErr = true; err = _e2; }, f: function f() { try { if (!normalCompletion &amp;&amp; it["return"] != null) it["return"](); } finally { if (didErr) throw err; } } }; }</w:t>
      </w:r>
    </w:p>
    <w:p>
      <w:r>
        <w:t>function _unsupportedIterableToArray$2(o, minLen) { if (!o) return; if (typeof o === "string") return _arrayLikeToArray$2(o, minLen); var n = Object.prototype.toString.call(o).slice(8, -1); if (n === "Object" &amp;&amp; o.constructor) n = o.constructor.name; if (n === "Map" || n === "Set") return Array.from(o); if (n === "Arguments" || /^(?:Ui|I)nt(?:8|16|32)(?:Clamped)?Array$/.test(n)) return _arrayLikeToArray$2(o, minLen); }</w:t>
      </w:r>
    </w:p>
    <w:p>
      <w:r>
        <w:t>function _arrayLikeToArray$2(arr, len) { if (len == null || len &gt; arr.length) len = arr.length; for (var i = 0, arr2 = new Array(len); i b;</w:t>
      </w:r>
    </w:p>
    <w:p>
      <w:r>
        <w:t>}</w:t>
      </w:r>
    </w:p>
    <w:p>
      <w:r>
        <w:t>};</w:t>
      </w:r>
    </w:p>
    <w:p>
      <w:r>
        <w:t>function cpVersion(ver, op, canEq, type) {</w:t>
      </w:r>
    </w:p>
    <w:p>
      <w:r>
        <w:t>var mmver = false;</w:t>
      </w:r>
    </w:p>
    <w:p>
      <w:r>
        <w:t>switch (type) {</w:t>
      </w:r>
    </w:p>
    <w:p>
      <w:r>
        <w:t>case 'mac':</w:t>
      </w:r>
    </w:p>
    <w:p>
      <w:r>
        <w:t>mmver = getMac();</w:t>
      </w:r>
    </w:p>
    <w:p>
      <w:r>
        <w:t>break;</w:t>
      </w:r>
    </w:p>
    <w:p>
      <w:r>
        <w:t>case 'windows':</w:t>
      </w:r>
    </w:p>
    <w:p>
      <w:r>
        <w:t>mmver = getWindowsVersionFormat();</w:t>
      </w:r>
    </w:p>
    <w:p>
      <w:r>
        <w:t>break;</w:t>
      </w:r>
    </w:p>
    <w:p>
      <w:r>
        <w:t>case 'wxwork':</w:t>
      </w:r>
    </w:p>
    <w:p>
      <w:r>
        <w:t>mmver = getWxWork();</w:t>
      </w:r>
    </w:p>
    <w:p>
      <w:r>
        <w:t>break;</w:t>
      </w:r>
    </w:p>
    <w:p>
      <w:r>
        <w:t>case 'mpapp':</w:t>
      </w:r>
    </w:p>
    <w:p>
      <w:r>
        <w:t>mmver = getMpApp();</w:t>
      </w:r>
    </w:p>
    <w:p>
      <w:r>
        <w:t>break;</w:t>
      </w:r>
    </w:p>
    <w:p>
      <w:r>
        <w:t>case 'unifiedpc':</w:t>
      </w:r>
    </w:p>
    <w:p>
      <w:r>
        <w:t>mmver = getUnifiedPcVer();</w:t>
      </w:r>
    </w:p>
    <w:p>
      <w:r>
        <w:t>break;</w:t>
      </w:r>
    </w:p>
    <w:p>
      <w:r>
        <w:t>default:</w:t>
      </w:r>
    </w:p>
    <w:p>
      <w:r>
        <w:t>mmver = get();</w:t>
      </w:r>
    </w:p>
    <w:p>
      <w:r>
        <w:t>break;</w:t>
      </w:r>
    </w:p>
    <w:p>
      <w:r>
        <w:t>}</w:t>
      </w:r>
    </w:p>
    <w:p>
      <w:r>
        <w:t>if (!mmver) {</w:t>
      </w:r>
    </w:p>
    <w:p>
      <w:r>
        <w:t>return;</w:t>
      </w:r>
    </w:p>
    <w:p>
      <w:r>
        <w:t>}</w:t>
      </w:r>
    </w:p>
    <w:p>
      <w:r>
        <w:t>var mmversion = mmver.split('.');</w:t>
      </w:r>
    </w:p>
    <w:p>
      <w:r>
        <w:t>var version = ver.split('.');</w:t>
      </w:r>
    </w:p>
    <w:p>
      <w:r>
        <w:t>if (!/\d+/g.test(mmversion[mmversion.length - 1])) {</w:t>
      </w:r>
    </w:p>
    <w:p>
      <w:r>
        <w:t>mmversion.pop();</w:t>
      </w:r>
    </w:p>
    <w:p>
      <w:r>
        <w:t>}</w:t>
      </w:r>
    </w:p>
    <w:p>
      <w:r>
        <w:t>for (var i = 0, len = Math.max(mmversion.length, version.length); i = 64 &amp;&amp; parseInt(v) = hexNum;</w:t>
      </w:r>
    </w:p>
    <w:p>
      <w:r>
        <w:t>}</w:t>
      </w:r>
    </w:p>
    <w:p>
      <w:r>
        <w:t>return false;</w:t>
      </w:r>
    </w:p>
    <w:p>
      <w:r>
        <w:t>}</w:t>
      </w:r>
    </w:p>
    <w:p>
      <w:r>
        <w:t>var mmVersion = {</w:t>
      </w:r>
    </w:p>
    <w:p>
      <w:r>
        <w:t>get: get,</w:t>
      </w:r>
    </w:p>
    <w:p>
      <w:r>
        <w:t>getMac: getMac,</w:t>
      </w:r>
    </w:p>
    <w:p>
      <w:r>
        <w:t>getMacOS: getMacOS,</w:t>
      </w:r>
    </w:p>
    <w:p>
      <w:r>
        <w:t>getWindows: getWindows,</w:t>
      </w:r>
    </w:p>
    <w:p>
      <w:r>
        <w:t>getInner: getInner,</w:t>
      </w:r>
    </w:p>
    <w:p>
      <w:r>
        <w:t>getWxWork: getWxWork,</w:t>
      </w:r>
    </w:p>
    <w:p>
      <w:r>
        <w:t>getMpApp: getMpApp,</w:t>
      </w:r>
    </w:p>
    <w:p>
      <w:r>
        <w:t>cpVersion: cpVersion,</w:t>
      </w:r>
    </w:p>
    <w:p>
      <w:r>
        <w:t>eqVersion: eqVersion,</w:t>
      </w:r>
    </w:p>
    <w:p>
      <w:r>
        <w:t>gtVersion: gtVersion,</w:t>
      </w:r>
    </w:p>
    <w:p>
      <w:r>
        <w:t>ltVersion: ltVersion,</w:t>
      </w:r>
    </w:p>
    <w:p>
      <w:r>
        <w:t>getPlatform: getPlatform,</w:t>
      </w:r>
    </w:p>
    <w:p>
      <w:r>
        <w:t>getVersionNumber: getVersionNumber,</w:t>
      </w:r>
    </w:p>
    <w:p>
      <w:r>
        <w:t>isWp: is_wp,</w:t>
      </w:r>
    </w:p>
    <w:p>
      <w:r>
        <w:t>isIOS: is_ios,</w:t>
      </w:r>
    </w:p>
    <w:p>
      <w:r>
        <w:t>isAndroid: is_android,</w:t>
      </w:r>
    </w:p>
    <w:p>
      <w:r>
        <w:t>isHarmony: is_harmony,</w:t>
      </w:r>
    </w:p>
    <w:p>
      <w:r>
        <w:t>isHarmonyWechat: is_harmony &amp;&amp; is_wechat &amp;&amp; cpVersion('1.0.0', 1, true),</w:t>
      </w:r>
    </w:p>
    <w:p>
      <w:r>
        <w:t>isInMiniProgram: is_in_miniProgram,</w:t>
      </w:r>
    </w:p>
    <w:p>
      <w:r>
        <w:t>isWechat: is_wechat,</w:t>
      </w:r>
    </w:p>
    <w:p>
      <w:r>
        <w:t>isMac: is_mac,</w:t>
      </w:r>
    </w:p>
    <w:p>
      <w:r>
        <w:t>isWindows: is_windows,</w:t>
      </w:r>
    </w:p>
    <w:p>
      <w:r>
        <w:t>isLinux: is_linux,</w:t>
      </w:r>
    </w:p>
    <w:p>
      <w:r>
        <w:t>isMacWechat: is_mac_wechat,</w:t>
      </w:r>
    </w:p>
    <w:p>
      <w:r>
        <w:t>isWindowsWechat: is_windows_wechat,</w:t>
      </w:r>
    </w:p>
    <w:p>
      <w:r>
        <w:t>isWxWork: is_wx_work,</w:t>
      </w:r>
    </w:p>
    <w:p>
      <w:r>
        <w:t>isOnlyWechat: is_wechat &amp;&amp; !is_wx_work,</w:t>
      </w:r>
    </w:p>
    <w:p>
      <w:r>
        <w:t>isMpapp: is_mpapp,</w:t>
      </w:r>
    </w:p>
    <w:p>
      <w:r>
        <w:t>isIPad: is_ipad,</w:t>
      </w:r>
    </w:p>
    <w:p>
      <w:r>
        <w:t>isGooglePlay: is_google_play,</w:t>
      </w:r>
    </w:p>
    <w:p>
      <w:r>
        <w:t>isPrefetch: is_prefetch,</w:t>
      </w:r>
    </w:p>
    <w:p>
      <w:r>
        <w:t>isDonutAPP: is_donut_app,</w:t>
      </w:r>
    </w:p>
    <w:p>
      <w:r>
        <w:t>compareHexVersion: compareHexVersion$1,</w:t>
      </w:r>
    </w:p>
    <w:p>
      <w:r>
        <w:t>isPcWechat: is_windows_wechat || is_mac_wechat,</w:t>
      </w:r>
    </w:p>
    <w:p>
      <w:r>
        <w:t>xwebVersion: xweb_version,</w:t>
      </w:r>
    </w:p>
    <w:p>
      <w:r>
        <w:t>isUnifiedPcWechat: is_unified_pc_wechat</w:t>
      </w:r>
    </w:p>
    <w:p>
      <w:r>
        <w:t>};</w:t>
      </w:r>
    </w:p>
    <w:p>
      <w:r>
        <w:t>function _typeof(obj) {</w:t>
      </w:r>
    </w:p>
    <w:p>
      <w:r>
        <w:t>"@babel/helpers - typeof";</w:t>
      </w:r>
    </w:p>
    <w:p>
      <w:r>
        <w:t>return _typeof = "function" == typeof Symbol &amp;&amp; "symbol" == typeof Symbol.iterator ? function (obj) {</w:t>
      </w:r>
    </w:p>
    <w:p>
      <w:r>
        <w:t>return typeof obj;</w:t>
      </w:r>
    </w:p>
    <w:p>
      <w:r>
        <w:t>} : function (obj) {</w:t>
      </w:r>
    </w:p>
    <w:p>
      <w:r>
        <w:t>return obj &amp;&amp; "function" == typeof Symbol &amp;&amp; obj.constructor === Symbol &amp;&amp; obj !== Symbol.prototype ? "symbol" : typeof obj;</w:t>
      </w:r>
    </w:p>
    <w:p>
      <w:r>
        <w:t>}, _typeof(obj);</w:t>
      </w:r>
    </w:p>
    <w:p>
      <w:r>
        <w:t>}</w:t>
      </w:r>
    </w:p>
    <w:p>
      <w:r>
        <w:t>function asyncGeneratorStep(gen, resolve, reject, _next, _throw, key, arg) {</w:t>
      </w:r>
    </w:p>
    <w:p>
      <w:r>
        <w:t>try {</w:t>
      </w:r>
    </w:p>
    <w:p>
      <w:r>
        <w:t>var info = gen[key](arg);</w:t>
      </w:r>
    </w:p>
    <w:p>
      <w:r>
        <w:t>var value = info.value;</w:t>
      </w:r>
    </w:p>
    <w:p>
      <w:r>
        <w:t>} catch (error) {</w:t>
      </w:r>
    </w:p>
    <w:p>
      <w:r>
        <w:t>reject(error);</w:t>
      </w:r>
    </w:p>
    <w:p>
      <w:r>
        <w:t>return;</w:t>
      </w:r>
    </w:p>
    <w:p>
      <w:r>
        <w:t>}</w:t>
      </w:r>
    </w:p>
    <w:p>
      <w:r>
        <w:t>if (info.done) {</w:t>
      </w:r>
    </w:p>
    <w:p>
      <w:r>
        <w:t>resolve(value);</w:t>
      </w:r>
    </w:p>
    <w:p>
      <w:r>
        <w:t>} else {</w:t>
      </w:r>
    </w:p>
    <w:p>
      <w:r>
        <w:t>Promise.resolve(value).then(_next, _throw);</w:t>
      </w:r>
    </w:p>
    <w:p>
      <w:r>
        <w:t>}</w:t>
      </w:r>
    </w:p>
    <w:p>
      <w:r>
        <w:t>}</w:t>
      </w:r>
    </w:p>
    <w:p>
      <w:r>
        <w:t>function _asyncToGenerator(fn) {</w:t>
      </w:r>
    </w:p>
    <w:p>
      <w:r>
        <w:t>return function () {</w:t>
      </w:r>
    </w:p>
    <w:p>
      <w:r>
        <w:t>var self = this,</w:t>
      </w:r>
    </w:p>
    <w:p>
      <w:r>
        <w:t>args = arguments;</w:t>
      </w:r>
    </w:p>
    <w:p>
      <w:r>
        <w:t>return new Promise(function (resolve, reject) {</w:t>
      </w:r>
    </w:p>
    <w:p>
      <w:r>
        <w:t>var gen = fn.apply(self, args);</w:t>
      </w:r>
    </w:p>
    <w:p>
      <w:r>
        <w:t>function _next(value) {</w:t>
      </w:r>
    </w:p>
    <w:p>
      <w:r>
        <w:t>asyncGeneratorStep(gen, resolve, reject, _next, _throw, "next", value);</w:t>
      </w:r>
    </w:p>
    <w:p>
      <w:r>
        <w:t>}</w:t>
      </w:r>
    </w:p>
    <w:p>
      <w:r>
        <w:t>function _throw(err) {</w:t>
      </w:r>
    </w:p>
    <w:p>
      <w:r>
        <w:t>asyncGeneratorStep(gen, resolve, reject, _next, _throw, "throw", err);</w:t>
      </w:r>
    </w:p>
    <w:p>
      <w:r>
        <w:t>}</w:t>
      </w:r>
    </w:p>
    <w:p>
      <w:r>
        <w:t>_next(undefined);</w:t>
      </w:r>
    </w:p>
    <w:p>
      <w:r>
        <w:t>});</w:t>
      </w:r>
    </w:p>
    <w:p>
      <w:r>
        <w:t>};</w:t>
      </w:r>
    </w:p>
    <w:p>
      <w:r>
        <w:t>}</w:t>
      </w:r>
    </w:p>
    <w:p>
      <w:r>
        <w:t>var initJsBridge = false;</w:t>
      </w:r>
    </w:p>
    <w:p>
      <w:r>
        <w:t>if (!window.JSAPIEventCallbackMap) {</w:t>
      </w:r>
    </w:p>
    <w:p>
      <w:r>
        <w:t>window.JSAPIEventCallbackMap = {};</w:t>
      </w:r>
    </w:p>
    <w:p>
      <w:r>
        <w:t>}</w:t>
      </w:r>
    </w:p>
    <w:p>
      <w:r>
        <w:t>function connectWebViewJavascriptBridge(callback) {</w:t>
      </w:r>
    </w:p>
    <w:p>
      <w:r>
        <w:t>if (window.WebViewMPapp || window.WebViewJavascriptBridge) {</w:t>
      </w:r>
    </w:p>
    <w:p>
      <w:r>
        <w:t>return callback(window.WebViewMPapp || window.WebViewJavascriptBridge);</w:t>
      </w:r>
    </w:p>
    <w:p>
      <w:r>
        <w:t>}</w:t>
      </w:r>
    </w:p>
    <w:p>
      <w:r>
        <w:t>if (window.WVJBCallbacks) {</w:t>
      </w:r>
    </w:p>
    <w:p>
      <w:r>
        <w:t>return window.WVJBCallbacks.push(callback);</w:t>
      </w:r>
    </w:p>
    <w:p>
      <w:r>
        <w:t>}</w:t>
      </w:r>
    </w:p>
    <w:p>
      <w:r>
        <w:t>window.WVJBCallbacks = [callback];</w:t>
      </w:r>
    </w:p>
    <w:p>
      <w:r>
        <w:t>if (!mmVersion.isMpapp) {</w:t>
      </w:r>
    </w:p>
    <w:p>
      <w:r>
        <w:t>return false;</w:t>
      </w:r>
    </w:p>
    <w:p>
      <w:r>
        <w:t>}</w:t>
      </w:r>
    </w:p>
    <w:p>
      <w:r>
        <w:t>if (!initJsBridge) {</w:t>
      </w:r>
    </w:p>
    <w:p>
      <w:r>
        <w:t>initJsBridge = true;</w:t>
      </w:r>
    </w:p>
    <w:p>
      <w:r>
        <w:t>var WVJBIframe = document.createElement('iframe');</w:t>
      </w:r>
    </w:p>
    <w:p>
      <w:r>
        <w:t>WVJBIframe.style.display = 'none';</w:t>
      </w:r>
    </w:p>
    <w:p>
      <w:r>
        <w:t>WVJBIframe.src = 'https://__bridge_loaded__';</w:t>
      </w:r>
    </w:p>
    <w:p>
      <w:r>
        <w:t>document.body.appendChild(WVJBIframe);</w:t>
      </w:r>
    </w:p>
    <w:p>
      <w:r>
        <w:t>setTimeout(function () {</w:t>
      </w:r>
    </w:p>
    <w:p>
      <w:r>
        <w:t>initJsBridge = false;</w:t>
      </w:r>
    </w:p>
    <w:p>
      <w:r>
        <w:t>document.body.removeChild(WVJBIframe);</w:t>
      </w:r>
    </w:p>
    <w:p>
      <w:r>
        <w:t>}, 0);</w:t>
      </w:r>
    </w:p>
    <w:p>
      <w:r>
        <w:t>}</w:t>
      </w:r>
    </w:p>
    <w:p>
      <w:r>
        <w:t>return false;</w:t>
      </w:r>
    </w:p>
    <w:p>
      <w:r>
        <w:t>}</w:t>
      </w:r>
    </w:p>
    <w:p>
      <w:r>
        <w:t>function invoke$1(jsapiName, opt, callback) {</w:t>
      </w:r>
    </w:p>
    <w:p>
      <w:r>
        <w:t>connectWebViewJavascriptBridge(function (bridge) {</w:t>
      </w:r>
    </w:p>
    <w:p>
      <w:r>
        <w:t>try {</w:t>
      </w:r>
    </w:p>
    <w:p>
      <w:r>
        <w:t>if (typeof opt === 'function') {</w:t>
      </w:r>
    </w:p>
    <w:p>
      <w:r>
        <w:t>callback = opt;</w:t>
      </w:r>
    </w:p>
    <w:p>
      <w:r>
        <w:t>}</w:t>
      </w:r>
    </w:p>
    <w:p>
      <w:r>
        <w:t>if (_typeof(opt) !== 'object' &amp;&amp; typeof opt !== 'string') {</w:t>
      </w:r>
    </w:p>
    <w:p>
      <w:r>
        <w:t>opt = {};</w:t>
      </w:r>
    </w:p>
    <w:p>
      <w:r>
        <w:t>}</w:t>
      </w:r>
    </w:p>
    <w:p>
      <w:r>
        <w:t>bridge.callHandler(jsapiName, opt, function (res) {</w:t>
      </w:r>
    </w:p>
    <w:p>
      <w:r>
        <w:t>try {</w:t>
      </w:r>
    </w:p>
    <w:p>
      <w:r>
        <w:t>var ret = _typeof(res) === 'object' ? res : JSON.parse(res);</w:t>
      </w:r>
    </w:p>
    <w:p>
      <w:r>
        <w:t>var errMsg = ret.err_msg || ret.errMsg;</w:t>
      </w:r>
    </w:p>
    <w:p>
      <w:r>
        <w:t>console.info("[mpapp jsapi] invoke-&gt;".concat(jsapiName, " ").concat(opt.action || '', " ").concat(errMsg));</w:t>
      </w:r>
    </w:p>
    <w:p>
      <w:r>
        <w:t>typeof callback === 'function' &amp;&amp; callback(ret);</w:t>
      </w:r>
    </w:p>
    <w:p>
      <w:r>
        <w:t>} catch (e) {</w:t>
      </w:r>
    </w:p>
    <w:p>
      <w:r>
        <w:t>window.WX_BJ_REPORT.BadJs.report('invoke', "callback ".concat(jsapiName, " error:"), {</w:t>
      </w:r>
    </w:p>
    <w:p>
      <w:r>
        <w:t>mid: 'mmbizwebapp:js_brridge',</w:t>
      </w:r>
    </w:p>
    <w:p>
      <w:r>
        <w:t>_info: e</w:t>
      </w:r>
    </w:p>
    <w:p>
      <w:r>
        <w:t>});</w:t>
      </w:r>
    </w:p>
    <w:p>
      <w:r>
        <w:t>console.error("[mpapp jsapi] ".concat(jsapiName, " ").concat(opt.action || ''), e, res);</w:t>
      </w:r>
    </w:p>
    <w:p>
      <w:r>
        <w:t>}</w:t>
      </w:r>
    </w:p>
    <w:p>
      <w:r>
        <w:t>});</w:t>
      </w:r>
    </w:p>
    <w:p>
      <w:r>
        <w:t>} catch (e) {</w:t>
      </w:r>
    </w:p>
    <w:p>
      <w:r>
        <w:t>window.WX_BJ_REPORT.BadJs.report('invoke', 'callback error:', {</w:t>
      </w:r>
    </w:p>
    <w:p>
      <w:r>
        <w:t>mid: 'mmbizwebapp:js_brridge',</w:t>
      </w:r>
    </w:p>
    <w:p>
      <w:r>
        <w:t>_info: e</w:t>
      </w:r>
    </w:p>
    <w:p>
      <w:r>
        <w:t>});</w:t>
      </w:r>
    </w:p>
    <w:p>
      <w:r>
        <w:t>console.error('[mpapp jsapi]', e);</w:t>
      </w:r>
    </w:p>
    <w:p>
      <w:r>
        <w:t>}</w:t>
      </w:r>
    </w:p>
    <w:p>
      <w:r>
        <w:t>});</w:t>
      </w:r>
    </w:p>
    <w:p>
      <w:r>
        <w:t>}</w:t>
      </w:r>
    </w:p>
    <w:p>
      <w:r>
        <w:t>function on$1(eventName, callback) {</w:t>
      </w:r>
    </w:p>
    <w:p>
      <w:r>
        <w:t>connectWebViewJavascriptBridge(function (bridge) {</w:t>
      </w:r>
    </w:p>
    <w:p>
      <w:r>
        <w:t>if (!window.JSAPIEventCallbackMap[eventName]) {</w:t>
      </w:r>
    </w:p>
    <w:p>
      <w:r>
        <w:t>window.JSAPIEventCallbackMap[eventName] = [];</w:t>
      </w:r>
    </w:p>
    <w:p>
      <w:r>
        <w:t>}</w:t>
      </w:r>
    </w:p>
    <w:p>
      <w:r>
        <w:t>window.JSAPIEventCallbackMap[eventName].push(callback);</w:t>
      </w:r>
    </w:p>
    <w:p>
      <w:r>
        <w:t>if (window.JSAPIEventCallbackMap[eventName].length &gt; 1) {</w:t>
      </w:r>
    </w:p>
    <w:p>
      <w:r>
        <w:t>return false;</w:t>
      </w:r>
    </w:p>
    <w:p>
      <w:r>
        <w:t>}</w:t>
      </w:r>
    </w:p>
    <w:p>
      <w:r>
        <w:t>try {</w:t>
      </w:r>
    </w:p>
    <w:p>
      <w:r>
        <w:t>bridge.registerHandler(eventName, function () {</w:t>
      </w:r>
    </w:p>
    <w:p>
      <w:r>
        <w:t>for (var _len = arguments.length, args = new Array(_len), _key = 0; _key &lt; _len; _key++) {</w:t>
      </w:r>
    </w:p>
    <w:p>
      <w:r>
        <w:t>args[_key] = arguments[_key];</w:t>
      </w:r>
    </w:p>
    <w:p>
      <w:r>
        <w:t>}</w:t>
      </w:r>
    </w:p>
    <w:p>
      <w:r>
        <w:t>try {</w:t>
      </w:r>
    </w:p>
    <w:p>
      <w:r>
        <w:t>var 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