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浙江中医药大学关于印发推荐优秀应届本科毕业生免试攻读研究生实施办法的通知</w:t>
      </w:r>
    </w:p>
    <w:p>
      <w:r>
        <w:t>发布时间：2021年12月14日</w:t>
      </w:r>
    </w:p>
    <w:p>
      <w:r>
        <w:t>来源URL：https://yjxx.zcmu.edu.cn/info/1070/5731.htm</w:t>
      </w:r>
    </w:p>
    <w:p>
      <w:r>
        <w:t>========================================</w:t>
      </w:r>
    </w:p>
    <w:p>
      <w:r>
        <w:t>﻿</w:t>
      </w:r>
    </w:p>
    <w:p>
      <w:r>
        <w:t>首页</w:t>
      </w:r>
    </w:p>
    <w:p>
      <w:r>
        <w:t>学院首页</w:t>
      </w:r>
    </w:p>
    <w:p>
      <w:r>
        <w:t>/</w:t>
      </w:r>
    </w:p>
    <w:p>
      <w:r>
        <w:t>下载专区</w:t>
      </w:r>
    </w:p>
    <w:p>
      <w:r>
        <w:t>/</w:t>
      </w:r>
    </w:p>
    <w:p>
      <w:r>
        <w:t>正文</w:t>
      </w:r>
    </w:p>
    <w:p>
      <w:r>
        <w:t>浙江中医药大学关于印发推荐优秀应届本科毕业生免试攻读研究生实施办法的通知</w:t>
      </w:r>
    </w:p>
    <w:p>
      <w:r>
        <w:t>2021-12-14 08:18:41</w:t>
      </w:r>
    </w:p>
    <w:p>
      <w:r>
        <w:t>|</w:t>
      </w:r>
    </w:p>
    <w:p>
      <w:r>
        <w:t>教科办</w:t>
      </w:r>
    </w:p>
    <w:p>
      <w:r>
        <w:t>浙江中医药大学关于印发推荐优秀应届本科毕业生免试攻读研究生实施办法的通知</w:t>
      </w:r>
    </w:p>
    <w:p>
      <w:r>
        <w:t>附件</w:t>
      </w:r>
    </w:p>
    <w:p>
      <w:r>
        <w:t>附件【浙江中医药大学关于印发推荐优秀应届本科毕业生免试攻读研究生实施办法的通知.doc】已下载 次</w:t>
      </w:r>
    </w:p>
    <w:p>
      <w:r>
        <w:t>上一条：医学技术与信息工程学院2023届毕业实习相关材料</w:t>
      </w:r>
    </w:p>
    <w:p>
      <w:r>
        <w:t>下一条：浙江中医药大学滨江学院关于印发全日制本科生学分制学籍管理实施细则的通知</w:t>
      </w:r>
    </w:p>
    <w:p>
      <w:r>
        <w:t>【关闭】</w:t>
      </w:r>
    </w:p>
    <w:p>
      <w:r>
        <w:t>学院微信公众号</w:t>
      </w:r>
    </w:p>
    <w:p>
      <w:r>
        <w:t>关注:医技点点通</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