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长安大学2026年推荐优秀应届本科免试攻读研究生拟录取名单公示</w:t>
      </w:r>
    </w:p>
    <w:p>
      <w:r>
        <w:t>发布时间：2025年10月30日</w:t>
      </w:r>
    </w:p>
    <w:p>
      <w:r>
        <w:t>来源URL：https://yzb.chd.edu.cn/2025/1030/c2769a256829/page.htm</w:t>
      </w:r>
    </w:p>
    <w:p>
      <w:r>
        <w:t>========================================</w:t>
      </w:r>
    </w:p>
    <w:p>
      <w:r>
        <w:t>长安大学2026年推荐优秀应届本科免试攻读研究生拟录取名单.pdf'}" class="wp_pdf_player" sudyplayer="wp_pdf_player" contenteditable="false" align="center" style="margin:0px auto;"&gt;</w:t>
      </w:r>
    </w:p>
    <w:p>
      <w:r>
        <w:t>Copyright©长安大学研究生招生办公室</w:t>
      </w:r>
    </w:p>
    <w:p>
      <w:r>
        <w:t>地址：中国西安市南二环路中段电话：029-82334323</w:t>
      </w:r>
    </w:p>
    <w:p>
      <w:r>
        <w:t>中国研究生招生信息网</w:t>
      </w:r>
    </w:p>
    <w:p>
      <w:r>
        <w:t>研究生院</w:t>
      </w:r>
    </w:p>
    <w:p>
      <w:r>
        <w:t>长安大学</w:t>
      </w:r>
    </w:p>
    <w:p>
      <w:r>
        <w:t>中国高等教育学生信息网</w:t>
      </w:r>
    </w:p>
    <w:p>
      <w:r>
        <w:t>中国留学网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