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湖南中医药大学2026年接收推荐免试攻读硕士学位研究生和直接攻读博士学位研究生简章</w:t>
      </w:r>
    </w:p>
    <w:p>
      <w:r>
        <w:t>发布时间：2025年9月17日</w:t>
      </w:r>
    </w:p>
    <w:p>
      <w:r>
        <w:t>来源URL：https://yjsy.hnucm.edu.cn/info/1093/5923.htm</w:t>
      </w:r>
    </w:p>
    <w:p>
      <w:r>
        <w:t>========================================</w:t>
      </w:r>
    </w:p>
    <w:p>
      <w:r>
        <w:t>湖南中医药大学2026年接收推荐免试攻读硕士学位研究生和直接攻读博士学位研究生简章</w:t>
      </w:r>
    </w:p>
    <w:p>
      <w:r>
        <w:t>2025年09月17日 10:31 点击：[ ]</w:t>
      </w:r>
    </w:p>
    <w:p>
      <w:r>
        <w:t>附件【湖南中医药大学2026年接收优秀本科生直接攻读博士学位研究生工作办法 挂网版.pdf】已下载 次</w:t>
      </w:r>
    </w:p>
    <w:p>
      <w:r>
        <w:t>附件【湖南中医药大学2026年接收推荐免试硕士及八年制转段硕士研究生专业目录.pdf】已下载 次</w:t>
      </w:r>
    </w:p>
    <w:p>
      <w:r>
        <w:t>上一条：湖南中医药大学2026年硕士研究生招生简章</w:t>
      </w:r>
    </w:p>
    <w:p>
      <w:r>
        <w:t>下一条：湖南中医药大学2026年港澳台研究生招生简章</w:t>
      </w:r>
    </w:p>
    <w:p>
      <w:r>
        <w:t>【关闭】</w:t>
      </w:r>
    </w:p>
    <w:p>
      <w:r>
        <w:t>通讯地址：湖南省长沙市含浦科教园区 邮编 410208</w:t>
      </w:r>
    </w:p>
    <w:p>
      <w:r>
        <w:t>联系电话：0731-88458277</w:t>
      </w:r>
    </w:p>
    <w:p>
      <w:r>
        <w:t>院长信箱：yjsy8277@163.com</w:t>
      </w:r>
    </w:p>
    <w:p>
      <w:r>
        <w:t>校内门户</w:t>
      </w:r>
    </w:p>
    <w:p>
      <w:r>
        <w:t>图书馆</w:t>
      </w:r>
    </w:p>
    <w:p>
      <w:r>
        <w:t>科技处</w:t>
      </w:r>
    </w:p>
    <w:p>
      <w:r>
        <w:t>财务处</w:t>
      </w:r>
    </w:p>
    <w:p>
      <w:r>
        <w:t>网络安全与信息化中心</w:t>
      </w:r>
    </w:p>
    <w:p>
      <w:r>
        <w:t>组织人事部、党委教师工作部</w:t>
      </w:r>
    </w:p>
    <w:p>
      <w:r>
        <w:t>武装部、保卫处</w:t>
      </w:r>
    </w:p>
    <w:p>
      <w:r>
        <w:t>招生就业处</w:t>
      </w:r>
    </w:p>
    <w:p>
      <w:r>
        <w:t>共青团湖南中医药大学委员会</w:t>
      </w:r>
    </w:p>
    <w:p>
      <w:r>
        <w:t>后勤处</w:t>
      </w:r>
    </w:p>
    <w:p>
      <w:r>
        <w:t>期刊杂志社</w:t>
      </w:r>
    </w:p>
    <w:p>
      <w:r>
        <w:t>校医院</w:t>
      </w:r>
    </w:p>
    <w:p>
      <w:r>
        <w:t>二级培养单位</w:t>
      </w:r>
    </w:p>
    <w:p>
      <w:r>
        <w:t>第一附属医院</w:t>
      </w:r>
    </w:p>
    <w:p>
      <w:r>
        <w:t>第二附属医院</w:t>
      </w:r>
    </w:p>
    <w:p>
      <w:r>
        <w:t>省中医药研究院</w:t>
      </w:r>
    </w:p>
    <w:p>
      <w:r>
        <w:t>中医学院</w:t>
      </w:r>
    </w:p>
    <w:p>
      <w:r>
        <w:t>医学院</w:t>
      </w:r>
    </w:p>
    <w:p>
      <w:r>
        <w:t>中西医结合学院</w:t>
      </w:r>
    </w:p>
    <w:p>
      <w:r>
        <w:t>针灸推拿与康复学院</w:t>
      </w:r>
    </w:p>
    <w:p>
      <w:r>
        <w:t>药学院</w:t>
      </w:r>
    </w:p>
    <w:p>
      <w:r>
        <w:t>护理学院</w:t>
      </w:r>
    </w:p>
    <w:p>
      <w:r>
        <w:t>信息科学与工程学院</w:t>
      </w:r>
    </w:p>
    <w:p>
      <w:r>
        <w:t>人文与管理学院</w:t>
      </w:r>
    </w:p>
    <w:p>
      <w:r>
        <w:t>马克思主义学院</w:t>
      </w:r>
    </w:p>
    <w:p>
      <w:r>
        <w:t>临床医学院</w:t>
      </w:r>
    </w:p>
    <w:p>
      <w:r>
        <w:t>科技创新中心</w:t>
      </w:r>
    </w:p>
    <w:p>
      <w:r>
        <w:t>长沙市中心医院</w:t>
      </w:r>
    </w:p>
    <w:p>
      <w:r>
        <w:t>第三附属医院（株洲）</w:t>
      </w:r>
    </w:p>
    <w:p>
      <w:r>
        <w:t>附属中西医结合医院</w:t>
      </w:r>
    </w:p>
    <w:p>
      <w:r>
        <w:t>附属常德医院</w:t>
      </w:r>
    </w:p>
    <w:p>
      <w:r>
        <w:t>附属洛阳正骨医院</w:t>
      </w:r>
    </w:p>
    <w:p>
      <w:r>
        <w:t>附属岳阳医院</w:t>
      </w:r>
    </w:p>
    <w:p>
      <w:r>
        <w:t>附属垫江医院</w:t>
      </w:r>
    </w:p>
    <w:p>
      <w:r>
        <w:t>附属长沙市中医医院</w:t>
      </w:r>
    </w:p>
    <w:p>
      <w:r>
        <w:t>常用链接</w:t>
      </w:r>
    </w:p>
    <w:p>
      <w:r>
        <w:t>中华人民共和国教育部</w:t>
      </w:r>
    </w:p>
    <w:p>
      <w:r>
        <w:t>中国高等教育学生信息网（学信网）</w:t>
      </w:r>
    </w:p>
    <w:p>
      <w:r>
        <w:t>全国学生资助管理中心</w:t>
      </w:r>
    </w:p>
    <w:p>
      <w:r>
        <w:t>湖南省教育厅</w:t>
      </w:r>
    </w:p>
    <w:p>
      <w:r>
        <w:t>湖南学位与研究生教育网（湖南省学位办）</w:t>
      </w:r>
    </w:p>
    <w:p>
      <w:r>
        <w:t>湖南中医药大学研究生院版权所有 | 技术支持：恒远翼展</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