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广州美术学院2026年接收优秀应届毕业生免试攻读硕士学位研究生拟录取名单公示</w:t>
      </w:r>
    </w:p>
    <w:p>
      <w:r>
        <w:t>发布时间：2025年10月20日</w:t>
      </w:r>
    </w:p>
    <w:p>
      <w:r>
        <w:t>来源URL：https://zs.gzarts.edu.cn/info/1038/4249.htm</w:t>
      </w:r>
    </w:p>
    <w:p>
      <w:r>
        <w:t>========================================</w:t>
      </w:r>
    </w:p>
    <w:p>
      <w:r>
        <w:t>&gt;</w:t>
      </w:r>
    </w:p>
    <w:p>
      <w:r>
        <w:t>各位考生：</w:t>
      </w:r>
    </w:p>
    <w:p>
      <w:r>
        <w:t>根据《广州美术学院2026年接收优秀应届毕业生免试攻读硕士学位研究生工作办法》、《广州美术学院2026年接收优秀应届毕业生免试攻读硕士学位研究生复试工作安排》，综合审查考生的报名资料、复试成绩、体检结果、思想政治品德考核情况，拟录取46名推免生为我校2026年硕士研究生，并报教育部审核，最终录取结果以教育部录取检查审核通过为准，拟录取名单公示见附件。</w:t>
      </w:r>
    </w:p>
    <w:p>
      <w:r>
        <w:t>公示时间：2025年10月20日-10月27日，如有异议，请于2025年10月27日16：00前向学校纪检监察室、招生考试中心反映。</w:t>
      </w:r>
    </w:p>
    <w:p>
      <w:r>
        <w:t>纪检监察室联系电话：(020)39325774，</w:t>
      </w:r>
    </w:p>
    <w:p>
      <w:r>
        <w:t>招生考试中心联系电话：(020)39362077。</w:t>
      </w:r>
    </w:p>
    <w:p>
      <w:r>
        <w:t>（请于工作日 9:00-12:00,14:30-16:30来电反映）</w:t>
      </w:r>
    </w:p>
    <w:p>
      <w:r>
        <w:t>广州美术学院招生考试中心</w:t>
      </w:r>
    </w:p>
    <w:p>
      <w:r>
        <w:t>2025年10月20日</w:t>
      </w:r>
    </w:p>
    <w:p>
      <w:r>
        <w:t>附件：广州美术学院2026年接收优秀应届毕业生免试攻读硕士学位研究生拟录取名单.xlsx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