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中国舰船研究设计中心2026年接收推荐免试攻读硕士学位研究生章程</w:t>
      </w:r>
    </w:p>
    <w:p>
      <w:r>
        <w:t>发布时间：未标注</w:t>
      </w:r>
    </w:p>
    <w:p>
      <w:r>
        <w:t>来源URL：https://yz.chsi.com.cn/sch/viewZszc--infoId-3416374476,categoryId-10462484,schId-368340,mindex-12.dhtml</w:t>
      </w:r>
    </w:p>
    <w:p>
      <w:r>
        <w:t>========================================</w:t>
      </w:r>
    </w:p>
    <w:p>
      <w:r>
        <w:t>中国舰船研究设计中心2026年接收推荐免试攻读硕士学位研究生章程</w:t>
      </w:r>
    </w:p>
    <w:p>
      <w:r>
        <w:t>根据教育部文件精神，结合我中心实际情况，特制定我中心2026年招收免试硕士研究生（以下简称推免生）简章如下。</w:t>
      </w:r>
    </w:p>
    <w:p>
      <w:r>
        <w:t>一、申请条件</w:t>
      </w:r>
    </w:p>
    <w:p>
      <w:r>
        <w:t>1、获得在读学校推荐免试硕士研究生资格的2026届优秀应届本科毕业生；</w:t>
      </w:r>
    </w:p>
    <w:p>
      <w:r>
        <w:t>2、申请专业须与申请者本科所学专业相同或相近；</w:t>
      </w:r>
    </w:p>
    <w:p>
      <w:r>
        <w:t>3、符合我中心2026年硕士研究生招生的其他条件。具体请到研究生招生信息网（https://yz.chsi.com.cn/sch/schoolInfo--schId-368340.dhtml）查看我中心2026年硕士研究生招生简章。</w:t>
      </w:r>
    </w:p>
    <w:p>
      <w:r>
        <w:t>二、招收专业和人数</w:t>
      </w:r>
    </w:p>
    <w:p>
      <w:r>
        <w:t>我中心2026年招收推免生的专业及人数请见“中国舰船研究设计中心2026年硕士研究生招生专业目录”。学习形式均为全日制。</w:t>
      </w:r>
    </w:p>
    <w:p>
      <w:r>
        <w:t>三、申请程序</w:t>
      </w:r>
    </w:p>
    <w:p>
      <w:r>
        <w:t>1、个人申请。学生获得推免生资格后，登录“全国推荐优秀应届本科毕业生免试攻读研究生信息公开暨管理服务系统”（简称“推免服务系统”，网址：http://yz.chsi.com.cn/tm），注册个人基本信息并申报中国舰船研究设计中心。</w:t>
      </w:r>
    </w:p>
    <w:p>
      <w:r>
        <w:t>2、学校发出复试通知。学校对申请信息进行审核后，将通过“推免服务系统”向符合条件的推免生发出复试通知。推免生接到复试通知后应尽快确认是否同意参加复试。</w:t>
      </w:r>
    </w:p>
    <w:p>
      <w:r>
        <w:t>3、推免生参加复试。同意参加复试的推免生，我中心研究生部将通知其复试（具体复试安排另行通知）。复试时推免生须接受体格检查。</w:t>
      </w:r>
    </w:p>
    <w:p>
      <w:r>
        <w:t>4、录取。我中心将根据复试结果发送待录取通知，推免生网上接受待录取后，即进入我中心待录取名单，待录取名单将在我中心研招网公示10个工作日，无异议并经湖北省教育考试院审核通过后，确定录取名单。</w:t>
      </w:r>
    </w:p>
    <w:p>
      <w:r>
        <w:t>四、复试查验材料</w:t>
      </w:r>
    </w:p>
    <w:p>
      <w:r>
        <w:t>推免生在复试时需交验以下书面材料：</w:t>
      </w:r>
    </w:p>
    <w:p>
      <w:r>
        <w:t>1、查验第二代身份证、学生证原件，并交复印件。</w:t>
      </w:r>
    </w:p>
    <w:p>
      <w:r>
        <w:t>2、历年在校学习成绩单原件（加盖所在学校教务部门公章）。</w:t>
      </w:r>
    </w:p>
    <w:p>
      <w:r>
        <w:t>3、其他有关材料复印件（如英语水平证明材料、获奖证书、本人代表性学术论文、出版物或原创性工作成果等）。</w:t>
      </w:r>
    </w:p>
    <w:p>
      <w:r>
        <w:t>五、复试内容及要求</w:t>
      </w:r>
    </w:p>
    <w:p>
      <w:r>
        <w:t>我院复试方式以面试为主，复试内容主要包括：专业知识考核、外语能力考核、思想品德考核等方面。</w:t>
      </w:r>
    </w:p>
    <w:p>
      <w:r>
        <w:t>六、其他</w:t>
      </w:r>
    </w:p>
    <w:p>
      <w:r>
        <w:t>1、推免生在填报志愿时请仔细阅读《中国舰船研究设计中心2026年硕士研究生招生简章及专业目录》，确认本人是否符合相关专业报考条件。</w:t>
      </w:r>
    </w:p>
    <w:p>
      <w:r>
        <w:t>2、申请人有下列情形之一者，我院有权取消其录取资格：</w:t>
      </w:r>
    </w:p>
    <w:p>
      <w:r>
        <w:t>（1）不能提供本科毕业证书、学士学位证书的；</w:t>
      </w:r>
    </w:p>
    <w:p>
      <w:r>
        <w:t>（2）申请材料存在伪造现象或者申请人故意隐瞒有可能影响其录取的信息的；</w:t>
      </w:r>
    </w:p>
    <w:p>
      <w:r>
        <w:t>（3）有《普通高等学校招生体检工作指导意见》中所列不予录取的情况的；</w:t>
      </w:r>
    </w:p>
    <w:p>
      <w:r>
        <w:t>（4）思想品德考核不合格的。</w:t>
      </w:r>
    </w:p>
    <w:p>
      <w:r>
        <w:t>3、如果上级教育主管部门出台新的文件，我院将遵照执行。</w:t>
      </w:r>
    </w:p>
    <w:p>
      <w:r>
        <w:t>七、联系方式</w:t>
      </w:r>
    </w:p>
    <w:p>
      <w:r>
        <w:t>联系电话：027-65238107/18871855618 高老师</w:t>
      </w:r>
    </w:p>
    <w:p>
      <w:r>
        <w:t>电子邮箱：yanjiusheng86203@126.com</w:t>
      </w:r>
    </w:p>
    <w:p>
      <w:r>
        <w:t>学信网</w:t>
      </w:r>
    </w:p>
    <w:p>
      <w:r>
        <w:t>中心简介</w:t>
      </w:r>
    </w:p>
    <w:p>
      <w:r>
        <w:t>关于我们</w:t>
      </w:r>
    </w:p>
    <w:p>
      <w:r>
        <w:t>版权声明</w:t>
      </w:r>
    </w:p>
    <w:p>
      <w:r>
        <w:t>帮助中心</w:t>
      </w:r>
    </w:p>
    <w:p>
      <w:r>
        <w:t>网站地图</w:t>
      </w:r>
    </w:p>
    <w:p>
      <w:r>
        <w:t>网站宣传</w:t>
      </w:r>
    </w:p>
    <w:p>
      <w:r>
        <w:t>主办单位：教育部学生服务与素质发展中心</w:t>
      </w:r>
    </w:p>
    <w:p>
      <w:r>
        <w:t>Copyright © 2003-2026 学信网 All Rights Reserved</w:t>
      </w:r>
    </w:p>
    <w:p>
      <w:r>
        <w:t>京ICP备19004913号-1</w:t>
      </w:r>
    </w:p>
    <w:p>
      <w:r>
        <w:t>京公网安备11010202009747号</w:t>
      </w:r>
    </w:p>
    <w:p>
      <w:r>
        <w:t>官方微信</w:t>
      </w:r>
    </w:p>
    <w:p>
      <w:r>
        <w:t>官方微博</w:t>
      </w:r>
    </w:p>
    <w:p>
      <w:r>
        <w:t>客服热线：010-67410388</w:t>
      </w:r>
    </w:p>
    <w:p>
      <w:r>
        <w:t>客服邮箱：kefu@chsi.com.cn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