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2026年安徽师范大学招收推荐免试攻读硕士研究生拟录取名单公示-研究生招生信息网-安徽师范大学</w:t>
      </w:r>
    </w:p>
    <w:p>
      <w:r>
        <w:t>发布时间：2025年10月21日</w:t>
      </w:r>
    </w:p>
    <w:p>
      <w:r>
        <w:t>来源URL：https://yz.ahnu.edu.cn/info/1003/8426.htm</w:t>
      </w:r>
    </w:p>
    <w:p>
      <w:r>
        <w:t>========================================</w:t>
      </w:r>
    </w:p>
    <w:p>
      <w:r>
        <w:t>2026年安徽师范大学招收推荐免试攻读硕士研究生拟录取名单公示</w:t>
      </w:r>
    </w:p>
    <w:p>
      <w:r>
        <w:t>编辑：郑俊</w:t>
      </w:r>
    </w:p>
    <w:p>
      <w:r>
        <w:t>预审：宁利新</w:t>
      </w:r>
    </w:p>
    <w:p>
      <w:r>
        <w:t>终审：宁利新发布日期：2025-10-21 浏览次数：</w:t>
      </w:r>
    </w:p>
    <w:p>
      <w:r>
        <w:t>根据《2026年全国硕士研究生招生工作管理规定》与安徽省教育厅、安徽省教育招生考试院相关文件要求，我校已于2025年10月20日完成2026年推荐免试攻读硕士研究生招生考试录取相关工作，现对拟录取名单予以公示。</w:t>
      </w:r>
    </w:p>
    <w:p>
      <w:r>
        <w:t>公示时间从2025年10月21日开始，公示10个工作日。如对拟录取名单有异议，请在公示期内通过来函、来电等方式向我校纪委办或研究生院反映。</w:t>
      </w:r>
    </w:p>
    <w:p>
      <w:r>
        <w:t>反映人员提倡使用真实姓名，并提供联系方式，以利于对所反映情况调查了解和及时回复。</w:t>
      </w:r>
    </w:p>
    <w:p>
      <w:r>
        <w:t>联系电话及电子邮箱：</w:t>
      </w:r>
    </w:p>
    <w:p>
      <w:r>
        <w:t>纪委办：</w:t>
      </w:r>
    </w:p>
    <w:p>
      <w:r>
        <w:t>邮箱：jwjcc@mail.ahnu.edu.cn</w:t>
      </w:r>
    </w:p>
    <w:p>
      <w:r>
        <w:t>电话：0553-5910017</w:t>
      </w:r>
    </w:p>
    <w:p>
      <w:r>
        <w:t>研究生院：</w:t>
      </w:r>
    </w:p>
    <w:p>
      <w:r>
        <w:t>邮箱：yzyzyz@ahnu.edu.cn</w:t>
      </w:r>
    </w:p>
    <w:p>
      <w:r>
        <w:t>电话：0553-5910126</w:t>
      </w:r>
    </w:p>
    <w:p>
      <w:r>
        <w:t>具体公示名单如下：</w:t>
      </w:r>
    </w:p>
    <w:p>
      <w:r>
        <w:t>序号</w:t>
      </w:r>
    </w:p>
    <w:p>
      <w:r>
        <w:t>姓名</w:t>
      </w:r>
    </w:p>
    <w:p>
      <w:r>
        <w:t>学院名称</w:t>
      </w:r>
    </w:p>
    <w:p>
      <w:r>
        <w:t>专业名称</w:t>
      </w:r>
    </w:p>
    <w:p>
      <w:r>
        <w:t>研究方向名称</w:t>
      </w:r>
    </w:p>
    <w:p>
      <w:r>
        <w:t>学习形式</w:t>
      </w:r>
    </w:p>
    <w:p>
      <w:r>
        <w:t>专项计划/普通</w:t>
      </w:r>
    </w:p>
    <w:p>
      <w:r>
        <w:t>1</w:t>
      </w:r>
    </w:p>
    <w:p>
      <w:r>
        <w:t>王金行</w:t>
      </w:r>
    </w:p>
    <w:p>
      <w:r>
        <w:t>教育科学学院</w:t>
      </w:r>
    </w:p>
    <w:p>
      <w:r>
        <w:t>现代教育技术</w:t>
      </w:r>
    </w:p>
    <w:p>
      <w:r>
        <w:t>不区分研究方向</w:t>
      </w:r>
    </w:p>
    <w:p>
      <w:r>
        <w:t>全日制</w:t>
      </w:r>
    </w:p>
    <w:p>
      <w:r>
        <w:t>硕师计划</w:t>
      </w:r>
    </w:p>
    <w:p>
      <w:r>
        <w:t>2</w:t>
      </w:r>
    </w:p>
    <w:p>
      <w:r>
        <w:t>黄德芳</w:t>
      </w:r>
    </w:p>
    <w:p>
      <w:r>
        <w:t>教育科学学院</w:t>
      </w:r>
    </w:p>
    <w:p>
      <w:r>
        <w:t>心理健康教育</w:t>
      </w:r>
    </w:p>
    <w:p>
      <w:r>
        <w:t>不区分研究方向</w:t>
      </w:r>
    </w:p>
    <w:p>
      <w:r>
        <w:t>全日制</w:t>
      </w:r>
    </w:p>
    <w:p>
      <w:r>
        <w:t>硕师计划</w:t>
      </w:r>
    </w:p>
    <w:p>
      <w:r>
        <w:t>3</w:t>
      </w:r>
    </w:p>
    <w:p>
      <w:r>
        <w:t>余小雨</w:t>
      </w:r>
    </w:p>
    <w:p>
      <w:r>
        <w:t>体育学院</w:t>
      </w:r>
    </w:p>
    <w:p>
      <w:r>
        <w:t>体育学</w:t>
      </w:r>
    </w:p>
    <w:p>
      <w:r>
        <w:t>体育教育训练学</w:t>
      </w:r>
    </w:p>
    <w:p>
      <w:r>
        <w:t>全日制</w:t>
      </w:r>
    </w:p>
    <w:p>
      <w:r>
        <w:t>普通</w:t>
      </w:r>
    </w:p>
    <w:p>
      <w:r>
        <w:t>4</w:t>
      </w:r>
    </w:p>
    <w:p>
      <w:r>
        <w:t>朱金怡</w:t>
      </w:r>
    </w:p>
    <w:p>
      <w:r>
        <w:t>体育学院</w:t>
      </w:r>
    </w:p>
    <w:p>
      <w:r>
        <w:t>体育</w:t>
      </w:r>
    </w:p>
    <w:p>
      <w:r>
        <w:t>运动训练</w:t>
      </w:r>
    </w:p>
    <w:p>
      <w:r>
        <w:t>全日制</w:t>
      </w:r>
    </w:p>
    <w:p>
      <w:r>
        <w:t>普通</w:t>
      </w:r>
    </w:p>
    <w:p>
      <w:r>
        <w:t>5</w:t>
      </w:r>
    </w:p>
    <w:p>
      <w:r>
        <w:t>李甜甜</w:t>
      </w:r>
    </w:p>
    <w:p>
      <w:r>
        <w:t>体育学院</w:t>
      </w:r>
    </w:p>
    <w:p>
      <w:r>
        <w:t>体育</w:t>
      </w:r>
    </w:p>
    <w:p>
      <w:r>
        <w:t>体育教学</w:t>
      </w:r>
    </w:p>
    <w:p>
      <w:r>
        <w:t>全日制</w:t>
      </w:r>
    </w:p>
    <w:p>
      <w:r>
        <w:t>普通</w:t>
      </w:r>
    </w:p>
    <w:p>
      <w:r>
        <w:t>6</w:t>
      </w:r>
    </w:p>
    <w:p>
      <w:r>
        <w:t>陈阳</w:t>
      </w:r>
    </w:p>
    <w:p>
      <w:r>
        <w:t>体育学院</w:t>
      </w:r>
    </w:p>
    <w:p>
      <w:r>
        <w:t>体育</w:t>
      </w:r>
    </w:p>
    <w:p>
      <w:r>
        <w:t>体育教学</w:t>
      </w:r>
    </w:p>
    <w:p>
      <w:r>
        <w:t>全日制</w:t>
      </w:r>
    </w:p>
    <w:p>
      <w:r>
        <w:t>普通</w:t>
      </w:r>
    </w:p>
    <w:p>
      <w:r>
        <w:t>7</w:t>
      </w:r>
    </w:p>
    <w:p>
      <w:r>
        <w:t>闵佳俊</w:t>
      </w:r>
    </w:p>
    <w:p>
      <w:r>
        <w:t>体育学院</w:t>
      </w:r>
    </w:p>
    <w:p>
      <w:r>
        <w:t>体育</w:t>
      </w:r>
    </w:p>
    <w:p>
      <w:r>
        <w:t>体育教学</w:t>
      </w:r>
    </w:p>
    <w:p>
      <w:r>
        <w:t>全日制</w:t>
      </w:r>
    </w:p>
    <w:p>
      <w:r>
        <w:t>普通</w:t>
      </w:r>
    </w:p>
    <w:p>
      <w:r>
        <w:t>8</w:t>
      </w:r>
    </w:p>
    <w:p>
      <w:r>
        <w:t>鲁妍</w:t>
      </w:r>
    </w:p>
    <w:p>
      <w:r>
        <w:t>体育学院</w:t>
      </w:r>
    </w:p>
    <w:p>
      <w:r>
        <w:t>体育</w:t>
      </w:r>
    </w:p>
    <w:p>
      <w:r>
        <w:t>体育教学</w:t>
      </w:r>
    </w:p>
    <w:p>
      <w:r>
        <w:t>全日制</w:t>
      </w:r>
    </w:p>
    <w:p>
      <w:r>
        <w:t>研究生支教团</w:t>
      </w:r>
    </w:p>
    <w:p>
      <w:r>
        <w:t>9</w:t>
      </w:r>
    </w:p>
    <w:p>
      <w:r>
        <w:t>张睿欣</w:t>
      </w:r>
    </w:p>
    <w:p>
      <w:r>
        <w:t>体育学院</w:t>
      </w:r>
    </w:p>
    <w:p>
      <w:r>
        <w:t>体育</w:t>
      </w:r>
    </w:p>
    <w:p>
      <w:r>
        <w:t>体育教学</w:t>
      </w:r>
    </w:p>
    <w:p>
      <w:r>
        <w:t>全日制</w:t>
      </w:r>
    </w:p>
    <w:p>
      <w:r>
        <w:t>普通</w:t>
      </w:r>
    </w:p>
    <w:p>
      <w:r>
        <w:t>10</w:t>
      </w:r>
    </w:p>
    <w:p>
      <w:r>
        <w:t>蒋文慧</w:t>
      </w:r>
    </w:p>
    <w:p>
      <w:r>
        <w:t>体育学院</w:t>
      </w:r>
    </w:p>
    <w:p>
      <w:r>
        <w:t>体育</w:t>
      </w:r>
    </w:p>
    <w:p>
      <w:r>
        <w:t>体育教学</w:t>
      </w:r>
    </w:p>
    <w:p>
      <w:r>
        <w:t>全日制</w:t>
      </w:r>
    </w:p>
    <w:p>
      <w:r>
        <w:t>普通</w:t>
      </w:r>
    </w:p>
    <w:p>
      <w:r>
        <w:t>&lt;p style="text-align:center;vertic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