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河北北方学院2026年免试攻读硕士研究生拟录取名单（第一批）</w:t>
      </w:r>
    </w:p>
    <w:p>
      <w:r>
        <w:t>发布时间：2025年10月9日</w:t>
      </w:r>
    </w:p>
    <w:p>
      <w:r>
        <w:t>来源URL：https://yjs.hebeinu.edu.cn/index.php?s=/Show/index/cid/11/id/396.html</w:t>
      </w:r>
    </w:p>
    <w:p>
      <w:r>
        <w:t>========================================</w:t>
      </w:r>
    </w:p>
    <w:p>
      <w:r>
        <w:t>河北北方学院主页 | 加入收藏 | 设为主页</w:t>
      </w:r>
    </w:p>
    <w:p>
      <w:r>
        <w:t>网站首页</w:t>
      </w:r>
    </w:p>
    <w:p>
      <w:r>
        <w:t>学院与申博</w:t>
      </w:r>
    </w:p>
    <w:p>
      <w:r>
        <w:t>学院简介领导分工机构设置申博建设</w:t>
      </w:r>
    </w:p>
    <w:p>
      <w:r>
        <w:t>招生与安全</w:t>
      </w:r>
    </w:p>
    <w:p>
      <w:r>
        <w:t>招生学院基地简介招生政策</w:t>
      </w:r>
    </w:p>
    <w:p>
      <w:r>
        <w:t>培养与质量</w:t>
      </w:r>
    </w:p>
    <w:p>
      <w:r>
        <w:t>培养基地培养方案规章制度项目研究导师管理培养过程教学信息</w:t>
      </w:r>
    </w:p>
    <w:p>
      <w:r>
        <w:t>管理与服务</w:t>
      </w:r>
    </w:p>
    <w:p>
      <w:r>
        <w:t>学籍管理学生奖助爱心驿站</w:t>
      </w:r>
    </w:p>
    <w:p>
      <w:r>
        <w:t>学位与论文</w:t>
      </w:r>
    </w:p>
    <w:p>
      <w:r>
        <w:t>学位评定委员会规章制度学位授予优秀论文论文导航</w:t>
      </w:r>
    </w:p>
    <w:p>
      <w:r>
        <w:t>学科与评估</w:t>
      </w:r>
    </w:p>
    <w:p>
      <w:r>
        <w:t>学科建设学科评估数据资源</w:t>
      </w:r>
    </w:p>
    <w:p>
      <w:r>
        <w:t>党团与风采</w:t>
      </w:r>
    </w:p>
    <w:p>
      <w:r>
        <w:t>党建引领党建活动规章制度党员发展</w:t>
      </w:r>
    </w:p>
    <w:p>
      <w:r>
        <w:t>就业与成果</w:t>
      </w:r>
    </w:p>
    <w:p>
      <w:r>
        <w:t>政策法规成果孵化</w:t>
      </w:r>
    </w:p>
    <w:p>
      <w:r>
        <w:t>新闻与通知</w:t>
      </w:r>
    </w:p>
    <w:p>
      <w:r>
        <w:t>新闻动态</w:t>
      </w:r>
    </w:p>
    <w:p>
      <w:r>
        <w:t>通知公告</w:t>
      </w:r>
    </w:p>
    <w:p>
      <w:r>
        <w:t>首页 &gt; 新闻与通知 &gt; 通知公告</w:t>
      </w:r>
    </w:p>
    <w:p>
      <w:r>
        <w:t>河北北方学院2026年免试攻读硕士研究生拟录取名单（第一批）</w:t>
      </w:r>
    </w:p>
    <w:p>
      <w:r>
        <w:t>发布时间：2025.10.09 阅读次数：14397</w:t>
      </w:r>
    </w:p>
    <w:p>
      <w:r>
        <w:t>河北北方学院2026年免试攻读硕士研究生拟录取名单（第一批）.pdf</w:t>
      </w:r>
    </w:p>
    <w:p>
      <w:r>
        <w:t>版权所有：河北北方学院 冀ICP备05002797号-1 旧版网站</w:t>
      </w:r>
    </w:p>
    <w:p>
      <w:r>
        <w:t>地址：张家口市经开区钻石南路11号 邮政编码：075000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